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5E5D3" w14:textId="31614CF2" w:rsidR="009662D8" w:rsidRPr="009662D8" w:rsidRDefault="00264EA6" w:rsidP="00966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Approvato con Determinazione n. 449 del 30.07.2026</w:t>
      </w:r>
    </w:p>
    <w:p w14:paraId="0051E7A8" w14:textId="78CEDDD8" w:rsidR="00F72E4D" w:rsidRPr="009662D8" w:rsidRDefault="00000000" w:rsidP="009662D8">
      <w:pPr>
        <w:jc w:val="both"/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b/>
          <w:sz w:val="24"/>
          <w:szCs w:val="24"/>
        </w:rPr>
        <w:t>MANIFESTAZIONE DI INTERESSE</w:t>
      </w:r>
      <w:r w:rsidR="009662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62D8">
        <w:rPr>
          <w:rFonts w:ascii="Times New Roman" w:hAnsi="Times New Roman" w:cs="Times New Roman"/>
          <w:b/>
          <w:sz w:val="24"/>
          <w:szCs w:val="24"/>
        </w:rPr>
        <w:t xml:space="preserve">PER LA COSTITUZIONE DI UN ELENCO DI </w:t>
      </w:r>
      <w:r w:rsidR="009662D8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Pr="009662D8">
        <w:rPr>
          <w:rFonts w:ascii="Times New Roman" w:hAnsi="Times New Roman" w:cs="Times New Roman"/>
          <w:b/>
          <w:sz w:val="24"/>
          <w:szCs w:val="24"/>
        </w:rPr>
        <w:t>ROFESSIONISTI, OPERATORI ECONOMICI ED ESPERTI INTERESSATI AD</w:t>
      </w:r>
      <w:r w:rsidR="009662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62D8">
        <w:rPr>
          <w:rFonts w:ascii="Times New Roman" w:hAnsi="Times New Roman" w:cs="Times New Roman"/>
          <w:b/>
          <w:sz w:val="24"/>
          <w:szCs w:val="24"/>
        </w:rPr>
        <w:t xml:space="preserve">EVENTUALI AFFIDAMENTI DI SERVIZI E PRESTAZIONI PROFESSIONALI </w:t>
      </w:r>
      <w:r w:rsidR="009662D8">
        <w:rPr>
          <w:rFonts w:ascii="Times New Roman" w:hAnsi="Times New Roman" w:cs="Times New Roman"/>
          <w:b/>
          <w:sz w:val="24"/>
          <w:szCs w:val="24"/>
        </w:rPr>
        <w:t xml:space="preserve"> N</w:t>
      </w:r>
      <w:r w:rsidRPr="009662D8">
        <w:rPr>
          <w:rFonts w:ascii="Times New Roman" w:hAnsi="Times New Roman" w:cs="Times New Roman"/>
          <w:b/>
          <w:sz w:val="24"/>
          <w:szCs w:val="24"/>
        </w:rPr>
        <w:t>ELL’AMBITO DEL PROGETTO “SPAZIO SVILUPPO”</w:t>
      </w:r>
    </w:p>
    <w:p w14:paraId="6130BE05" w14:textId="77777777" w:rsidR="00F72E4D" w:rsidRPr="009662D8" w:rsidRDefault="00000000" w:rsidP="009662D8">
      <w:pPr>
        <w:jc w:val="center"/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b/>
          <w:sz w:val="24"/>
          <w:szCs w:val="24"/>
        </w:rPr>
        <w:t>MODULO DI DOMANDA</w:t>
      </w:r>
    </w:p>
    <w:p w14:paraId="25F6A32E" w14:textId="77777777" w:rsidR="00F72E4D" w:rsidRPr="009662D8" w:rsidRDefault="00000000" w:rsidP="009662D8">
      <w:pPr>
        <w:jc w:val="right"/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Al Comune di Piglio</w:t>
      </w:r>
      <w:r w:rsidRPr="009662D8">
        <w:rPr>
          <w:rFonts w:ascii="Times New Roman" w:hAnsi="Times New Roman" w:cs="Times New Roman"/>
          <w:sz w:val="24"/>
          <w:szCs w:val="24"/>
        </w:rPr>
        <w:br/>
        <w:t>Provincia di Frosinone</w:t>
      </w:r>
      <w:r w:rsidRPr="009662D8">
        <w:rPr>
          <w:rFonts w:ascii="Times New Roman" w:hAnsi="Times New Roman" w:cs="Times New Roman"/>
          <w:sz w:val="24"/>
          <w:szCs w:val="24"/>
        </w:rPr>
        <w:br/>
        <w:t>PEC: info@pec.comune.piglio.fr.it</w:t>
      </w:r>
    </w:p>
    <w:p w14:paraId="01DEEA04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Cognome: ______________________________________________________________</w:t>
      </w:r>
    </w:p>
    <w:p w14:paraId="5FC447CF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Nome: ______________________________________________________________</w:t>
      </w:r>
    </w:p>
    <w:p w14:paraId="0803BE6D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Nato/a a: ______________________________________________________________</w:t>
      </w:r>
    </w:p>
    <w:p w14:paraId="12AD0722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Prov.: ______________________________________________________________</w:t>
      </w:r>
    </w:p>
    <w:p w14:paraId="12F76B49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il: ______________________________________________________________</w:t>
      </w:r>
    </w:p>
    <w:p w14:paraId="38DB9162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Codice fiscale: ______________________________________________________________</w:t>
      </w:r>
    </w:p>
    <w:p w14:paraId="5A65297A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Residente in: ______________________________________________________________</w:t>
      </w:r>
    </w:p>
    <w:p w14:paraId="75F51518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Prov.: ______________________________________________________________</w:t>
      </w:r>
    </w:p>
    <w:p w14:paraId="56372983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CAP: ______________________________________________________________</w:t>
      </w:r>
    </w:p>
    <w:p w14:paraId="1D4060BB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Via/Piazza: ______________________________________________________________</w:t>
      </w:r>
    </w:p>
    <w:p w14:paraId="49CBAD1D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Telefono: ______________________________________________________________</w:t>
      </w:r>
    </w:p>
    <w:p w14:paraId="25BD20CE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E-mail: ______________________________________________________________</w:t>
      </w:r>
    </w:p>
    <w:p w14:paraId="63A04E8F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PEC: ______________________________________________________________</w:t>
      </w:r>
    </w:p>
    <w:p w14:paraId="17F2A7FB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in qualità di:</w:t>
      </w:r>
    </w:p>
    <w:p w14:paraId="53230E77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professionista individuale</w:t>
      </w:r>
    </w:p>
    <w:p w14:paraId="02EED39C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lavoratore autonomo</w:t>
      </w:r>
    </w:p>
    <w:p w14:paraId="1F38BC20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titolare di impresa individuale</w:t>
      </w:r>
    </w:p>
    <w:p w14:paraId="5E95D0CC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legale rappresentante della società/impresa</w:t>
      </w:r>
    </w:p>
    <w:p w14:paraId="29CEC9D4" w14:textId="77777777" w:rsidR="009662D8" w:rsidRDefault="009662D8" w:rsidP="009662D8">
      <w:pPr>
        <w:rPr>
          <w:rFonts w:ascii="Times New Roman" w:hAnsi="Times New Roman" w:cs="Times New Roman"/>
          <w:sz w:val="24"/>
          <w:szCs w:val="24"/>
        </w:rPr>
      </w:pPr>
    </w:p>
    <w:p w14:paraId="3478034B" w14:textId="33219145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lastRenderedPageBreak/>
        <w:t>Denominazione: ______________________________________________________________</w:t>
      </w:r>
    </w:p>
    <w:p w14:paraId="7B231E46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Codice fiscale: ______________________________________________________________</w:t>
      </w:r>
    </w:p>
    <w:p w14:paraId="0D4D4EF5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Partita IVA: ______________________________________________________________</w:t>
      </w:r>
    </w:p>
    <w:p w14:paraId="69DAB34A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Sede legale: ______________________________________________________________</w:t>
      </w:r>
    </w:p>
    <w:p w14:paraId="061D171F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PEC: ______________________________________________________________</w:t>
      </w:r>
    </w:p>
    <w:p w14:paraId="250CAFB1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Iscrizione al Registro delle Imprese di: ______________________________________________________________</w:t>
      </w:r>
    </w:p>
    <w:p w14:paraId="72BCF250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n. REA: ______________________________________________________________</w:t>
      </w:r>
    </w:p>
    <w:p w14:paraId="55A8DF2C" w14:textId="77777777" w:rsidR="00F72E4D" w:rsidRPr="009662D8" w:rsidRDefault="00000000" w:rsidP="009662D8">
      <w:pPr>
        <w:jc w:val="center"/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b/>
          <w:sz w:val="24"/>
          <w:szCs w:val="24"/>
        </w:rPr>
        <w:t>MANIFESTA</w:t>
      </w:r>
    </w:p>
    <w:p w14:paraId="4A867B6B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il proprio interesse a essere inserito nell’elenco di professionisti, operatori economici ed esperti costituito dal Comune di Piglio nell’ambito del progetto “Spazio Sviluppo”, secondo quanto previsto dall’Avviso pubblico.</w:t>
      </w:r>
    </w:p>
    <w:p w14:paraId="243988F2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A tal fine, consapevole delle responsabilità penali previste dall’art. 76 del D.P.R. 28 dicembre 2000, n. 445 in caso di dichiarazioni mendaci e della decadenza dai benefici eventualmente conseguenti ai sensi dell’art. 75 del medesimo D.P.R. 445/2000,</w:t>
      </w:r>
    </w:p>
    <w:p w14:paraId="4E4773EB" w14:textId="77777777" w:rsidR="00F72E4D" w:rsidRPr="009662D8" w:rsidRDefault="00000000" w:rsidP="009662D8">
      <w:pPr>
        <w:jc w:val="center"/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2636ED91" w14:textId="77777777" w:rsidR="00F72E4D" w:rsidRPr="009662D8" w:rsidRDefault="00000000" w:rsidP="009662D8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  <w:r w:rsidRPr="009662D8">
        <w:rPr>
          <w:rFonts w:ascii="Times New Roman" w:hAnsi="Times New Roman" w:cs="Times New Roman"/>
          <w:color w:val="auto"/>
          <w:sz w:val="24"/>
          <w:szCs w:val="24"/>
        </w:rPr>
        <w:t>1. DATI PROFESSIONALI</w:t>
      </w:r>
    </w:p>
    <w:p w14:paraId="24449C6F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di svolgere la propria attività professionale/di impresa nel seguente settore:</w:t>
      </w:r>
      <w:r w:rsidRPr="009662D8">
        <w:rPr>
          <w:rFonts w:ascii="Times New Roman" w:hAnsi="Times New Roman" w:cs="Times New Roman"/>
          <w:sz w:val="24"/>
          <w:szCs w:val="24"/>
        </w:rPr>
        <w:br/>
      </w:r>
      <w:r w:rsidRPr="009662D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</w:t>
      </w:r>
      <w:r w:rsidRPr="009662D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</w:t>
      </w:r>
    </w:p>
    <w:p w14:paraId="7732101C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di essere in possesso dei seguenti titoli di studio:</w:t>
      </w:r>
      <w:r w:rsidRPr="009662D8">
        <w:rPr>
          <w:rFonts w:ascii="Times New Roman" w:hAnsi="Times New Roman" w:cs="Times New Roman"/>
          <w:sz w:val="24"/>
          <w:szCs w:val="24"/>
        </w:rPr>
        <w:br/>
      </w:r>
      <w:r w:rsidRPr="009662D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</w:t>
      </w:r>
      <w:r w:rsidRPr="009662D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</w:t>
      </w:r>
    </w:p>
    <w:p w14:paraId="56A0EE71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di essere in possesso delle seguenti abilitazioni professionali, ove previste:</w:t>
      </w:r>
      <w:r w:rsidRPr="009662D8">
        <w:rPr>
          <w:rFonts w:ascii="Times New Roman" w:hAnsi="Times New Roman" w:cs="Times New Roman"/>
          <w:sz w:val="24"/>
          <w:szCs w:val="24"/>
        </w:rPr>
        <w:br/>
      </w:r>
      <w:r w:rsidRPr="009662D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</w:t>
      </w:r>
      <w:r w:rsidRPr="009662D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</w:t>
      </w:r>
    </w:p>
    <w:p w14:paraId="76E85105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di essere iscritto/a al seguente Ordine, Collegio, Albo o Registro professionale, ove previsto:</w:t>
      </w:r>
      <w:r w:rsidRPr="009662D8">
        <w:rPr>
          <w:rFonts w:ascii="Times New Roman" w:hAnsi="Times New Roman" w:cs="Times New Roman"/>
          <w:sz w:val="24"/>
          <w:szCs w:val="24"/>
        </w:rPr>
        <w:br/>
        <w:t>Denominazione: __________________________ Provincia: ______________</w:t>
      </w:r>
      <w:r w:rsidRPr="009662D8">
        <w:rPr>
          <w:rFonts w:ascii="Times New Roman" w:hAnsi="Times New Roman" w:cs="Times New Roman"/>
          <w:sz w:val="24"/>
          <w:szCs w:val="24"/>
        </w:rPr>
        <w:br/>
        <w:t>Numero di iscrizione: ____________________ Data di iscrizione: _______</w:t>
      </w:r>
    </w:p>
    <w:p w14:paraId="49792334" w14:textId="77777777" w:rsidR="00F72E4D" w:rsidRPr="009662D8" w:rsidRDefault="00000000" w:rsidP="009662D8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  <w:r w:rsidRPr="009662D8">
        <w:rPr>
          <w:rFonts w:ascii="Times New Roman" w:hAnsi="Times New Roman" w:cs="Times New Roman"/>
          <w:color w:val="auto"/>
          <w:sz w:val="24"/>
          <w:szCs w:val="24"/>
        </w:rPr>
        <w:lastRenderedPageBreak/>
        <w:t>2. AMBITO PROFESSIONALE DI INTERESSE</w:t>
      </w:r>
    </w:p>
    <w:p w14:paraId="47485B6E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Selezionare una o più aree:</w:t>
      </w:r>
    </w:p>
    <w:p w14:paraId="3DE86720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A) Comunicazione istituzionale, informazione, marketing territoriale e digitale</w:t>
      </w:r>
    </w:p>
    <w:p w14:paraId="17C8FA23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B) Orientamento al lavoro, consulenza del lavoro e politiche attive per l’occupazione</w:t>
      </w:r>
    </w:p>
    <w:p w14:paraId="1430DD72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C) Consulenza economica, fiscale e aziendale</w:t>
      </w:r>
    </w:p>
    <w:p w14:paraId="31AC11E4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D) Promozione e valorizzazione del territorio, del patrimonio culturale, ambientale, storico, paesaggistico ed enogastronomico</w:t>
      </w:r>
    </w:p>
    <w:p w14:paraId="31372980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E) Politiche giovanili, sviluppo di comunità, sostenibilità, animazione territoriale e attività sociali</w:t>
      </w:r>
    </w:p>
    <w:p w14:paraId="2C3FECE4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F) Psicologia e sostegno alla persona</w:t>
      </w:r>
    </w:p>
    <w:p w14:paraId="2B6FB50E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G) Consulenza legale, tutela del consumatore e assistenza giuridico-amministrativa</w:t>
      </w:r>
    </w:p>
    <w:p w14:paraId="7781A5D6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H) Segreteria organizzativa, supporto amministrativo e gestione delle attività progettuali</w:t>
      </w:r>
    </w:p>
    <w:p w14:paraId="43C3F515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Eventuali ulteriori ambiti di competenza coerenti con il progetto:</w:t>
      </w:r>
      <w:r w:rsidRPr="009662D8">
        <w:rPr>
          <w:rFonts w:ascii="Times New Roman" w:hAnsi="Times New Roman" w:cs="Times New Roman"/>
          <w:sz w:val="24"/>
          <w:szCs w:val="24"/>
        </w:rPr>
        <w:br/>
      </w:r>
      <w:r w:rsidRPr="009662D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</w:t>
      </w:r>
      <w:r w:rsidRPr="009662D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</w:t>
      </w:r>
    </w:p>
    <w:p w14:paraId="4F9E07A9" w14:textId="77777777" w:rsidR="00F72E4D" w:rsidRPr="009662D8" w:rsidRDefault="00000000" w:rsidP="009662D8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  <w:r w:rsidRPr="009662D8">
        <w:rPr>
          <w:rFonts w:ascii="Times New Roman" w:hAnsi="Times New Roman" w:cs="Times New Roman"/>
          <w:color w:val="auto"/>
          <w:sz w:val="24"/>
          <w:szCs w:val="24"/>
        </w:rPr>
        <w:t>3. ESPERIENZA PROFESSIONALE</w:t>
      </w:r>
    </w:p>
    <w:p w14:paraId="7C98C0D9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Anni di esperienza professionale complessiva: ___________________</w:t>
      </w:r>
    </w:p>
    <w:p w14:paraId="0B2B389A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Anni di esperienza nello specifico settore: ______________________</w:t>
      </w:r>
    </w:p>
    <w:p w14:paraId="1427117D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Principali attività svolte:</w:t>
      </w:r>
      <w:r w:rsidRPr="009662D8">
        <w:rPr>
          <w:rFonts w:ascii="Times New Roman" w:hAnsi="Times New Roman" w:cs="Times New Roman"/>
          <w:sz w:val="24"/>
          <w:szCs w:val="24"/>
        </w:rPr>
        <w:br/>
      </w:r>
      <w:r w:rsidRPr="009662D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</w:t>
      </w:r>
      <w:r w:rsidRPr="009662D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</w:t>
      </w:r>
      <w:r w:rsidRPr="009662D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</w:t>
      </w:r>
    </w:p>
    <w:p w14:paraId="39D69BF6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Principali incarichi, servizi o progetti realizzati:</w:t>
      </w:r>
      <w:r w:rsidRPr="009662D8">
        <w:rPr>
          <w:rFonts w:ascii="Times New Roman" w:hAnsi="Times New Roman" w:cs="Times New Roman"/>
          <w:sz w:val="24"/>
          <w:szCs w:val="24"/>
        </w:rPr>
        <w:br/>
      </w:r>
      <w:r w:rsidRPr="009662D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</w:t>
      </w:r>
      <w:r w:rsidRPr="009662D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</w:t>
      </w:r>
      <w:r w:rsidRPr="009662D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</w:t>
      </w:r>
    </w:p>
    <w:p w14:paraId="792A0501" w14:textId="77777777" w:rsidR="00F72E4D" w:rsidRPr="009662D8" w:rsidRDefault="00000000" w:rsidP="009662D8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  <w:r w:rsidRPr="009662D8">
        <w:rPr>
          <w:rFonts w:ascii="Times New Roman" w:hAnsi="Times New Roman" w:cs="Times New Roman"/>
          <w:color w:val="auto"/>
          <w:sz w:val="24"/>
          <w:szCs w:val="24"/>
        </w:rPr>
        <w:t>4. ESPERIENZA CON PUBBLICHE AMMINISTRAZIONI</w:t>
      </w:r>
    </w:p>
    <w:p w14:paraId="5C0EF2FE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di aver maturato esperienza professionale presso Pubbliche Amministrazioni;</w:t>
      </w:r>
      <w:r w:rsidRPr="009662D8">
        <w:rPr>
          <w:rFonts w:ascii="Times New Roman" w:hAnsi="Times New Roman" w:cs="Times New Roman"/>
          <w:sz w:val="24"/>
          <w:szCs w:val="24"/>
        </w:rPr>
        <w:br/>
      </w: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di non aver maturato esperienza professionale presso Pubbliche Amministrazioni.</w:t>
      </w:r>
    </w:p>
    <w:p w14:paraId="448CEF63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lastRenderedPageBreak/>
        <w:t>Se affermativo:</w:t>
      </w:r>
      <w:r w:rsidRPr="009662D8">
        <w:rPr>
          <w:rFonts w:ascii="Times New Roman" w:hAnsi="Times New Roman" w:cs="Times New Roman"/>
          <w:sz w:val="24"/>
          <w:szCs w:val="24"/>
        </w:rPr>
        <w:br/>
        <w:t>Amministrazione: __________________________ Periodo: ______________</w:t>
      </w:r>
      <w:r w:rsidRPr="009662D8">
        <w:rPr>
          <w:rFonts w:ascii="Times New Roman" w:hAnsi="Times New Roman" w:cs="Times New Roman"/>
          <w:sz w:val="24"/>
          <w:szCs w:val="24"/>
        </w:rPr>
        <w:br/>
        <w:t>Oggetto dell’attività/incarico: ______________________________________</w:t>
      </w:r>
      <w:r w:rsidRPr="009662D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</w:t>
      </w:r>
    </w:p>
    <w:p w14:paraId="6DC87F21" w14:textId="77777777" w:rsidR="00F72E4D" w:rsidRPr="009662D8" w:rsidRDefault="00000000" w:rsidP="009662D8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  <w:r w:rsidRPr="009662D8">
        <w:rPr>
          <w:rFonts w:ascii="Times New Roman" w:hAnsi="Times New Roman" w:cs="Times New Roman"/>
          <w:color w:val="auto"/>
          <w:sz w:val="24"/>
          <w:szCs w:val="24"/>
        </w:rPr>
        <w:t>5. ESPERIENZA IN PROGETTI FINANZIATI</w:t>
      </w:r>
    </w:p>
    <w:p w14:paraId="3FC210D8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di aver maturato esperienza nella gestione o realizzazione di progetti finanziati con fondi europei, nazionali o regionali;</w:t>
      </w:r>
      <w:r w:rsidRPr="009662D8">
        <w:rPr>
          <w:rFonts w:ascii="Times New Roman" w:hAnsi="Times New Roman" w:cs="Times New Roman"/>
          <w:sz w:val="24"/>
          <w:szCs w:val="24"/>
        </w:rPr>
        <w:br/>
      </w: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di non aver maturato tale esperienza.</w:t>
      </w:r>
    </w:p>
    <w:p w14:paraId="130D120D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Principali progetti:</w:t>
      </w:r>
      <w:r w:rsidRPr="009662D8">
        <w:rPr>
          <w:rFonts w:ascii="Times New Roman" w:hAnsi="Times New Roman" w:cs="Times New Roman"/>
          <w:sz w:val="24"/>
          <w:szCs w:val="24"/>
        </w:rPr>
        <w:br/>
      </w:r>
      <w:r w:rsidRPr="009662D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</w:t>
      </w:r>
      <w:r w:rsidRPr="009662D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</w:t>
      </w:r>
      <w:r w:rsidRPr="009662D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</w:t>
      </w:r>
    </w:p>
    <w:p w14:paraId="777A3F8E" w14:textId="77777777" w:rsidR="00F72E4D" w:rsidRPr="009662D8" w:rsidRDefault="00000000" w:rsidP="009662D8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  <w:r w:rsidRPr="009662D8">
        <w:rPr>
          <w:rFonts w:ascii="Times New Roman" w:hAnsi="Times New Roman" w:cs="Times New Roman"/>
          <w:color w:val="auto"/>
          <w:sz w:val="24"/>
          <w:szCs w:val="24"/>
        </w:rPr>
        <w:t>6. CONOSCENZA DEL TERRITORIO</w:t>
      </w:r>
    </w:p>
    <w:p w14:paraId="27E52BB0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di possedere una conoscenza documentata del territorio del Comune di Piglio e/o della Provincia di Frosinone e delle relative caratteristiche economiche, sociali, culturali, turistiche e produttive;</w:t>
      </w:r>
      <w:r w:rsidRPr="009662D8">
        <w:rPr>
          <w:rFonts w:ascii="Times New Roman" w:hAnsi="Times New Roman" w:cs="Times New Roman"/>
          <w:sz w:val="24"/>
          <w:szCs w:val="24"/>
        </w:rPr>
        <w:br/>
      </w: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di non possedere specifica esperienza o conoscenza documentabile del territorio.</w:t>
      </w:r>
    </w:p>
    <w:p w14:paraId="1DC9D795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Descrizione:</w:t>
      </w:r>
      <w:r w:rsidRPr="009662D8">
        <w:rPr>
          <w:rFonts w:ascii="Times New Roman" w:hAnsi="Times New Roman" w:cs="Times New Roman"/>
          <w:sz w:val="24"/>
          <w:szCs w:val="24"/>
        </w:rPr>
        <w:br/>
      </w:r>
      <w:r w:rsidRPr="009662D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</w:t>
      </w:r>
      <w:r w:rsidRPr="009662D8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</w:t>
      </w:r>
    </w:p>
    <w:p w14:paraId="63601E08" w14:textId="77777777" w:rsidR="00F72E4D" w:rsidRPr="009662D8" w:rsidRDefault="00000000" w:rsidP="009662D8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  <w:r w:rsidRPr="009662D8">
        <w:rPr>
          <w:rFonts w:ascii="Times New Roman" w:hAnsi="Times New Roman" w:cs="Times New Roman"/>
          <w:color w:val="auto"/>
          <w:sz w:val="24"/>
          <w:szCs w:val="24"/>
        </w:rPr>
        <w:t>7. POSSESSO DEI REQUISITI</w:t>
      </w:r>
    </w:p>
    <w:p w14:paraId="796D0DDE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a) di possedere i requisiti professionali, tecnici e/o organizzativi necessari per lo svolgimento delle attività indicate nella presente candidatura;</w:t>
      </w:r>
      <w:r w:rsidRPr="009662D8">
        <w:rPr>
          <w:rFonts w:ascii="Times New Roman" w:hAnsi="Times New Roman" w:cs="Times New Roman"/>
          <w:sz w:val="24"/>
          <w:szCs w:val="24"/>
        </w:rPr>
        <w:br/>
        <w:t>b) di possedere, ove richiesti, i titoli di studio, le abilitazioni professionali e le iscrizioni ad Albi, Ordini o Registri previste dalla normativa vigente;</w:t>
      </w:r>
      <w:r w:rsidRPr="009662D8">
        <w:rPr>
          <w:rFonts w:ascii="Times New Roman" w:hAnsi="Times New Roman" w:cs="Times New Roman"/>
          <w:sz w:val="24"/>
          <w:szCs w:val="24"/>
        </w:rPr>
        <w:br/>
        <w:t>c) di possedere comprovata esperienza professionale, lavorativa o progettuale coerente con l’ambito di attività prescelto;</w:t>
      </w:r>
      <w:r w:rsidRPr="009662D8">
        <w:rPr>
          <w:rFonts w:ascii="Times New Roman" w:hAnsi="Times New Roman" w:cs="Times New Roman"/>
          <w:sz w:val="24"/>
          <w:szCs w:val="24"/>
        </w:rPr>
        <w:br/>
        <w:t>d) di non trovarsi in situazioni di incompatibilità o di conflitto di interessi rispetto alle attività oggetto della presente manifestazione di interesse;</w:t>
      </w:r>
      <w:r w:rsidRPr="009662D8">
        <w:rPr>
          <w:rFonts w:ascii="Times New Roman" w:hAnsi="Times New Roman" w:cs="Times New Roman"/>
          <w:sz w:val="24"/>
          <w:szCs w:val="24"/>
        </w:rPr>
        <w:br/>
        <w:t>e) di essere a conoscenza che l’eventuale inserimento nell’elenco non comporta alcun diritto, aspettativa o pretesa all’affidamento di incarichi, servizi o prestazioni da parte del Comune di Piglio;</w:t>
      </w:r>
      <w:r w:rsidRPr="009662D8">
        <w:rPr>
          <w:rFonts w:ascii="Times New Roman" w:hAnsi="Times New Roman" w:cs="Times New Roman"/>
          <w:sz w:val="24"/>
          <w:szCs w:val="24"/>
        </w:rPr>
        <w:br/>
        <w:t>f) di essere a conoscenza che l’eventuale affidamento di servizi o prestazioni professionali avverrà esclusivamente nell’ambito di successive e autonome procedure, nel rispetto della normativa vigente e, ove applicabile, del D.Lgs. 31 marzo 2023, n. 36;</w:t>
      </w:r>
      <w:r w:rsidRPr="009662D8">
        <w:rPr>
          <w:rFonts w:ascii="Times New Roman" w:hAnsi="Times New Roman" w:cs="Times New Roman"/>
          <w:sz w:val="24"/>
          <w:szCs w:val="24"/>
        </w:rPr>
        <w:br/>
        <w:t xml:space="preserve">g) di essere a conoscenza che il Comune potrà procedere o meno a successivi affidamenti, senza che la presentazione della candidatura o l’eventuale inserimento nell’elenco determini alcun diritto </w:t>
      </w:r>
      <w:r w:rsidRPr="009662D8">
        <w:rPr>
          <w:rFonts w:ascii="Times New Roman" w:hAnsi="Times New Roman" w:cs="Times New Roman"/>
          <w:sz w:val="24"/>
          <w:szCs w:val="24"/>
        </w:rPr>
        <w:lastRenderedPageBreak/>
        <w:t>all’affidamento;</w:t>
      </w:r>
      <w:r w:rsidRPr="009662D8">
        <w:rPr>
          <w:rFonts w:ascii="Times New Roman" w:hAnsi="Times New Roman" w:cs="Times New Roman"/>
          <w:sz w:val="24"/>
          <w:szCs w:val="24"/>
        </w:rPr>
        <w:br/>
        <w:t>h) di impegnarsi a comunicare tempestivamente eventuali variazioni dei requisiti dichiarati.</w:t>
      </w:r>
    </w:p>
    <w:p w14:paraId="67B9EC3E" w14:textId="77777777" w:rsidR="00F72E4D" w:rsidRPr="009662D8" w:rsidRDefault="00000000" w:rsidP="009662D8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  <w:r w:rsidRPr="009662D8">
        <w:rPr>
          <w:rFonts w:ascii="Times New Roman" w:hAnsi="Times New Roman" w:cs="Times New Roman"/>
          <w:color w:val="auto"/>
          <w:sz w:val="24"/>
          <w:szCs w:val="24"/>
        </w:rPr>
        <w:t>8. DIPENDENTI PUBBLICI</w:t>
      </w:r>
    </w:p>
    <w:p w14:paraId="62A8E442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di non essere dipendente di una Pubblica Amministrazione;</w:t>
      </w:r>
      <w:r w:rsidRPr="009662D8">
        <w:rPr>
          <w:rFonts w:ascii="Times New Roman" w:hAnsi="Times New Roman" w:cs="Times New Roman"/>
          <w:sz w:val="24"/>
          <w:szCs w:val="24"/>
        </w:rPr>
        <w:br/>
      </w: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di essere dipendente della seguente Pubblica Amministrazione: ________________________________</w:t>
      </w:r>
    </w:p>
    <w:p w14:paraId="04499ABC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e dichiara che l’eventuale conferimento di attività professionali o incarichi sarà subordinato al rispetto della normativa vigente in materia di incompatibilità e incarichi extraistituzionali e, ove necessario, alla preventiva acquisizione dell’autorizzazione dell’Amministrazione di appartenenza.</w:t>
      </w:r>
    </w:p>
    <w:p w14:paraId="16C1E136" w14:textId="77777777" w:rsidR="00F72E4D" w:rsidRPr="009662D8" w:rsidRDefault="00000000" w:rsidP="009662D8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  <w:r w:rsidRPr="009662D8">
        <w:rPr>
          <w:rFonts w:ascii="Times New Roman" w:hAnsi="Times New Roman" w:cs="Times New Roman"/>
          <w:color w:val="auto"/>
          <w:sz w:val="24"/>
          <w:szCs w:val="24"/>
        </w:rPr>
        <w:t>9. EX DIPENDENTI PUBBLICI</w:t>
      </w:r>
    </w:p>
    <w:p w14:paraId="26E98FF6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di non aver prestato servizio presso Pubbliche Amministrazioni;</w:t>
      </w:r>
      <w:r w:rsidRPr="009662D8">
        <w:rPr>
          <w:rFonts w:ascii="Times New Roman" w:hAnsi="Times New Roman" w:cs="Times New Roman"/>
          <w:sz w:val="24"/>
          <w:szCs w:val="24"/>
        </w:rPr>
        <w:br/>
      </w: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di aver prestato servizio presso: __________________________________________</w:t>
      </w:r>
    </w:p>
    <w:p w14:paraId="6944A4CF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e dichiara di non trovarsi, per quanto di propria conoscenza, in situazioni di incompatibilità, inconferibilità o divieto di conferimento di incarichi previste dalla normativa vigente.</w:t>
      </w:r>
    </w:p>
    <w:p w14:paraId="09738E3E" w14:textId="77777777" w:rsidR="00F72E4D" w:rsidRPr="009662D8" w:rsidRDefault="00000000" w:rsidP="009662D8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  <w:r w:rsidRPr="009662D8">
        <w:rPr>
          <w:rFonts w:ascii="Times New Roman" w:hAnsi="Times New Roman" w:cs="Times New Roman"/>
          <w:color w:val="auto"/>
          <w:sz w:val="24"/>
          <w:szCs w:val="24"/>
        </w:rPr>
        <w:t>10. REQUISITI DI ORDINE GENERALE</w:t>
      </w:r>
    </w:p>
    <w:p w14:paraId="3124895C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Ove applicabili alla specifica procedura di successivo affidamento, il/la sottoscritto/a dichiara di essere in possesso dei requisiti di ordine generale previsti dalla normativa vigente e, in particolare, dagli artt. 94 e seguenti del D.Lgs. 31 marzo 2023, n. 36.</w:t>
      </w:r>
    </w:p>
    <w:p w14:paraId="61B66809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Il/La sottoscritto/a prende atto che il possesso dei requisiti sarà verificato dal Comune di Piglio nelle forme e secondo le modalità previste dalla normativa vigente in occasione dell’eventuale successiva procedura di affidamento.</w:t>
      </w:r>
    </w:p>
    <w:p w14:paraId="2DC20467" w14:textId="77777777" w:rsidR="00F72E4D" w:rsidRPr="009662D8" w:rsidRDefault="00000000" w:rsidP="009662D8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  <w:r w:rsidRPr="009662D8">
        <w:rPr>
          <w:rFonts w:ascii="Times New Roman" w:hAnsi="Times New Roman" w:cs="Times New Roman"/>
          <w:color w:val="auto"/>
          <w:sz w:val="24"/>
          <w:szCs w:val="24"/>
        </w:rPr>
        <w:t>11. ALLEGATI</w:t>
      </w:r>
    </w:p>
    <w:p w14:paraId="072FA2D0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Curriculum vitae aggiornato, datato e sottoscritto;</w:t>
      </w:r>
      <w:r w:rsidRPr="009662D8">
        <w:rPr>
          <w:rFonts w:ascii="Times New Roman" w:hAnsi="Times New Roman" w:cs="Times New Roman"/>
          <w:sz w:val="24"/>
          <w:szCs w:val="24"/>
        </w:rPr>
        <w:br/>
      </w: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Copia di un documento di identità in corso di validità, ove richiesta dalla modalità di sottoscrizione e presentazione;</w:t>
      </w:r>
      <w:r w:rsidRPr="009662D8">
        <w:rPr>
          <w:rFonts w:ascii="Times New Roman" w:hAnsi="Times New Roman" w:cs="Times New Roman"/>
          <w:sz w:val="24"/>
          <w:szCs w:val="24"/>
        </w:rPr>
        <w:br/>
      </w: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Copia di eventuali titoli di studio, abilitazioni, certificazioni o attestazioni professionali;</w:t>
      </w:r>
      <w:r w:rsidRPr="009662D8">
        <w:rPr>
          <w:rFonts w:ascii="Times New Roman" w:hAnsi="Times New Roman" w:cs="Times New Roman"/>
          <w:sz w:val="24"/>
          <w:szCs w:val="24"/>
        </w:rPr>
        <w:br/>
      </w: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Eventuale documentazione relativa a precedenti esperienze professionali o progettuali;</w:t>
      </w:r>
      <w:r w:rsidRPr="009662D8">
        <w:rPr>
          <w:rFonts w:ascii="Times New Roman" w:hAnsi="Times New Roman" w:cs="Times New Roman"/>
          <w:sz w:val="24"/>
          <w:szCs w:val="24"/>
        </w:rPr>
        <w:br/>
      </w: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Eventuale portfolio professionale;</w:t>
      </w:r>
      <w:r w:rsidRPr="009662D8">
        <w:rPr>
          <w:rFonts w:ascii="Times New Roman" w:hAnsi="Times New Roman" w:cs="Times New Roman"/>
          <w:sz w:val="24"/>
          <w:szCs w:val="24"/>
        </w:rPr>
        <w:br/>
      </w: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Altra documentazione ritenuta utile: __________________________________________</w:t>
      </w:r>
    </w:p>
    <w:p w14:paraId="4985AC4D" w14:textId="77777777" w:rsidR="00F72E4D" w:rsidRPr="009662D8" w:rsidRDefault="00000000" w:rsidP="009662D8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  <w:r w:rsidRPr="009662D8">
        <w:rPr>
          <w:rFonts w:ascii="Times New Roman" w:hAnsi="Times New Roman" w:cs="Times New Roman"/>
          <w:color w:val="auto"/>
          <w:sz w:val="24"/>
          <w:szCs w:val="24"/>
        </w:rPr>
        <w:t>12. DICHIARAZIONE DI CONSAPEVOLEZZA</w:t>
      </w:r>
    </w:p>
    <w:p w14:paraId="282FDC4B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Il/La sottoscritto/a dichiara di aver preso visione dell’Avviso pubblico relativo alla costituzione dell’elenco e di accettarne integralmente le condizioni.</w:t>
      </w:r>
    </w:p>
    <w:p w14:paraId="4F22E650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lastRenderedPageBreak/>
        <w:t>Dichiara, inoltre, di essere consapevole che:</w:t>
      </w:r>
      <w:r w:rsidRPr="009662D8">
        <w:rPr>
          <w:rFonts w:ascii="Times New Roman" w:hAnsi="Times New Roman" w:cs="Times New Roman"/>
          <w:sz w:val="24"/>
          <w:szCs w:val="24"/>
        </w:rPr>
        <w:br/>
        <w:t>- la presente candidatura costituisce esclusivamente una manifestazione di interesse;</w:t>
      </w:r>
      <w:r w:rsidRPr="009662D8">
        <w:rPr>
          <w:rFonts w:ascii="Times New Roman" w:hAnsi="Times New Roman" w:cs="Times New Roman"/>
          <w:sz w:val="24"/>
          <w:szCs w:val="24"/>
        </w:rPr>
        <w:br/>
        <w:t>- l’inserimento nell’elenco non costituisce affidamento di servizi o incarichi;</w:t>
      </w:r>
      <w:r w:rsidRPr="009662D8">
        <w:rPr>
          <w:rFonts w:ascii="Times New Roman" w:hAnsi="Times New Roman" w:cs="Times New Roman"/>
          <w:sz w:val="24"/>
          <w:szCs w:val="24"/>
        </w:rPr>
        <w:br/>
        <w:t>- l’inserimento nell’elenco non determina la formazione di una graduatoria;</w:t>
      </w:r>
      <w:r w:rsidRPr="009662D8">
        <w:rPr>
          <w:rFonts w:ascii="Times New Roman" w:hAnsi="Times New Roman" w:cs="Times New Roman"/>
          <w:sz w:val="24"/>
          <w:szCs w:val="24"/>
        </w:rPr>
        <w:br/>
        <w:t>- l’inserimento nell’elenco non attribuisce alcun diritto o aspettativa all’affidamento;</w:t>
      </w:r>
      <w:r w:rsidRPr="009662D8">
        <w:rPr>
          <w:rFonts w:ascii="Times New Roman" w:hAnsi="Times New Roman" w:cs="Times New Roman"/>
          <w:sz w:val="24"/>
          <w:szCs w:val="24"/>
        </w:rPr>
        <w:br/>
        <w:t>- eventuali successivi affidamenti saranno effettuati con autonomi atti amministrativi e secondo la procedura prevista dalla normativa applicabile;</w:t>
      </w:r>
      <w:r w:rsidRPr="009662D8">
        <w:rPr>
          <w:rFonts w:ascii="Times New Roman" w:hAnsi="Times New Roman" w:cs="Times New Roman"/>
          <w:sz w:val="24"/>
          <w:szCs w:val="24"/>
        </w:rPr>
        <w:br/>
        <w:t>- il Comune di Piglio potrà non procedere ad alcun affidamento;</w:t>
      </w:r>
      <w:r w:rsidRPr="009662D8">
        <w:rPr>
          <w:rFonts w:ascii="Times New Roman" w:hAnsi="Times New Roman" w:cs="Times New Roman"/>
          <w:sz w:val="24"/>
          <w:szCs w:val="24"/>
        </w:rPr>
        <w:br/>
        <w:t>- l’Amministrazione potrà richiedere, in occasione di eventuali successive procedure, ulteriore documentazione e procedere alle verifiche previste dalla normativa vigente.</w:t>
      </w:r>
    </w:p>
    <w:p w14:paraId="08EA6654" w14:textId="77777777" w:rsidR="00F72E4D" w:rsidRPr="009662D8" w:rsidRDefault="00000000" w:rsidP="009662D8">
      <w:pPr>
        <w:pStyle w:val="Titolo1"/>
        <w:rPr>
          <w:rFonts w:ascii="Times New Roman" w:hAnsi="Times New Roman" w:cs="Times New Roman"/>
          <w:color w:val="auto"/>
          <w:sz w:val="24"/>
          <w:szCs w:val="24"/>
        </w:rPr>
      </w:pPr>
      <w:r w:rsidRPr="009662D8">
        <w:rPr>
          <w:rFonts w:ascii="Times New Roman" w:hAnsi="Times New Roman" w:cs="Times New Roman"/>
          <w:color w:val="auto"/>
          <w:sz w:val="24"/>
          <w:szCs w:val="24"/>
        </w:rPr>
        <w:t>13. TRATTAMENTO DEI DATI PERSONALI</w:t>
      </w:r>
    </w:p>
    <w:p w14:paraId="23646122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t>Il/La sottoscritto/a dichiara di aver preso visione dell’informativa sul trattamento dei dati personali resa dal Comune di Piglio ai sensi del Regolamento (UE) 2016/679 e della normativa nazionale vigente e autorizza il trattamento dei dati forniti per le finalità connesse alla gestione della presente manifestazione di interesse e dell’eventuale elenco, nonché per gli adempimenti connessi alle eventuali successive procedure di affidamento.</w:t>
      </w:r>
    </w:p>
    <w:p w14:paraId="5CEF2D2B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br/>
        <w:t>Luogo: _______________________________    Data: ________________________________</w:t>
      </w:r>
    </w:p>
    <w:p w14:paraId="5EA49FF6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sz w:val="24"/>
          <w:szCs w:val="24"/>
        </w:rPr>
        <w:br/>
        <w:t>Firma: _______________________________________________________________________</w:t>
      </w:r>
    </w:p>
    <w:p w14:paraId="6C999C4C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Times New Roman" w:hAnsi="Times New Roman" w:cs="Times New Roman"/>
          <w:b/>
          <w:sz w:val="24"/>
          <w:szCs w:val="24"/>
        </w:rPr>
        <w:br/>
        <w:t>DOCUMENTI DA ALLEGARE</w:t>
      </w:r>
    </w:p>
    <w:p w14:paraId="5C0DFA15" w14:textId="77777777" w:rsidR="00F72E4D" w:rsidRPr="009662D8" w:rsidRDefault="00000000" w:rsidP="009662D8">
      <w:pPr>
        <w:rPr>
          <w:rFonts w:ascii="Times New Roman" w:hAnsi="Times New Roman" w:cs="Times New Roman"/>
          <w:sz w:val="24"/>
          <w:szCs w:val="24"/>
        </w:rPr>
      </w:pP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Copia del documento di identità del sottoscrittore, ove richiesta.</w:t>
      </w:r>
      <w:r w:rsidRPr="009662D8">
        <w:rPr>
          <w:rFonts w:ascii="Times New Roman" w:hAnsi="Times New Roman" w:cs="Times New Roman"/>
          <w:sz w:val="24"/>
          <w:szCs w:val="24"/>
        </w:rPr>
        <w:br/>
      </w: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Curriculum vitae aggiornato, datato e sottoscritto.</w:t>
      </w:r>
      <w:r w:rsidRPr="009662D8">
        <w:rPr>
          <w:rFonts w:ascii="Times New Roman" w:hAnsi="Times New Roman" w:cs="Times New Roman"/>
          <w:sz w:val="24"/>
          <w:szCs w:val="24"/>
        </w:rPr>
        <w:br/>
      </w:r>
      <w:r w:rsidRPr="009662D8">
        <w:rPr>
          <w:rFonts w:ascii="Segoe UI Symbol" w:hAnsi="Segoe UI Symbol" w:cs="Segoe UI Symbol"/>
          <w:sz w:val="24"/>
          <w:szCs w:val="24"/>
        </w:rPr>
        <w:t>☐</w:t>
      </w:r>
      <w:r w:rsidRPr="009662D8">
        <w:rPr>
          <w:rFonts w:ascii="Times New Roman" w:hAnsi="Times New Roman" w:cs="Times New Roman"/>
          <w:sz w:val="24"/>
          <w:szCs w:val="24"/>
        </w:rPr>
        <w:t xml:space="preserve"> Eventuale ulteriore documentazione professionale.</w:t>
      </w:r>
    </w:p>
    <w:sectPr w:rsidR="00F72E4D" w:rsidRPr="009662D8" w:rsidSect="00034616">
      <w:footerReference w:type="default" r:id="rId8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AE4C6" w14:textId="77777777" w:rsidR="00535DB4" w:rsidRDefault="00535DB4">
      <w:pPr>
        <w:spacing w:after="0" w:line="240" w:lineRule="auto"/>
      </w:pPr>
      <w:r>
        <w:separator/>
      </w:r>
    </w:p>
  </w:endnote>
  <w:endnote w:type="continuationSeparator" w:id="0">
    <w:p w14:paraId="3EB5BCBC" w14:textId="77777777" w:rsidR="00535DB4" w:rsidRDefault="00535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C4033" w14:textId="77777777" w:rsidR="00F72E4D" w:rsidRDefault="00000000">
    <w:pPr>
      <w:pStyle w:val="Pidipagina"/>
      <w:jc w:val="center"/>
    </w:pPr>
    <w:r>
      <w:t>Comune di Piglio – Modulo di manifestazione di interesse – Progetto “Spazio Sviluppo”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78182" w14:textId="77777777" w:rsidR="00535DB4" w:rsidRDefault="00535DB4">
      <w:pPr>
        <w:spacing w:after="0" w:line="240" w:lineRule="auto"/>
      </w:pPr>
      <w:r>
        <w:separator/>
      </w:r>
    </w:p>
  </w:footnote>
  <w:footnote w:type="continuationSeparator" w:id="0">
    <w:p w14:paraId="4A36021A" w14:textId="77777777" w:rsidR="00535DB4" w:rsidRDefault="00535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37828649">
    <w:abstractNumId w:val="8"/>
  </w:num>
  <w:num w:numId="2" w16cid:durableId="1861695236">
    <w:abstractNumId w:val="6"/>
  </w:num>
  <w:num w:numId="3" w16cid:durableId="2142994139">
    <w:abstractNumId w:val="5"/>
  </w:num>
  <w:num w:numId="4" w16cid:durableId="85079636">
    <w:abstractNumId w:val="4"/>
  </w:num>
  <w:num w:numId="5" w16cid:durableId="112753138">
    <w:abstractNumId w:val="7"/>
  </w:num>
  <w:num w:numId="6" w16cid:durableId="513228029">
    <w:abstractNumId w:val="3"/>
  </w:num>
  <w:num w:numId="7" w16cid:durableId="513809696">
    <w:abstractNumId w:val="2"/>
  </w:num>
  <w:num w:numId="8" w16cid:durableId="828860224">
    <w:abstractNumId w:val="1"/>
  </w:num>
  <w:num w:numId="9" w16cid:durableId="1577670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423F8"/>
    <w:rsid w:val="00264EA6"/>
    <w:rsid w:val="0029639D"/>
    <w:rsid w:val="00326F90"/>
    <w:rsid w:val="00535DB4"/>
    <w:rsid w:val="007F4CAF"/>
    <w:rsid w:val="009662D8"/>
    <w:rsid w:val="00AA1D8D"/>
    <w:rsid w:val="00B47730"/>
    <w:rsid w:val="00C90914"/>
    <w:rsid w:val="00CB0664"/>
    <w:rsid w:val="00F72E4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872788"/>
  <w14:defaultImageDpi w14:val="300"/>
  <w15:docId w15:val="{67CDCF35-BE8E-46CD-BBB6-9BD1B722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rPr>
      <w:rFonts w:ascii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1685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Annalisa Mancini</cp:lastModifiedBy>
  <cp:revision>3</cp:revision>
  <dcterms:created xsi:type="dcterms:W3CDTF">2026-07-23T13:15:00Z</dcterms:created>
  <dcterms:modified xsi:type="dcterms:W3CDTF">2026-07-30T11:31:00Z</dcterms:modified>
  <cp:category/>
</cp:coreProperties>
</file>