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5007" w14:textId="77777777" w:rsidR="00567209" w:rsidRPr="004E2558" w:rsidRDefault="00000000">
      <w:pPr>
        <w:jc w:val="center"/>
        <w:rPr>
          <w:sz w:val="22"/>
          <w:lang w:val="it-IT"/>
        </w:rPr>
      </w:pPr>
      <w:r w:rsidRPr="004E2558">
        <w:rPr>
          <w:b/>
          <w:sz w:val="22"/>
          <w:lang w:val="it-IT"/>
        </w:rPr>
        <w:t>ISTANZA DI ANNULLAMENTO E RICHIESTA DI RIMBORSO</w:t>
      </w:r>
    </w:p>
    <w:p w14:paraId="221AE7FF" w14:textId="77777777" w:rsidR="00567209" w:rsidRPr="004E2558" w:rsidRDefault="00567209" w:rsidP="00754D88">
      <w:pPr>
        <w:spacing w:after="0" w:line="240" w:lineRule="auto"/>
        <w:rPr>
          <w:sz w:val="22"/>
          <w:lang w:val="it-IT"/>
        </w:rPr>
      </w:pPr>
    </w:p>
    <w:p w14:paraId="7D42F81A" w14:textId="77777777" w:rsidR="00567209" w:rsidRDefault="00000000" w:rsidP="004E2558">
      <w:pPr>
        <w:ind w:left="6379"/>
        <w:rPr>
          <w:sz w:val="22"/>
          <w:lang w:val="it-IT"/>
        </w:rPr>
      </w:pPr>
      <w:r w:rsidRPr="004E2558">
        <w:rPr>
          <w:b/>
          <w:sz w:val="22"/>
          <w:lang w:val="it-IT"/>
        </w:rPr>
        <w:t>ALL’AGENZIA DELLE ENTRATE</w:t>
      </w:r>
      <w:r w:rsidRPr="004E2558">
        <w:rPr>
          <w:b/>
          <w:sz w:val="22"/>
          <w:lang w:val="it-IT"/>
        </w:rPr>
        <w:br/>
      </w:r>
      <w:r w:rsidRPr="004E2558">
        <w:rPr>
          <w:sz w:val="22"/>
          <w:lang w:val="it-IT"/>
        </w:rPr>
        <w:t>Direzione Provinciale di Como</w:t>
      </w:r>
      <w:r w:rsidRPr="004E2558">
        <w:rPr>
          <w:sz w:val="22"/>
          <w:lang w:val="it-IT"/>
        </w:rPr>
        <w:br/>
        <w:t>Ufficio Territoriale competente</w:t>
      </w:r>
    </w:p>
    <w:p w14:paraId="38739B38" w14:textId="72C58C2A" w:rsidR="00754D88" w:rsidRPr="004E2558" w:rsidRDefault="00754D88" w:rsidP="004E2558">
      <w:pPr>
        <w:ind w:left="6379"/>
        <w:rPr>
          <w:sz w:val="22"/>
          <w:lang w:val="it-IT"/>
        </w:rPr>
      </w:pPr>
      <w:hyperlink r:id="rId6" w:history="1">
        <w:r w:rsidRPr="00FD130E">
          <w:rPr>
            <w:rStyle w:val="Collegamentoipertestuale"/>
            <w:sz w:val="22"/>
            <w:lang w:val="it-IT"/>
          </w:rPr>
          <w:t>dp.como.utcomo@agenziaentrate.it</w:t>
        </w:r>
      </w:hyperlink>
      <w:r>
        <w:rPr>
          <w:sz w:val="22"/>
          <w:lang w:val="it-IT"/>
        </w:rPr>
        <w:t xml:space="preserve"> </w:t>
      </w:r>
    </w:p>
    <w:p w14:paraId="0D34EED1" w14:textId="77777777" w:rsidR="00567209" w:rsidRPr="004E2558" w:rsidRDefault="00567209" w:rsidP="004E2558">
      <w:pPr>
        <w:spacing w:after="0" w:line="240" w:lineRule="auto"/>
        <w:rPr>
          <w:sz w:val="22"/>
          <w:lang w:val="it-IT"/>
        </w:rPr>
      </w:pPr>
    </w:p>
    <w:p w14:paraId="42BA74A8" w14:textId="2DCC9849" w:rsidR="00567209" w:rsidRPr="004E2558" w:rsidRDefault="00000000" w:rsidP="004E2558">
      <w:pPr>
        <w:tabs>
          <w:tab w:val="right" w:pos="9923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Il/La sottoscritto/a</w:t>
      </w:r>
      <w:r w:rsidRPr="004E2558">
        <w:rPr>
          <w:sz w:val="22"/>
          <w:lang w:val="it-IT"/>
        </w:rPr>
        <w:t xml:space="preserve"> </w:t>
      </w:r>
      <w:r w:rsidR="004E2558" w:rsidRPr="004E2558">
        <w:rPr>
          <w:sz w:val="22"/>
          <w:lang w:val="it-IT"/>
        </w:rPr>
        <w:tab/>
      </w:r>
      <w:r w:rsidRPr="004E2558">
        <w:rPr>
          <w:sz w:val="22"/>
          <w:lang w:val="it-IT"/>
        </w:rPr>
        <w:t>_______________________________________________________________</w:t>
      </w:r>
    </w:p>
    <w:p w14:paraId="061A3BBC" w14:textId="5FA2AE20" w:rsidR="00567209" w:rsidRPr="004E2558" w:rsidRDefault="00000000" w:rsidP="004E2558">
      <w:pPr>
        <w:tabs>
          <w:tab w:val="right" w:pos="9923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Codice fiscale</w:t>
      </w:r>
      <w:r w:rsidRPr="004E2558">
        <w:rPr>
          <w:sz w:val="22"/>
          <w:lang w:val="it-IT"/>
        </w:rPr>
        <w:t xml:space="preserve"> </w:t>
      </w:r>
      <w:r w:rsidR="004E2558" w:rsidRPr="004E2558">
        <w:rPr>
          <w:sz w:val="22"/>
          <w:lang w:val="it-IT"/>
        </w:rPr>
        <w:tab/>
        <w:t>__</w:t>
      </w:r>
      <w:r w:rsidRPr="004E2558">
        <w:rPr>
          <w:sz w:val="22"/>
          <w:lang w:val="it-IT"/>
        </w:rPr>
        <w:t>________________________________________________________________</w:t>
      </w:r>
    </w:p>
    <w:p w14:paraId="354AEA5D" w14:textId="71D29421" w:rsidR="00567209" w:rsidRPr="004E2558" w:rsidRDefault="00000000" w:rsidP="004E2558">
      <w:pPr>
        <w:tabs>
          <w:tab w:val="right" w:pos="9923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 xml:space="preserve">Nato/a </w:t>
      </w:r>
      <w:proofErr w:type="spellStart"/>
      <w:r w:rsidRPr="004E2558">
        <w:rPr>
          <w:b/>
          <w:sz w:val="22"/>
          <w:lang w:val="it-IT"/>
        </w:rPr>
        <w:t>a</w:t>
      </w:r>
      <w:proofErr w:type="spellEnd"/>
      <w:r w:rsidRPr="004E2558">
        <w:rPr>
          <w:sz w:val="22"/>
          <w:lang w:val="it-IT"/>
        </w:rPr>
        <w:t xml:space="preserve"> __________________________________________________</w:t>
      </w:r>
      <w:r w:rsidR="004E2558" w:rsidRPr="004E2558">
        <w:rPr>
          <w:sz w:val="22"/>
          <w:lang w:val="it-IT"/>
        </w:rPr>
        <w:t>______</w:t>
      </w:r>
      <w:r w:rsidRPr="004E2558">
        <w:rPr>
          <w:sz w:val="22"/>
          <w:lang w:val="it-IT"/>
        </w:rPr>
        <w:t>_</w:t>
      </w:r>
      <w:r w:rsidR="004E2558" w:rsidRPr="004E2558">
        <w:rPr>
          <w:sz w:val="22"/>
          <w:lang w:val="it-IT"/>
        </w:rPr>
        <w:tab/>
      </w:r>
      <w:r w:rsidRPr="004E2558">
        <w:rPr>
          <w:b/>
          <w:sz w:val="22"/>
          <w:lang w:val="it-IT"/>
        </w:rPr>
        <w:t>il</w:t>
      </w:r>
      <w:r w:rsidRPr="004E2558">
        <w:rPr>
          <w:sz w:val="22"/>
          <w:lang w:val="it-IT"/>
        </w:rPr>
        <w:t xml:space="preserve"> _____</w:t>
      </w:r>
      <w:r w:rsidR="004E2558">
        <w:rPr>
          <w:sz w:val="22"/>
          <w:lang w:val="it-IT"/>
        </w:rPr>
        <w:t>___</w:t>
      </w:r>
      <w:r w:rsidRPr="004E2558">
        <w:rPr>
          <w:sz w:val="22"/>
          <w:lang w:val="it-IT"/>
        </w:rPr>
        <w:t>_____</w:t>
      </w:r>
    </w:p>
    <w:p w14:paraId="160DC795" w14:textId="27BB67FE" w:rsidR="00567209" w:rsidRPr="004E2558" w:rsidRDefault="00000000" w:rsidP="004E2558">
      <w:pPr>
        <w:tabs>
          <w:tab w:val="right" w:pos="9923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Residente in</w:t>
      </w:r>
      <w:r w:rsidRPr="004E2558">
        <w:rPr>
          <w:sz w:val="22"/>
          <w:lang w:val="it-IT"/>
        </w:rPr>
        <w:t xml:space="preserve"> _________________________</w:t>
      </w:r>
      <w:r w:rsidR="004E2558">
        <w:rPr>
          <w:sz w:val="22"/>
          <w:lang w:val="it-IT"/>
        </w:rPr>
        <w:t xml:space="preserve"> via</w:t>
      </w:r>
      <w:r w:rsidR="004E2558">
        <w:rPr>
          <w:sz w:val="22"/>
          <w:lang w:val="it-IT"/>
        </w:rPr>
        <w:tab/>
      </w:r>
      <w:r w:rsidRPr="004E2558">
        <w:rPr>
          <w:sz w:val="22"/>
          <w:lang w:val="it-IT"/>
        </w:rPr>
        <w:t>__________________________________________</w:t>
      </w:r>
    </w:p>
    <w:p w14:paraId="7264F22E" w14:textId="77777777" w:rsidR="004E2558" w:rsidRPr="004E2558" w:rsidRDefault="004E2558" w:rsidP="004E2558">
      <w:pPr>
        <w:spacing w:after="0" w:line="240" w:lineRule="auto"/>
        <w:rPr>
          <w:b/>
          <w:sz w:val="22"/>
          <w:lang w:val="it-IT"/>
        </w:rPr>
      </w:pPr>
    </w:p>
    <w:p w14:paraId="29AE51C8" w14:textId="6A87AF82" w:rsidR="00567209" w:rsidRDefault="00000000" w:rsidP="004E2558">
      <w:pPr>
        <w:spacing w:after="0" w:line="240" w:lineRule="auto"/>
        <w:jc w:val="center"/>
        <w:rPr>
          <w:b/>
          <w:sz w:val="22"/>
          <w:lang w:val="it-IT"/>
        </w:rPr>
      </w:pPr>
      <w:r w:rsidRPr="004E2558">
        <w:rPr>
          <w:b/>
          <w:sz w:val="22"/>
          <w:lang w:val="it-IT"/>
        </w:rPr>
        <w:t>PREMESSO CHE</w:t>
      </w:r>
    </w:p>
    <w:p w14:paraId="7F18F723" w14:textId="77777777" w:rsidR="004E2558" w:rsidRPr="004E2558" w:rsidRDefault="004E2558" w:rsidP="004E2558">
      <w:pPr>
        <w:spacing w:after="0" w:line="240" w:lineRule="auto"/>
        <w:jc w:val="center"/>
        <w:rPr>
          <w:sz w:val="22"/>
          <w:lang w:val="it-IT"/>
        </w:rPr>
      </w:pPr>
    </w:p>
    <w:p w14:paraId="1F843768" w14:textId="58AAC907" w:rsidR="00567209" w:rsidRPr="004E2558" w:rsidRDefault="00000000" w:rsidP="004E255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>ha ricevuto dall’Agenzia delle Entrate la comunicazione di irregolarità n. ____________________, relativa alla dichiarazione dei redditi per l’anno d’imposta 2024;</w:t>
      </w:r>
    </w:p>
    <w:p w14:paraId="2E4E4AC7" w14:textId="0BF0AD4C" w:rsidR="00567209" w:rsidRPr="004E2558" w:rsidRDefault="00000000" w:rsidP="004E255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>con tale comunicazione veniva richiesto il pagamento di una maggiore somma a titolo di addizionale comunale IRPEF – Comune di Appiano Gentile;</w:t>
      </w:r>
    </w:p>
    <w:p w14:paraId="0C977E67" w14:textId="5D2B4028" w:rsidR="00567209" w:rsidRPr="004E2558" w:rsidRDefault="00000000" w:rsidP="004E255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 xml:space="preserve">al fine di evitare ulteriori conseguenze derivanti dal mancato pagamento entro i termini indicati nella comunicazione, il/la sottoscritto/a ha provveduto al versamento dell’importo richiesto, pari </w:t>
      </w:r>
      <w:proofErr w:type="gramStart"/>
      <w:r w:rsidRPr="004E2558">
        <w:rPr>
          <w:sz w:val="22"/>
          <w:lang w:val="it-IT"/>
        </w:rPr>
        <w:t>a</w:t>
      </w:r>
      <w:r w:rsidR="00175A28">
        <w:rPr>
          <w:sz w:val="22"/>
          <w:lang w:val="it-IT"/>
        </w:rPr>
        <w:t xml:space="preserve"> </w:t>
      </w:r>
      <w:r w:rsidRPr="004E2558">
        <w:rPr>
          <w:sz w:val="22"/>
          <w:lang w:val="it-IT"/>
        </w:rPr>
        <w:t xml:space="preserve"> €</w:t>
      </w:r>
      <w:proofErr w:type="gramEnd"/>
      <w:r w:rsidRPr="004E2558">
        <w:rPr>
          <w:sz w:val="22"/>
          <w:lang w:val="it-IT"/>
        </w:rPr>
        <w:t xml:space="preserve"> __________________, in data __________________;</w:t>
      </w:r>
    </w:p>
    <w:p w14:paraId="2AD8DB2F" w14:textId="51929BA5" w:rsidR="00567209" w:rsidRPr="004E2558" w:rsidRDefault="00000000" w:rsidP="004E2558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>successivamente è stato comunicato che le comunicazioni di irregolarità relative all’addizionale comunale IRPEF 2024 del Comune di Appiano Gentile sono state generate a causa di un’anomalia tecnica della procedura di controllo automatizzato dell’Agenzia delle Entrate, già risolta.</w:t>
      </w:r>
    </w:p>
    <w:p w14:paraId="5C5D6287" w14:textId="77777777" w:rsidR="00567209" w:rsidRDefault="00000000" w:rsidP="004E2558">
      <w:pPr>
        <w:spacing w:after="0" w:line="240" w:lineRule="auto"/>
        <w:jc w:val="center"/>
        <w:rPr>
          <w:b/>
          <w:sz w:val="22"/>
          <w:lang w:val="it-IT"/>
        </w:rPr>
      </w:pPr>
      <w:r w:rsidRPr="004E2558">
        <w:rPr>
          <w:b/>
          <w:sz w:val="22"/>
          <w:lang w:val="it-IT"/>
        </w:rPr>
        <w:t>CHIEDE</w:t>
      </w:r>
    </w:p>
    <w:p w14:paraId="5CD45F79" w14:textId="77777777" w:rsidR="004E2558" w:rsidRPr="004E2558" w:rsidRDefault="004E2558" w:rsidP="004E2558">
      <w:pPr>
        <w:spacing w:after="0" w:line="240" w:lineRule="auto"/>
        <w:jc w:val="center"/>
        <w:rPr>
          <w:sz w:val="22"/>
          <w:lang w:val="it-IT"/>
        </w:rPr>
      </w:pPr>
    </w:p>
    <w:p w14:paraId="0599C7B0" w14:textId="17D3C370" w:rsidR="00567209" w:rsidRPr="004E2558" w:rsidRDefault="00000000" w:rsidP="004E2558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 xml:space="preserve">l’annullamento della comunicazione di irregolarità sopra indicata, in quanto riferita alla </w:t>
      </w:r>
      <w:proofErr w:type="gramStart"/>
      <w:r w:rsidRPr="004E2558">
        <w:rPr>
          <w:sz w:val="22"/>
          <w:lang w:val="it-IT"/>
        </w:rPr>
        <w:t>predetta</w:t>
      </w:r>
      <w:proofErr w:type="gramEnd"/>
      <w:r w:rsidRPr="004E2558">
        <w:rPr>
          <w:sz w:val="22"/>
          <w:lang w:val="it-IT"/>
        </w:rPr>
        <w:t xml:space="preserve"> anomalia tecnica relativa all’addizionale comunale IRPEF 2024 del Comune di Appiano Gentile;</w:t>
      </w:r>
    </w:p>
    <w:p w14:paraId="778E5AF7" w14:textId="166AF798" w:rsidR="00567209" w:rsidRDefault="00000000" w:rsidP="004E2558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sz w:val="22"/>
          <w:lang w:val="it-IT"/>
        </w:rPr>
      </w:pPr>
      <w:r w:rsidRPr="004E2558">
        <w:rPr>
          <w:sz w:val="22"/>
          <w:lang w:val="it-IT"/>
        </w:rPr>
        <w:t>il rimborso della somma di € __________________ già versata in relazione alla suddetta comunicazione di irregolarità.</w:t>
      </w:r>
    </w:p>
    <w:p w14:paraId="1FEBA31D" w14:textId="77777777" w:rsidR="004E2558" w:rsidRPr="004E2558" w:rsidRDefault="004E2558" w:rsidP="004E2558">
      <w:pPr>
        <w:spacing w:after="0" w:line="240" w:lineRule="auto"/>
        <w:jc w:val="both"/>
        <w:rPr>
          <w:sz w:val="22"/>
          <w:lang w:val="it-IT"/>
        </w:rPr>
      </w:pPr>
    </w:p>
    <w:p w14:paraId="2B44A021" w14:textId="77777777" w:rsidR="00567209" w:rsidRPr="004E2558" w:rsidRDefault="00000000" w:rsidP="004E2558">
      <w:pPr>
        <w:spacing w:after="0" w:line="24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Si allega:</w:t>
      </w:r>
    </w:p>
    <w:p w14:paraId="02BFE922" w14:textId="42E78A8C" w:rsidR="00567209" w:rsidRPr="004E2558" w:rsidRDefault="00000000" w:rsidP="004E2558">
      <w:pPr>
        <w:pStyle w:val="Paragrafoelenco"/>
        <w:numPr>
          <w:ilvl w:val="0"/>
          <w:numId w:val="15"/>
        </w:numPr>
        <w:spacing w:after="0" w:line="240" w:lineRule="auto"/>
        <w:rPr>
          <w:sz w:val="22"/>
          <w:lang w:val="it-IT"/>
        </w:rPr>
      </w:pPr>
      <w:r w:rsidRPr="004E2558">
        <w:rPr>
          <w:sz w:val="22"/>
          <w:lang w:val="it-IT"/>
        </w:rPr>
        <w:t>copia della comunicazione di irregolarità ricevuta;</w:t>
      </w:r>
    </w:p>
    <w:p w14:paraId="175F7A59" w14:textId="753F8284" w:rsidR="00567209" w:rsidRDefault="00000000" w:rsidP="004E2558">
      <w:pPr>
        <w:pStyle w:val="Paragrafoelenco"/>
        <w:numPr>
          <w:ilvl w:val="0"/>
          <w:numId w:val="15"/>
        </w:numPr>
        <w:spacing w:after="0" w:line="240" w:lineRule="auto"/>
        <w:rPr>
          <w:sz w:val="22"/>
          <w:lang w:val="it-IT"/>
        </w:rPr>
      </w:pPr>
      <w:r w:rsidRPr="004E2558">
        <w:rPr>
          <w:sz w:val="22"/>
          <w:lang w:val="it-IT"/>
        </w:rPr>
        <w:t>copia della documentazione attestante l’avvenuto pagamento</w:t>
      </w:r>
      <w:r w:rsidR="00754D88">
        <w:rPr>
          <w:sz w:val="22"/>
          <w:lang w:val="it-IT"/>
        </w:rPr>
        <w:t>;</w:t>
      </w:r>
    </w:p>
    <w:p w14:paraId="42ADD3D9" w14:textId="6591221E" w:rsidR="00754D88" w:rsidRPr="004E2558" w:rsidRDefault="00754D88" w:rsidP="004E2558">
      <w:pPr>
        <w:pStyle w:val="Paragrafoelenco"/>
        <w:numPr>
          <w:ilvl w:val="0"/>
          <w:numId w:val="15"/>
        </w:numPr>
        <w:spacing w:after="0" w:line="240" w:lineRule="auto"/>
        <w:rPr>
          <w:sz w:val="22"/>
          <w:lang w:val="it-IT"/>
        </w:rPr>
      </w:pPr>
      <w:r>
        <w:rPr>
          <w:sz w:val="22"/>
          <w:lang w:val="it-IT"/>
        </w:rPr>
        <w:t>copia di un proprio documento di identità.</w:t>
      </w:r>
    </w:p>
    <w:p w14:paraId="44E55644" w14:textId="77777777" w:rsidR="00567209" w:rsidRDefault="00567209" w:rsidP="004E2558">
      <w:pPr>
        <w:spacing w:after="0" w:line="240" w:lineRule="auto"/>
        <w:rPr>
          <w:sz w:val="22"/>
          <w:lang w:val="it-IT"/>
        </w:rPr>
      </w:pPr>
    </w:p>
    <w:p w14:paraId="635DFA60" w14:textId="77777777" w:rsidR="004E2558" w:rsidRPr="004E2558" w:rsidRDefault="004E2558" w:rsidP="004E2558">
      <w:pPr>
        <w:spacing w:after="0" w:line="240" w:lineRule="auto"/>
        <w:rPr>
          <w:sz w:val="22"/>
          <w:lang w:val="it-IT"/>
        </w:rPr>
      </w:pPr>
    </w:p>
    <w:p w14:paraId="703A51C9" w14:textId="268B146E" w:rsidR="00567209" w:rsidRPr="004E2558" w:rsidRDefault="00000000" w:rsidP="004E2558">
      <w:pPr>
        <w:tabs>
          <w:tab w:val="right" w:pos="9923"/>
        </w:tabs>
        <w:spacing w:after="0" w:line="24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Luogo e data</w:t>
      </w:r>
      <w:r w:rsidRPr="004E2558">
        <w:rPr>
          <w:sz w:val="22"/>
          <w:lang w:val="it-IT"/>
        </w:rPr>
        <w:t xml:space="preserve"> ____</w:t>
      </w:r>
      <w:r w:rsidR="004E2558">
        <w:rPr>
          <w:sz w:val="22"/>
          <w:lang w:val="it-IT"/>
        </w:rPr>
        <w:t>____</w:t>
      </w:r>
      <w:r w:rsidRPr="004E2558">
        <w:rPr>
          <w:sz w:val="22"/>
          <w:lang w:val="it-IT"/>
        </w:rPr>
        <w:t>__</w:t>
      </w:r>
      <w:r w:rsidR="004E2558">
        <w:rPr>
          <w:sz w:val="22"/>
          <w:lang w:val="it-IT"/>
        </w:rPr>
        <w:t>___________</w:t>
      </w:r>
      <w:r w:rsidRPr="004E2558">
        <w:rPr>
          <w:sz w:val="22"/>
          <w:lang w:val="it-IT"/>
        </w:rPr>
        <w:t>_</w:t>
      </w:r>
      <w:r w:rsidR="004E2558">
        <w:rPr>
          <w:sz w:val="22"/>
          <w:lang w:val="it-IT"/>
        </w:rPr>
        <w:t>___</w:t>
      </w:r>
      <w:r w:rsidR="004E2558">
        <w:rPr>
          <w:sz w:val="22"/>
          <w:lang w:val="it-IT"/>
        </w:rPr>
        <w:tab/>
      </w:r>
      <w:r w:rsidRPr="004E2558">
        <w:rPr>
          <w:b/>
          <w:sz w:val="22"/>
          <w:lang w:val="it-IT"/>
        </w:rPr>
        <w:t>Firma</w:t>
      </w:r>
      <w:r w:rsidRPr="004E2558">
        <w:rPr>
          <w:sz w:val="22"/>
          <w:lang w:val="it-IT"/>
        </w:rPr>
        <w:t xml:space="preserve"> ________________________________</w:t>
      </w:r>
    </w:p>
    <w:p w14:paraId="08608C13" w14:textId="77777777" w:rsidR="00567209" w:rsidRPr="004E2558" w:rsidRDefault="00567209" w:rsidP="004E2558">
      <w:pPr>
        <w:spacing w:after="0" w:line="240" w:lineRule="auto"/>
        <w:rPr>
          <w:sz w:val="22"/>
          <w:lang w:val="it-IT"/>
        </w:rPr>
      </w:pPr>
    </w:p>
    <w:p w14:paraId="7AEA78B6" w14:textId="77777777" w:rsidR="00567209" w:rsidRPr="004E2558" w:rsidRDefault="00000000" w:rsidP="00754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Recapiti per eventuali comunicazioni</w:t>
      </w:r>
    </w:p>
    <w:p w14:paraId="1025C6B8" w14:textId="31B4A3A8" w:rsidR="00567209" w:rsidRPr="004E2558" w:rsidRDefault="00000000" w:rsidP="00754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34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Telefono</w:t>
      </w:r>
      <w:r w:rsidR="004E2558">
        <w:rPr>
          <w:sz w:val="22"/>
          <w:lang w:val="it-IT"/>
        </w:rPr>
        <w:t>:</w:t>
      </w:r>
      <w:r w:rsidR="004E2558">
        <w:rPr>
          <w:sz w:val="22"/>
          <w:lang w:val="it-IT"/>
        </w:rPr>
        <w:tab/>
      </w:r>
      <w:r w:rsidRPr="004E2558">
        <w:rPr>
          <w:sz w:val="22"/>
          <w:lang w:val="it-IT"/>
        </w:rPr>
        <w:t>________________________________________________</w:t>
      </w:r>
    </w:p>
    <w:p w14:paraId="14454A34" w14:textId="02051E8C" w:rsidR="00567209" w:rsidRPr="004E2558" w:rsidRDefault="00000000" w:rsidP="00754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34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E-mail</w:t>
      </w:r>
      <w:r w:rsidR="004E2558">
        <w:rPr>
          <w:b/>
          <w:sz w:val="22"/>
          <w:lang w:val="it-IT"/>
        </w:rPr>
        <w:t>:</w:t>
      </w:r>
      <w:r w:rsidR="004E2558">
        <w:rPr>
          <w:sz w:val="22"/>
          <w:lang w:val="it-IT"/>
        </w:rPr>
        <w:tab/>
      </w:r>
      <w:r w:rsidRPr="004E2558">
        <w:rPr>
          <w:sz w:val="22"/>
          <w:lang w:val="it-IT"/>
        </w:rPr>
        <w:t>________________________________________________</w:t>
      </w:r>
    </w:p>
    <w:p w14:paraId="413C59B3" w14:textId="19719862" w:rsidR="00567209" w:rsidRPr="004E2558" w:rsidRDefault="00000000" w:rsidP="00754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34"/>
        </w:tabs>
        <w:spacing w:after="0" w:line="360" w:lineRule="auto"/>
        <w:rPr>
          <w:sz w:val="22"/>
          <w:lang w:val="it-IT"/>
        </w:rPr>
      </w:pPr>
      <w:r w:rsidRPr="004E2558">
        <w:rPr>
          <w:b/>
          <w:sz w:val="22"/>
          <w:lang w:val="it-IT"/>
        </w:rPr>
        <w:t>PEC</w:t>
      </w:r>
      <w:r w:rsidR="004E2558">
        <w:rPr>
          <w:sz w:val="22"/>
          <w:lang w:val="it-IT"/>
        </w:rPr>
        <w:t>:</w:t>
      </w:r>
      <w:r w:rsidR="004E2558">
        <w:rPr>
          <w:sz w:val="22"/>
          <w:lang w:val="it-IT"/>
        </w:rPr>
        <w:tab/>
      </w:r>
      <w:r w:rsidRPr="004E2558">
        <w:rPr>
          <w:sz w:val="22"/>
          <w:lang w:val="it-IT"/>
        </w:rPr>
        <w:t>________________________________________________</w:t>
      </w:r>
    </w:p>
    <w:p w14:paraId="4349F355" w14:textId="77777777" w:rsidR="00567209" w:rsidRPr="004E2558" w:rsidRDefault="00567209" w:rsidP="004E2558">
      <w:pPr>
        <w:spacing w:after="0" w:line="240" w:lineRule="auto"/>
        <w:rPr>
          <w:sz w:val="22"/>
          <w:lang w:val="it-IT"/>
        </w:rPr>
      </w:pPr>
    </w:p>
    <w:p w14:paraId="0708CC6A" w14:textId="77777777" w:rsidR="00567209" w:rsidRPr="004E2558" w:rsidRDefault="00000000" w:rsidP="004E2558">
      <w:pPr>
        <w:spacing w:after="0" w:line="240" w:lineRule="auto"/>
        <w:jc w:val="both"/>
        <w:rPr>
          <w:sz w:val="22"/>
          <w:lang w:val="it-IT"/>
        </w:rPr>
      </w:pPr>
      <w:r w:rsidRPr="004E2558">
        <w:rPr>
          <w:b/>
          <w:sz w:val="22"/>
          <w:lang w:val="it-IT"/>
        </w:rPr>
        <w:t>Nota: il presente documento è un fac-simile predisposto per agevolare il contribuente e non costituisce un modello ufficiale dell’Agenzia delle Entrate.</w:t>
      </w:r>
    </w:p>
    <w:sectPr w:rsidR="00567209" w:rsidRPr="004E2558" w:rsidSect="004E2558">
      <w:pgSz w:w="12240" w:h="15840"/>
      <w:pgMar w:top="102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2557EA"/>
    <w:multiLevelType w:val="hybridMultilevel"/>
    <w:tmpl w:val="FAA2BA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8383D"/>
    <w:multiLevelType w:val="hybridMultilevel"/>
    <w:tmpl w:val="66344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043A4"/>
    <w:multiLevelType w:val="hybridMultilevel"/>
    <w:tmpl w:val="5BBCAEEE"/>
    <w:lvl w:ilvl="0" w:tplc="F93AD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1786A"/>
    <w:multiLevelType w:val="hybridMultilevel"/>
    <w:tmpl w:val="A1B04B30"/>
    <w:lvl w:ilvl="0" w:tplc="69D21CE4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CA0027"/>
    <w:multiLevelType w:val="hybridMultilevel"/>
    <w:tmpl w:val="755E3740"/>
    <w:lvl w:ilvl="0" w:tplc="69D21CE4">
      <w:numFmt w:val="bullet"/>
      <w:lvlText w:val="•"/>
      <w:lvlJc w:val="left"/>
      <w:pPr>
        <w:ind w:left="360" w:hanging="360"/>
      </w:pPr>
      <w:rPr>
        <w:rFonts w:ascii="Arial" w:eastAsiaTheme="minorEastAsia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32A79"/>
    <w:multiLevelType w:val="hybridMultilevel"/>
    <w:tmpl w:val="F2E6E872"/>
    <w:lvl w:ilvl="0" w:tplc="F93AD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667855">
    <w:abstractNumId w:val="8"/>
  </w:num>
  <w:num w:numId="2" w16cid:durableId="648630422">
    <w:abstractNumId w:val="6"/>
  </w:num>
  <w:num w:numId="3" w16cid:durableId="535048315">
    <w:abstractNumId w:val="5"/>
  </w:num>
  <w:num w:numId="4" w16cid:durableId="1253009428">
    <w:abstractNumId w:val="4"/>
  </w:num>
  <w:num w:numId="5" w16cid:durableId="1712220071">
    <w:abstractNumId w:val="7"/>
  </w:num>
  <w:num w:numId="6" w16cid:durableId="1049307363">
    <w:abstractNumId w:val="3"/>
  </w:num>
  <w:num w:numId="7" w16cid:durableId="1522551154">
    <w:abstractNumId w:val="2"/>
  </w:num>
  <w:num w:numId="8" w16cid:durableId="427702210">
    <w:abstractNumId w:val="1"/>
  </w:num>
  <w:num w:numId="9" w16cid:durableId="1810660795">
    <w:abstractNumId w:val="0"/>
  </w:num>
  <w:num w:numId="10" w16cid:durableId="1404572717">
    <w:abstractNumId w:val="10"/>
  </w:num>
  <w:num w:numId="11" w16cid:durableId="2000844101">
    <w:abstractNumId w:val="12"/>
  </w:num>
  <w:num w:numId="12" w16cid:durableId="437992538">
    <w:abstractNumId w:val="9"/>
  </w:num>
  <w:num w:numId="13" w16cid:durableId="1760175759">
    <w:abstractNumId w:val="14"/>
  </w:num>
  <w:num w:numId="14" w16cid:durableId="2057582934">
    <w:abstractNumId w:val="11"/>
  </w:num>
  <w:num w:numId="15" w16cid:durableId="21079969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5A28"/>
    <w:rsid w:val="0029639D"/>
    <w:rsid w:val="00326F90"/>
    <w:rsid w:val="004E2558"/>
    <w:rsid w:val="00567209"/>
    <w:rsid w:val="00754D88"/>
    <w:rsid w:val="00AA1D8D"/>
    <w:rsid w:val="00B47730"/>
    <w:rsid w:val="00CB0664"/>
    <w:rsid w:val="00DA43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9C36B"/>
  <w14:defaultImageDpi w14:val="300"/>
  <w15:docId w15:val="{54FBA7D9-1640-47A9-8AA1-A2A9E198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754D8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4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.como.utcomo@agenziaentrat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Cassani</cp:lastModifiedBy>
  <cp:revision>4</cp:revision>
  <cp:lastPrinted>2026-08-11T08:47:00Z</cp:lastPrinted>
  <dcterms:created xsi:type="dcterms:W3CDTF">2026-08-11T08:45:00Z</dcterms:created>
  <dcterms:modified xsi:type="dcterms:W3CDTF">2026-08-11T09:05:00Z</dcterms:modified>
  <cp:category/>
</cp:coreProperties>
</file>