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191B4" w14:textId="5CE1084F" w:rsidR="007A64BB" w:rsidRPr="00945483" w:rsidRDefault="009433F7" w:rsidP="00275023">
      <w:pPr>
        <w:ind w:left="8640"/>
        <w:jc w:val="center"/>
      </w:pPr>
      <w:r w:rsidRPr="00945483">
        <w:rPr>
          <w:b/>
        </w:rPr>
        <w:br/>
        <w:t>ALLEGATO B</w:t>
      </w:r>
    </w:p>
    <w:p w14:paraId="770F4914" w14:textId="2C6D685F" w:rsidR="007A64BB" w:rsidRPr="00945483" w:rsidRDefault="009433F7">
      <w:pPr>
        <w:jc w:val="right"/>
        <w:rPr>
          <w:b/>
        </w:rPr>
      </w:pPr>
      <w:r w:rsidRPr="00945483">
        <w:rPr>
          <w:b/>
        </w:rPr>
        <w:t xml:space="preserve">Al Comune di </w:t>
      </w:r>
      <w:r w:rsidR="00945483" w:rsidRPr="00945483">
        <w:rPr>
          <w:b/>
        </w:rPr>
        <w:t>Chiaramonti</w:t>
      </w:r>
      <w:r w:rsidRPr="00945483">
        <w:rPr>
          <w:b/>
        </w:rPr>
        <w:br/>
        <w:t>Ufficio Servizi Sociali</w:t>
      </w:r>
    </w:p>
    <w:p w14:paraId="4CCA21B4" w14:textId="77777777" w:rsidR="00275023" w:rsidRPr="00945483" w:rsidRDefault="00275023">
      <w:pPr>
        <w:jc w:val="right"/>
        <w:rPr>
          <w:b/>
        </w:rPr>
      </w:pPr>
    </w:p>
    <w:p w14:paraId="070CCC4E" w14:textId="019B13E0" w:rsidR="00275023" w:rsidRPr="00945483" w:rsidRDefault="00275023" w:rsidP="00275023">
      <w:pPr>
        <w:rPr>
          <w:rFonts w:ascii="Times New Roman" w:hAnsi="Times New Roman" w:cs="Times New Roman"/>
          <w:sz w:val="22"/>
        </w:rPr>
      </w:pPr>
      <w:r w:rsidRPr="00945483">
        <w:rPr>
          <w:rFonts w:ascii="Times New Roman" w:hAnsi="Times New Roman" w:cs="Times New Roman"/>
          <w:b/>
          <w:sz w:val="22"/>
        </w:rPr>
        <w:t>OGGETTO: DOMANDA DI CONTRIBUTO PER IL SOSTEGNO ALLA LOCAZIONE</w:t>
      </w:r>
      <w:r w:rsidRPr="00945483">
        <w:rPr>
          <w:rFonts w:ascii="Times New Roman" w:hAnsi="Times New Roman" w:cs="Times New Roman"/>
          <w:sz w:val="22"/>
        </w:rPr>
        <w:t xml:space="preserve"> </w:t>
      </w:r>
      <w:r w:rsidRPr="00945483">
        <w:rPr>
          <w:rFonts w:ascii="Times New Roman" w:hAnsi="Times New Roman" w:cs="Times New Roman"/>
          <w:b/>
          <w:sz w:val="22"/>
        </w:rPr>
        <w:t>L. n. 431/1998, art. 11 - Annualità 2026;</w:t>
      </w:r>
    </w:p>
    <w:p w14:paraId="2073884B" w14:textId="77777777" w:rsidR="007A64BB" w:rsidRPr="00945483" w:rsidRDefault="009433F7">
      <w:pPr>
        <w:pStyle w:val="Titolo1"/>
        <w:rPr>
          <w:rFonts w:ascii="Times New Roman" w:hAnsi="Times New Roman" w:cs="Times New Roman"/>
          <w:color w:val="000000" w:themeColor="text1"/>
          <w:szCs w:val="22"/>
        </w:rPr>
      </w:pPr>
      <w:r w:rsidRPr="00945483">
        <w:rPr>
          <w:rFonts w:ascii="Times New Roman" w:hAnsi="Times New Roman" w:cs="Times New Roman"/>
          <w:color w:val="000000" w:themeColor="text1"/>
          <w:szCs w:val="22"/>
        </w:rPr>
        <w:t>1. DATI DEL RICHIEDENTE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762"/>
        <w:gridCol w:w="7200"/>
      </w:tblGrid>
      <w:tr w:rsidR="007A64BB" w:rsidRPr="00945483" w14:paraId="5BBFF29C" w14:textId="77777777">
        <w:trPr>
          <w:jc w:val="center"/>
        </w:trPr>
        <w:tc>
          <w:tcPr>
            <w:tcW w:w="4986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4071C0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Cognome e nome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5897AF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color w:val="000000" w:themeColor="text1"/>
                <w:sz w:val="22"/>
              </w:rPr>
              <w:t>________________________________________________________________</w:t>
            </w:r>
          </w:p>
        </w:tc>
      </w:tr>
      <w:tr w:rsidR="007A64BB" w:rsidRPr="00945483" w14:paraId="453F3F1A" w14:textId="77777777">
        <w:trPr>
          <w:jc w:val="center"/>
        </w:trPr>
        <w:tc>
          <w:tcPr>
            <w:tcW w:w="4986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B22EF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Nato/a a - Prov. - data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0829FB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color w:val="000000" w:themeColor="text1"/>
                <w:sz w:val="22"/>
              </w:rPr>
              <w:t>________________________________________________________________</w:t>
            </w:r>
          </w:p>
        </w:tc>
      </w:tr>
      <w:tr w:rsidR="007A64BB" w:rsidRPr="00945483" w14:paraId="582FC973" w14:textId="77777777">
        <w:trPr>
          <w:jc w:val="center"/>
        </w:trPr>
        <w:tc>
          <w:tcPr>
            <w:tcW w:w="4986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495C6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Codice fiscale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D291C9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color w:val="000000" w:themeColor="text1"/>
                <w:sz w:val="22"/>
              </w:rPr>
              <w:t>________________________________________________________________</w:t>
            </w:r>
          </w:p>
        </w:tc>
      </w:tr>
      <w:tr w:rsidR="007A64BB" w:rsidRPr="00945483" w14:paraId="4828FCFE" w14:textId="77777777">
        <w:trPr>
          <w:jc w:val="center"/>
        </w:trPr>
        <w:tc>
          <w:tcPr>
            <w:tcW w:w="4986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01D50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Residenza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16C6A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color w:val="000000" w:themeColor="text1"/>
                <w:sz w:val="22"/>
              </w:rPr>
              <w:t>Comune __________________ Via/Piazza __________________ n. ____ CAP ______</w:t>
            </w:r>
          </w:p>
        </w:tc>
      </w:tr>
      <w:tr w:rsidR="007A64BB" w:rsidRPr="00945483" w14:paraId="6AD609E8" w14:textId="77777777">
        <w:trPr>
          <w:jc w:val="center"/>
        </w:trPr>
        <w:tc>
          <w:tcPr>
            <w:tcW w:w="4986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7E77FC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Telefono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CDE4F8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color w:val="000000" w:themeColor="text1"/>
                <w:sz w:val="22"/>
              </w:rPr>
              <w:t>____________________________</w:t>
            </w:r>
          </w:p>
        </w:tc>
      </w:tr>
      <w:tr w:rsidR="007A64BB" w:rsidRPr="00945483" w14:paraId="1F6ED62B" w14:textId="77777777">
        <w:trPr>
          <w:jc w:val="center"/>
        </w:trPr>
        <w:tc>
          <w:tcPr>
            <w:tcW w:w="4986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470763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E-mail / PEC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F32F6B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color w:val="000000" w:themeColor="text1"/>
                <w:sz w:val="22"/>
              </w:rPr>
              <w:t>____________________________________________________</w:t>
            </w:r>
          </w:p>
        </w:tc>
      </w:tr>
    </w:tbl>
    <w:p w14:paraId="537BB0ED" w14:textId="77777777" w:rsidR="00716AF0" w:rsidRPr="00945483" w:rsidRDefault="00716AF0">
      <w:pPr>
        <w:jc w:val="center"/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7A1AEF3B" w14:textId="59C0C613" w:rsidR="007A64BB" w:rsidRPr="00945483" w:rsidRDefault="009433F7">
      <w:pPr>
        <w:jc w:val="center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>CHIEDE</w:t>
      </w:r>
    </w:p>
    <w:p w14:paraId="7658B2CD" w14:textId="77777777" w:rsidR="007A64BB" w:rsidRPr="00945483" w:rsidRDefault="009433F7" w:rsidP="00275023">
      <w:pPr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Times New Roman" w:hAnsi="Times New Roman" w:cs="Times New Roman"/>
          <w:color w:val="000000" w:themeColor="text1"/>
          <w:sz w:val="22"/>
        </w:rPr>
        <w:t>di essere ammesso/a al contributo per il sostegno all’accesso alle abitazioni in locazione di cui all’art. 11 della L. n. 431/1998, annualità 2026.</w:t>
      </w:r>
    </w:p>
    <w:p w14:paraId="43D052CA" w14:textId="77777777" w:rsidR="007A64BB" w:rsidRPr="00945483" w:rsidRDefault="009433F7" w:rsidP="00275023">
      <w:pPr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Times New Roman" w:hAnsi="Times New Roman" w:cs="Times New Roman"/>
          <w:color w:val="000000" w:themeColor="text1"/>
          <w:sz w:val="22"/>
        </w:rPr>
        <w:t>A tal fine, consapevole delle responsabilità e delle sanzioni previste in caso di dichiarazioni non veritiere, ai sensi degli artt. 46 e 47 del D.P.R. n. 445/2000, dichiara quanto segue.</w:t>
      </w:r>
    </w:p>
    <w:p w14:paraId="2A04F403" w14:textId="77777777" w:rsidR="007A64BB" w:rsidRPr="00945483" w:rsidRDefault="009433F7">
      <w:pPr>
        <w:pStyle w:val="Titolo1"/>
        <w:rPr>
          <w:rFonts w:ascii="Times New Roman" w:hAnsi="Times New Roman" w:cs="Times New Roman"/>
          <w:color w:val="000000" w:themeColor="text1"/>
          <w:szCs w:val="22"/>
        </w:rPr>
      </w:pPr>
      <w:r w:rsidRPr="00945483">
        <w:rPr>
          <w:rFonts w:ascii="Times New Roman" w:hAnsi="Times New Roman" w:cs="Times New Roman"/>
          <w:color w:val="000000" w:themeColor="text1"/>
          <w:szCs w:val="22"/>
        </w:rPr>
        <w:t>2. CITTADINANZA E TITOLO DI SOGGIORNO</w:t>
      </w:r>
    </w:p>
    <w:p w14:paraId="1B11EEC2" w14:textId="77777777" w:rsidR="007A64BB" w:rsidRPr="00945483" w:rsidRDefault="009433F7" w:rsidP="00275023">
      <w:pPr>
        <w:ind w:left="142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Segoe UI Symbol" w:hAnsi="Segoe UI Symbol" w:cs="Segoe UI Symbol"/>
          <w:b/>
          <w:color w:val="000000" w:themeColor="text1"/>
          <w:sz w:val="22"/>
        </w:rPr>
        <w:t>☐</w:t>
      </w: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945483">
        <w:rPr>
          <w:rFonts w:ascii="Times New Roman" w:hAnsi="Times New Roman" w:cs="Times New Roman"/>
          <w:color w:val="000000" w:themeColor="text1"/>
          <w:sz w:val="22"/>
        </w:rPr>
        <w:t>cittadino/a italiano/a</w:t>
      </w:r>
    </w:p>
    <w:p w14:paraId="1A014FE3" w14:textId="77777777" w:rsidR="007A64BB" w:rsidRPr="00945483" w:rsidRDefault="009433F7" w:rsidP="00275023">
      <w:pPr>
        <w:ind w:left="142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Segoe UI Symbol" w:hAnsi="Segoe UI Symbol" w:cs="Segoe UI Symbol"/>
          <w:b/>
          <w:color w:val="000000" w:themeColor="text1"/>
          <w:sz w:val="22"/>
        </w:rPr>
        <w:t>☐</w:t>
      </w: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945483">
        <w:rPr>
          <w:rFonts w:ascii="Times New Roman" w:hAnsi="Times New Roman" w:cs="Times New Roman"/>
          <w:color w:val="000000" w:themeColor="text1"/>
          <w:sz w:val="22"/>
        </w:rPr>
        <w:t>cittadino/a di uno Stato dell’Unione europea: ______________________________</w:t>
      </w:r>
    </w:p>
    <w:p w14:paraId="3F626EEA" w14:textId="77777777" w:rsidR="007A64BB" w:rsidRPr="00945483" w:rsidRDefault="009433F7" w:rsidP="00275023">
      <w:pPr>
        <w:ind w:left="142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Segoe UI Symbol" w:hAnsi="Segoe UI Symbol" w:cs="Segoe UI Symbol"/>
          <w:b/>
          <w:color w:val="000000" w:themeColor="text1"/>
          <w:sz w:val="22"/>
        </w:rPr>
        <w:t>☐</w:t>
      </w: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945483">
        <w:rPr>
          <w:rFonts w:ascii="Times New Roman" w:hAnsi="Times New Roman" w:cs="Times New Roman"/>
          <w:color w:val="000000" w:themeColor="text1"/>
          <w:sz w:val="22"/>
        </w:rPr>
        <w:t>cittadino/a extracomunitario/a, in possesso di regolare titolo di soggiorno</w:t>
      </w:r>
    </w:p>
    <w:p w14:paraId="3E45CA5E" w14:textId="77777777" w:rsidR="007A64BB" w:rsidRPr="00945483" w:rsidRDefault="009433F7">
      <w:pPr>
        <w:pStyle w:val="Titolo1"/>
        <w:rPr>
          <w:rFonts w:ascii="Times New Roman" w:hAnsi="Times New Roman" w:cs="Times New Roman"/>
          <w:color w:val="000000" w:themeColor="text1"/>
          <w:szCs w:val="22"/>
        </w:rPr>
      </w:pPr>
      <w:r w:rsidRPr="00945483">
        <w:rPr>
          <w:rFonts w:ascii="Times New Roman" w:hAnsi="Times New Roman" w:cs="Times New Roman"/>
          <w:color w:val="000000" w:themeColor="text1"/>
          <w:szCs w:val="22"/>
        </w:rPr>
        <w:t>3. ALLOGGIO E CONTRATTO DI LOCAZIONE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412"/>
        <w:gridCol w:w="5550"/>
      </w:tblGrid>
      <w:tr w:rsidR="007A64BB" w:rsidRPr="00945483" w14:paraId="46A12B02" w14:textId="77777777">
        <w:trPr>
          <w:jc w:val="center"/>
        </w:trPr>
        <w:tc>
          <w:tcPr>
            <w:tcW w:w="4986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15D4E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Indirizzo dell’alloggio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15350F" w14:textId="3606F559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color w:val="000000" w:themeColor="text1"/>
                <w:sz w:val="22"/>
              </w:rPr>
              <w:t>Via/Piazza ______________</w:t>
            </w:r>
            <w:r w:rsidR="00275023" w:rsidRPr="00945483">
              <w:rPr>
                <w:rFonts w:ascii="Times New Roman" w:hAnsi="Times New Roman" w:cs="Times New Roman"/>
                <w:color w:val="000000" w:themeColor="text1"/>
                <w:sz w:val="22"/>
              </w:rPr>
              <w:t>_________</w:t>
            </w:r>
            <w:r w:rsidRPr="00945483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________________ n. ____ - </w:t>
            </w:r>
            <w:r w:rsidR="00945483" w:rsidRPr="00945483">
              <w:rPr>
                <w:rFonts w:ascii="Times New Roman" w:hAnsi="Times New Roman" w:cs="Times New Roman"/>
                <w:color w:val="000000" w:themeColor="text1"/>
                <w:sz w:val="22"/>
              </w:rPr>
              <w:t>Chiaramonti</w:t>
            </w:r>
          </w:p>
        </w:tc>
      </w:tr>
      <w:tr w:rsidR="007A64BB" w:rsidRPr="00945483" w14:paraId="07C21F1B" w14:textId="77777777">
        <w:trPr>
          <w:jc w:val="center"/>
        </w:trPr>
        <w:tc>
          <w:tcPr>
            <w:tcW w:w="4986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FBCC29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Tipologia contratto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411F7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Segoe UI Symbol" w:hAnsi="Segoe UI Symbol" w:cs="Segoe UI Symbol"/>
                <w:color w:val="000000" w:themeColor="text1"/>
                <w:sz w:val="22"/>
              </w:rPr>
              <w:t>☐</w:t>
            </w:r>
            <w:r w:rsidRPr="00945483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locazione ordinaria   </w:t>
            </w:r>
            <w:r w:rsidRPr="00945483">
              <w:rPr>
                <w:rFonts w:ascii="Segoe UI Symbol" w:hAnsi="Segoe UI Symbol" w:cs="Segoe UI Symbol"/>
                <w:color w:val="000000" w:themeColor="text1"/>
                <w:sz w:val="22"/>
              </w:rPr>
              <w:t>☐</w:t>
            </w:r>
            <w:r w:rsidRPr="00945483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transitoria   </w:t>
            </w:r>
            <w:r w:rsidRPr="00945483">
              <w:rPr>
                <w:rFonts w:ascii="Segoe UI Symbol" w:hAnsi="Segoe UI Symbol" w:cs="Segoe UI Symbol"/>
                <w:color w:val="000000" w:themeColor="text1"/>
                <w:sz w:val="22"/>
              </w:rPr>
              <w:t>☐</w:t>
            </w:r>
            <w:r w:rsidRPr="00945483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sublocazione</w:t>
            </w:r>
          </w:p>
        </w:tc>
      </w:tr>
      <w:tr w:rsidR="007A64BB" w:rsidRPr="00945483" w14:paraId="2B3D5803" w14:textId="77777777">
        <w:trPr>
          <w:jc w:val="center"/>
        </w:trPr>
        <w:tc>
          <w:tcPr>
            <w:tcW w:w="4986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2FF147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Data stipula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7F98C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color w:val="000000" w:themeColor="text1"/>
                <w:sz w:val="22"/>
              </w:rPr>
              <w:t>__________________</w:t>
            </w:r>
          </w:p>
        </w:tc>
      </w:tr>
      <w:tr w:rsidR="007A64BB" w:rsidRPr="00945483" w14:paraId="04F92EC2" w14:textId="77777777">
        <w:trPr>
          <w:jc w:val="center"/>
        </w:trPr>
        <w:tc>
          <w:tcPr>
            <w:tcW w:w="4986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663125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Periodo di titolarità nel 2026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85246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color w:val="000000" w:themeColor="text1"/>
                <w:sz w:val="22"/>
              </w:rPr>
              <w:t>dal ____/____/2026 al ____/____/2026</w:t>
            </w:r>
          </w:p>
        </w:tc>
      </w:tr>
      <w:tr w:rsidR="007A64BB" w:rsidRPr="00945483" w14:paraId="0A902E73" w14:textId="77777777">
        <w:trPr>
          <w:jc w:val="center"/>
        </w:trPr>
        <w:tc>
          <w:tcPr>
            <w:tcW w:w="4986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38E75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Registrazione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FD115E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color w:val="000000" w:themeColor="text1"/>
                <w:sz w:val="22"/>
              </w:rPr>
              <w:t>Ufficio/estremi _________________________________________________</w:t>
            </w:r>
          </w:p>
        </w:tc>
      </w:tr>
      <w:tr w:rsidR="007A64BB" w:rsidRPr="00945483" w14:paraId="629F73C9" w14:textId="77777777">
        <w:trPr>
          <w:jc w:val="center"/>
        </w:trPr>
        <w:tc>
          <w:tcPr>
            <w:tcW w:w="4986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52A973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lastRenderedPageBreak/>
              <w:t>Locatore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3B790A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color w:val="000000" w:themeColor="text1"/>
                <w:sz w:val="22"/>
              </w:rPr>
              <w:t>Cognome e nome / denominazione ____________________________________</w:t>
            </w:r>
          </w:p>
        </w:tc>
      </w:tr>
      <w:tr w:rsidR="007A64BB" w:rsidRPr="00945483" w14:paraId="6B0DBAD4" w14:textId="77777777">
        <w:trPr>
          <w:jc w:val="center"/>
        </w:trPr>
        <w:tc>
          <w:tcPr>
            <w:tcW w:w="4986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9C94D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Categoria catastale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C5C4C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color w:val="000000" w:themeColor="text1"/>
                <w:sz w:val="22"/>
              </w:rPr>
              <w:t>__________________</w:t>
            </w:r>
          </w:p>
        </w:tc>
      </w:tr>
      <w:tr w:rsidR="007A64BB" w:rsidRPr="00945483" w14:paraId="24CAD1A2" w14:textId="77777777">
        <w:trPr>
          <w:jc w:val="center"/>
        </w:trPr>
        <w:tc>
          <w:tcPr>
            <w:tcW w:w="4986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C55473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Canone mensile, esclusi oneri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575F4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color w:val="000000" w:themeColor="text1"/>
                <w:sz w:val="22"/>
              </w:rPr>
              <w:t>€ __________________</w:t>
            </w:r>
          </w:p>
        </w:tc>
      </w:tr>
      <w:tr w:rsidR="007A64BB" w:rsidRPr="00945483" w14:paraId="7EA4D70B" w14:textId="77777777">
        <w:trPr>
          <w:jc w:val="center"/>
        </w:trPr>
        <w:tc>
          <w:tcPr>
            <w:tcW w:w="4986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8EBFA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Canone complessivamente dovuto nel 2026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18B2C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color w:val="000000" w:themeColor="text1"/>
                <w:sz w:val="22"/>
              </w:rPr>
              <w:t>€ __________________</w:t>
            </w:r>
          </w:p>
        </w:tc>
      </w:tr>
    </w:tbl>
    <w:p w14:paraId="56BD6070" w14:textId="77777777" w:rsidR="00716AF0" w:rsidRPr="00945483" w:rsidRDefault="00716AF0" w:rsidP="00275023">
      <w:pPr>
        <w:ind w:left="142"/>
        <w:jc w:val="both"/>
        <w:rPr>
          <w:rFonts w:ascii="Segoe UI Symbol" w:hAnsi="Segoe UI Symbol" w:cs="Segoe UI Symbol"/>
          <w:b/>
          <w:color w:val="000000" w:themeColor="text1"/>
          <w:sz w:val="22"/>
        </w:rPr>
      </w:pPr>
    </w:p>
    <w:p w14:paraId="14DACCD1" w14:textId="4B3F4EC3" w:rsidR="007A64BB" w:rsidRPr="00945483" w:rsidRDefault="009433F7" w:rsidP="00275023">
      <w:pPr>
        <w:ind w:left="142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Segoe UI Symbol" w:hAnsi="Segoe UI Symbol" w:cs="Segoe UI Symbol"/>
          <w:b/>
          <w:color w:val="000000" w:themeColor="text1"/>
          <w:sz w:val="22"/>
        </w:rPr>
        <w:t>☐</w:t>
      </w: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945483">
        <w:rPr>
          <w:rFonts w:ascii="Times New Roman" w:hAnsi="Times New Roman" w:cs="Times New Roman"/>
          <w:color w:val="000000" w:themeColor="text1"/>
          <w:sz w:val="22"/>
        </w:rPr>
        <w:t>l’alloggio è adibito ad abitazione principale e corrisponde alla residenza anagrafica del nucleo per il periodo per il quale si richiede il contributo</w:t>
      </w:r>
    </w:p>
    <w:p w14:paraId="28F01F4E" w14:textId="77777777" w:rsidR="007A64BB" w:rsidRPr="00945483" w:rsidRDefault="009433F7" w:rsidP="00275023">
      <w:pPr>
        <w:ind w:left="142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Segoe UI Symbol" w:hAnsi="Segoe UI Symbol" w:cs="Segoe UI Symbol"/>
          <w:b/>
          <w:color w:val="000000" w:themeColor="text1"/>
          <w:sz w:val="22"/>
        </w:rPr>
        <w:t>☐</w:t>
      </w: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945483">
        <w:rPr>
          <w:rFonts w:ascii="Times New Roman" w:hAnsi="Times New Roman" w:cs="Times New Roman"/>
          <w:color w:val="000000" w:themeColor="text1"/>
          <w:sz w:val="22"/>
        </w:rPr>
        <w:t>il contratto è intestato al/alla sottoscritto/a</w:t>
      </w:r>
    </w:p>
    <w:p w14:paraId="1EEDC1B7" w14:textId="77777777" w:rsidR="007A64BB" w:rsidRPr="00945483" w:rsidRDefault="009433F7" w:rsidP="00275023">
      <w:pPr>
        <w:ind w:left="142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Segoe UI Symbol" w:hAnsi="Segoe UI Symbol" w:cs="Segoe UI Symbol"/>
          <w:b/>
          <w:color w:val="000000" w:themeColor="text1"/>
          <w:sz w:val="22"/>
        </w:rPr>
        <w:t>☐</w:t>
      </w: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945483">
        <w:rPr>
          <w:rFonts w:ascii="Times New Roman" w:hAnsi="Times New Roman" w:cs="Times New Roman"/>
          <w:color w:val="000000" w:themeColor="text1"/>
          <w:sz w:val="22"/>
        </w:rPr>
        <w:t>l’immobile NON è classificato nelle categorie catastali A1, A8, A9 né in categorie riferite a usi non abitativi</w:t>
      </w:r>
    </w:p>
    <w:p w14:paraId="222D3CCF" w14:textId="77777777" w:rsidR="007A64BB" w:rsidRPr="00945483" w:rsidRDefault="009433F7" w:rsidP="00275023">
      <w:pPr>
        <w:ind w:left="142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Segoe UI Symbol" w:hAnsi="Segoe UI Symbol" w:cs="Segoe UI Symbol"/>
          <w:b/>
          <w:color w:val="000000" w:themeColor="text1"/>
          <w:sz w:val="22"/>
        </w:rPr>
        <w:t>☐</w:t>
      </w: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945483">
        <w:rPr>
          <w:rFonts w:ascii="Times New Roman" w:hAnsi="Times New Roman" w:cs="Times New Roman"/>
          <w:color w:val="000000" w:themeColor="text1"/>
          <w:sz w:val="22"/>
        </w:rPr>
        <w:t>il contratto NON è stipulato con parenti o affini entro il secondo grado né con il coniuge non legalmente separato</w:t>
      </w:r>
    </w:p>
    <w:p w14:paraId="3C8294EF" w14:textId="77777777" w:rsidR="007A64BB" w:rsidRPr="00945483" w:rsidRDefault="009433F7">
      <w:pPr>
        <w:pStyle w:val="Titolo1"/>
        <w:rPr>
          <w:rFonts w:ascii="Times New Roman" w:hAnsi="Times New Roman" w:cs="Times New Roman"/>
          <w:color w:val="000000" w:themeColor="text1"/>
          <w:szCs w:val="22"/>
        </w:rPr>
      </w:pPr>
      <w:r w:rsidRPr="00945483">
        <w:rPr>
          <w:rFonts w:ascii="Times New Roman" w:hAnsi="Times New Roman" w:cs="Times New Roman"/>
          <w:color w:val="000000" w:themeColor="text1"/>
          <w:szCs w:val="22"/>
        </w:rPr>
        <w:t>4. REQUISITI DEL NUCLEO FAMILIARE</w:t>
      </w:r>
    </w:p>
    <w:p w14:paraId="78987674" w14:textId="77777777" w:rsidR="007A64BB" w:rsidRPr="00945483" w:rsidRDefault="009433F7" w:rsidP="00275023">
      <w:pPr>
        <w:ind w:left="142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Segoe UI Symbol" w:hAnsi="Segoe UI Symbol" w:cs="Segoe UI Symbol"/>
          <w:b/>
          <w:color w:val="000000" w:themeColor="text1"/>
          <w:sz w:val="22"/>
        </w:rPr>
        <w:t>☐</w:t>
      </w: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945483">
        <w:rPr>
          <w:rFonts w:ascii="Times New Roman" w:hAnsi="Times New Roman" w:cs="Times New Roman"/>
          <w:color w:val="000000" w:themeColor="text1"/>
          <w:sz w:val="22"/>
        </w:rPr>
        <w:t>nessun componente del nucleo è assegnatario di alloggio a canone sociale ai sensi della L.R. n. 13/1989</w:t>
      </w:r>
    </w:p>
    <w:p w14:paraId="0C0533FC" w14:textId="77777777" w:rsidR="007A64BB" w:rsidRPr="00945483" w:rsidRDefault="009433F7" w:rsidP="00275023">
      <w:pPr>
        <w:ind w:left="142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Segoe UI Symbol" w:hAnsi="Segoe UI Symbol" w:cs="Segoe UI Symbol"/>
          <w:b/>
          <w:color w:val="000000" w:themeColor="text1"/>
          <w:sz w:val="22"/>
        </w:rPr>
        <w:t>☐</w:t>
      </w: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945483">
        <w:rPr>
          <w:rFonts w:ascii="Times New Roman" w:hAnsi="Times New Roman" w:cs="Times New Roman"/>
          <w:color w:val="000000" w:themeColor="text1"/>
          <w:sz w:val="22"/>
        </w:rPr>
        <w:t>nessun componente del nucleo è titolare di proprietà, usufrutto, uso o abitazione su un alloggio adeguato alle esigenze del nucleo familiare nel territorio nazionale</w:t>
      </w:r>
    </w:p>
    <w:p w14:paraId="3EA7F721" w14:textId="77777777" w:rsidR="007A64BB" w:rsidRPr="00945483" w:rsidRDefault="009433F7" w:rsidP="00275023">
      <w:pPr>
        <w:ind w:left="142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Segoe UI Symbol" w:hAnsi="Segoe UI Symbol" w:cs="Segoe UI Symbol"/>
          <w:b/>
          <w:color w:val="000000" w:themeColor="text1"/>
          <w:sz w:val="22"/>
        </w:rPr>
        <w:t>☐</w:t>
      </w: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945483">
        <w:rPr>
          <w:rFonts w:ascii="Times New Roman" w:hAnsi="Times New Roman" w:cs="Times New Roman"/>
          <w:color w:val="000000" w:themeColor="text1"/>
          <w:sz w:val="22"/>
        </w:rPr>
        <w:t>un componente è titolare esclusivamente di nuda proprietà</w:t>
      </w:r>
    </w:p>
    <w:p w14:paraId="4CC089C0" w14:textId="77777777" w:rsidR="007A64BB" w:rsidRPr="00945483" w:rsidRDefault="009433F7" w:rsidP="00275023">
      <w:pPr>
        <w:ind w:left="142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Segoe UI Symbol" w:hAnsi="Segoe UI Symbol" w:cs="Segoe UI Symbol"/>
          <w:b/>
          <w:color w:val="000000" w:themeColor="text1"/>
          <w:sz w:val="22"/>
        </w:rPr>
        <w:t>☐</w:t>
      </w: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945483">
        <w:rPr>
          <w:rFonts w:ascii="Times New Roman" w:hAnsi="Times New Roman" w:cs="Times New Roman"/>
          <w:color w:val="000000" w:themeColor="text1"/>
          <w:sz w:val="22"/>
        </w:rPr>
        <w:t>un componente è titolare di una quota di proprietà/usufrutto/uso/abitazione pari al ______ %; si chiede la valutazione dell’adeguatezza in relazione alla quota</w:t>
      </w:r>
    </w:p>
    <w:p w14:paraId="11715FA6" w14:textId="77777777" w:rsidR="007A64BB" w:rsidRPr="00945483" w:rsidRDefault="009433F7" w:rsidP="00275023">
      <w:pPr>
        <w:ind w:left="142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Segoe UI Symbol" w:hAnsi="Segoe UI Symbol" w:cs="Segoe UI Symbol"/>
          <w:b/>
          <w:color w:val="000000" w:themeColor="text1"/>
          <w:sz w:val="22"/>
        </w:rPr>
        <w:t>☐</w:t>
      </w: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945483">
        <w:rPr>
          <w:rFonts w:ascii="Times New Roman" w:hAnsi="Times New Roman" w:cs="Times New Roman"/>
          <w:color w:val="000000" w:themeColor="text1"/>
          <w:sz w:val="22"/>
        </w:rPr>
        <w:t>un componente, pur titolare di un diritto di proprietà, si trova nell’impossibilità giuridica di godere del bene. Specificare: ______________________________________________</w:t>
      </w:r>
    </w:p>
    <w:p w14:paraId="456F0F10" w14:textId="77777777" w:rsidR="007A64BB" w:rsidRPr="00945483" w:rsidRDefault="009433F7">
      <w:pPr>
        <w:pStyle w:val="Titolo1"/>
        <w:rPr>
          <w:rFonts w:ascii="Times New Roman" w:hAnsi="Times New Roman" w:cs="Times New Roman"/>
          <w:color w:val="000000" w:themeColor="text1"/>
          <w:szCs w:val="22"/>
        </w:rPr>
      </w:pPr>
      <w:r w:rsidRPr="00945483">
        <w:rPr>
          <w:rFonts w:ascii="Times New Roman" w:hAnsi="Times New Roman" w:cs="Times New Roman"/>
          <w:color w:val="000000" w:themeColor="text1"/>
          <w:szCs w:val="22"/>
        </w:rPr>
        <w:t>5. ISEE 2026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632"/>
        <w:gridCol w:w="5330"/>
      </w:tblGrid>
      <w:tr w:rsidR="007A64BB" w:rsidRPr="00945483" w14:paraId="4E48A89F" w14:textId="77777777">
        <w:trPr>
          <w:jc w:val="center"/>
        </w:trPr>
        <w:tc>
          <w:tcPr>
            <w:tcW w:w="4986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A1B5A6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Valore ISEE 2026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C27D2A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color w:val="000000" w:themeColor="text1"/>
                <w:sz w:val="22"/>
              </w:rPr>
              <w:t>€ __________________________</w:t>
            </w:r>
          </w:p>
        </w:tc>
      </w:tr>
      <w:tr w:rsidR="007A64BB" w:rsidRPr="00945483" w14:paraId="66BD71DE" w14:textId="77777777">
        <w:trPr>
          <w:jc w:val="center"/>
        </w:trPr>
        <w:tc>
          <w:tcPr>
            <w:tcW w:w="4986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79B8F9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Protocollo attestazione ISEE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A00CC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color w:val="000000" w:themeColor="text1"/>
                <w:sz w:val="22"/>
              </w:rPr>
              <w:t>_______________________________________________</w:t>
            </w:r>
          </w:p>
        </w:tc>
      </w:tr>
    </w:tbl>
    <w:p w14:paraId="0CC630BC" w14:textId="77777777" w:rsidR="007A64BB" w:rsidRPr="00945483" w:rsidRDefault="009433F7">
      <w:pPr>
        <w:pStyle w:val="Titolo1"/>
        <w:rPr>
          <w:rFonts w:ascii="Times New Roman" w:hAnsi="Times New Roman" w:cs="Times New Roman"/>
          <w:color w:val="000000" w:themeColor="text1"/>
          <w:szCs w:val="22"/>
        </w:rPr>
      </w:pPr>
      <w:r w:rsidRPr="00945483">
        <w:rPr>
          <w:rFonts w:ascii="Times New Roman" w:hAnsi="Times New Roman" w:cs="Times New Roman"/>
          <w:color w:val="000000" w:themeColor="text1"/>
          <w:szCs w:val="22"/>
        </w:rPr>
        <w:t>6. CONTRATTO COINTESTATO A SOGGETTI DI NUCLEI FAMILIARI DISTINTI</w:t>
      </w:r>
    </w:p>
    <w:p w14:paraId="2A486308" w14:textId="77777777" w:rsidR="007A64BB" w:rsidRPr="00945483" w:rsidRDefault="009433F7">
      <w:pPr>
        <w:ind w:left="142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Segoe UI Symbol" w:hAnsi="Segoe UI Symbol" w:cs="Segoe UI Symbol"/>
          <w:b/>
          <w:color w:val="000000" w:themeColor="text1"/>
          <w:sz w:val="22"/>
        </w:rPr>
        <w:t>☐</w:t>
      </w: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945483">
        <w:rPr>
          <w:rFonts w:ascii="Times New Roman" w:hAnsi="Times New Roman" w:cs="Times New Roman"/>
          <w:color w:val="000000" w:themeColor="text1"/>
          <w:sz w:val="22"/>
        </w:rPr>
        <w:t>il contratto NON è cointestato a soggetti appartenenti a nuclei familiari distinti</w:t>
      </w:r>
    </w:p>
    <w:p w14:paraId="360BEF5E" w14:textId="77777777" w:rsidR="007A64BB" w:rsidRPr="00945483" w:rsidRDefault="009433F7">
      <w:pPr>
        <w:ind w:left="142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Segoe UI Symbol" w:hAnsi="Segoe UI Symbol" w:cs="Segoe UI Symbol"/>
          <w:b/>
          <w:color w:val="000000" w:themeColor="text1"/>
          <w:sz w:val="22"/>
        </w:rPr>
        <w:t>☐</w:t>
      </w: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945483">
        <w:rPr>
          <w:rFonts w:ascii="Times New Roman" w:hAnsi="Times New Roman" w:cs="Times New Roman"/>
          <w:color w:val="000000" w:themeColor="text1"/>
          <w:sz w:val="22"/>
        </w:rPr>
        <w:t>il contratto È cointestato a soggetti appartenenti a nuclei familiari distinti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980"/>
        <w:gridCol w:w="4982"/>
      </w:tblGrid>
      <w:tr w:rsidR="007A64BB" w:rsidRPr="00945483" w14:paraId="50AE4F2E" w14:textId="77777777">
        <w:trPr>
          <w:jc w:val="center"/>
        </w:trPr>
        <w:tc>
          <w:tcPr>
            <w:tcW w:w="4986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AAB3D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Quota di canone riferibile al nucleo del richiedente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B7FE93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color w:val="000000" w:themeColor="text1"/>
                <w:sz w:val="22"/>
              </w:rPr>
              <w:t>€ __________________ / ______ %</w:t>
            </w:r>
          </w:p>
        </w:tc>
      </w:tr>
      <w:tr w:rsidR="007A64BB" w:rsidRPr="00945483" w14:paraId="42F0D236" w14:textId="77777777">
        <w:trPr>
          <w:jc w:val="center"/>
        </w:trPr>
        <w:tc>
          <w:tcPr>
            <w:tcW w:w="4986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07958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Documento da cui risulta la quota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BF271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Segoe UI Symbol" w:hAnsi="Segoe UI Symbol" w:cs="Segoe UI Symbol"/>
                <w:color w:val="000000" w:themeColor="text1"/>
                <w:sz w:val="22"/>
              </w:rPr>
              <w:t>☐</w:t>
            </w:r>
            <w:r w:rsidRPr="00945483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contratto   </w:t>
            </w:r>
            <w:r w:rsidRPr="00945483">
              <w:rPr>
                <w:rFonts w:ascii="Segoe UI Symbol" w:hAnsi="Segoe UI Symbol" w:cs="Segoe UI Symbol"/>
                <w:color w:val="000000" w:themeColor="text1"/>
                <w:sz w:val="22"/>
              </w:rPr>
              <w:t>☐</w:t>
            </w:r>
            <w:r w:rsidRPr="00945483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altra documentazione avente data certa</w:t>
            </w:r>
          </w:p>
        </w:tc>
      </w:tr>
    </w:tbl>
    <w:p w14:paraId="2BBD3071" w14:textId="77777777" w:rsidR="007A64BB" w:rsidRPr="00945483" w:rsidRDefault="009433F7">
      <w:pPr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Times New Roman" w:hAnsi="Times New Roman" w:cs="Times New Roman"/>
          <w:color w:val="000000" w:themeColor="text1"/>
          <w:sz w:val="22"/>
        </w:rPr>
        <w:t>La quota indicata deve trovare corrispondenza nella documentazione attestante il pagamento del canone.</w:t>
      </w:r>
    </w:p>
    <w:p w14:paraId="13F83C31" w14:textId="77777777" w:rsidR="007A64BB" w:rsidRPr="00945483" w:rsidRDefault="009433F7">
      <w:pPr>
        <w:pStyle w:val="Titolo1"/>
        <w:rPr>
          <w:rFonts w:ascii="Times New Roman" w:hAnsi="Times New Roman" w:cs="Times New Roman"/>
          <w:color w:val="000000" w:themeColor="text1"/>
          <w:szCs w:val="22"/>
        </w:rPr>
      </w:pPr>
      <w:r w:rsidRPr="00945483">
        <w:rPr>
          <w:rFonts w:ascii="Times New Roman" w:hAnsi="Times New Roman" w:cs="Times New Roman"/>
          <w:color w:val="000000" w:themeColor="text1"/>
          <w:szCs w:val="22"/>
        </w:rPr>
        <w:lastRenderedPageBreak/>
        <w:t>7. EVENTUALI LOCAZIONI IN ALTRI COMUNI NEL 2026</w:t>
      </w:r>
    </w:p>
    <w:p w14:paraId="3529CED0" w14:textId="77777777" w:rsidR="007A64BB" w:rsidRPr="00945483" w:rsidRDefault="009433F7">
      <w:pPr>
        <w:ind w:left="142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Segoe UI Symbol" w:hAnsi="Segoe UI Symbol" w:cs="Segoe UI Symbol"/>
          <w:b/>
          <w:color w:val="000000" w:themeColor="text1"/>
          <w:sz w:val="22"/>
        </w:rPr>
        <w:t>☐</w:t>
      </w: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945483">
        <w:rPr>
          <w:rFonts w:ascii="Times New Roman" w:hAnsi="Times New Roman" w:cs="Times New Roman"/>
          <w:color w:val="000000" w:themeColor="text1"/>
          <w:sz w:val="22"/>
        </w:rPr>
        <w:t>nel corso del 2026 NON sono stato/a titolare di contratti di locazione in altri Comuni</w:t>
      </w:r>
    </w:p>
    <w:p w14:paraId="1FEFBF15" w14:textId="77777777" w:rsidR="007A64BB" w:rsidRPr="00945483" w:rsidRDefault="009433F7">
      <w:pPr>
        <w:ind w:left="142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Segoe UI Symbol" w:hAnsi="Segoe UI Symbol" w:cs="Segoe UI Symbol"/>
          <w:b/>
          <w:color w:val="000000" w:themeColor="text1"/>
          <w:sz w:val="22"/>
        </w:rPr>
        <w:t>☐</w:t>
      </w: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945483">
        <w:rPr>
          <w:rFonts w:ascii="Times New Roman" w:hAnsi="Times New Roman" w:cs="Times New Roman"/>
          <w:color w:val="000000" w:themeColor="text1"/>
          <w:sz w:val="22"/>
        </w:rPr>
        <w:t>nel corso del 2026 sono stato/a titolare di contratti di locazione anche nei seguenti Comuni: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90"/>
        <w:gridCol w:w="2491"/>
        <w:gridCol w:w="2490"/>
        <w:gridCol w:w="2491"/>
      </w:tblGrid>
      <w:tr w:rsidR="007A64BB" w:rsidRPr="00945483" w14:paraId="738CECB9" w14:textId="77777777">
        <w:trPr>
          <w:jc w:val="center"/>
        </w:trPr>
        <w:tc>
          <w:tcPr>
            <w:tcW w:w="2493" w:type="dxa"/>
            <w:shd w:val="clear" w:color="auto" w:fill="EDEDED"/>
          </w:tcPr>
          <w:p w14:paraId="4B8240F9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Comune</w:t>
            </w:r>
          </w:p>
        </w:tc>
        <w:tc>
          <w:tcPr>
            <w:tcW w:w="2493" w:type="dxa"/>
            <w:shd w:val="clear" w:color="auto" w:fill="EDEDED"/>
          </w:tcPr>
          <w:p w14:paraId="5F038113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Periodo di locazione</w:t>
            </w:r>
          </w:p>
        </w:tc>
        <w:tc>
          <w:tcPr>
            <w:tcW w:w="2493" w:type="dxa"/>
            <w:shd w:val="clear" w:color="auto" w:fill="EDEDED"/>
          </w:tcPr>
          <w:p w14:paraId="247B8FF8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Canone del periodo</w:t>
            </w:r>
          </w:p>
        </w:tc>
        <w:tc>
          <w:tcPr>
            <w:tcW w:w="2493" w:type="dxa"/>
            <w:shd w:val="clear" w:color="auto" w:fill="EDEDED"/>
          </w:tcPr>
          <w:p w14:paraId="334EDD4F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Domanda presentata / da presentare</w:t>
            </w:r>
          </w:p>
        </w:tc>
      </w:tr>
      <w:tr w:rsidR="007A64BB" w:rsidRPr="00945483" w14:paraId="2D11D822" w14:textId="77777777">
        <w:trPr>
          <w:jc w:val="center"/>
        </w:trPr>
        <w:tc>
          <w:tcPr>
            <w:tcW w:w="2493" w:type="dxa"/>
            <w:tcMar>
              <w:top w:w="180" w:type="dxa"/>
              <w:left w:w="60" w:type="dxa"/>
              <w:bottom w:w="180" w:type="dxa"/>
              <w:right w:w="60" w:type="dxa"/>
            </w:tcMar>
          </w:tcPr>
          <w:p w14:paraId="00626AEC" w14:textId="77777777" w:rsidR="007A64BB" w:rsidRPr="00945483" w:rsidRDefault="007A64BB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493" w:type="dxa"/>
            <w:tcMar>
              <w:top w:w="180" w:type="dxa"/>
              <w:left w:w="60" w:type="dxa"/>
              <w:bottom w:w="180" w:type="dxa"/>
              <w:right w:w="60" w:type="dxa"/>
            </w:tcMar>
          </w:tcPr>
          <w:p w14:paraId="5AACA0FF" w14:textId="77777777" w:rsidR="007A64BB" w:rsidRPr="00945483" w:rsidRDefault="007A64BB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493" w:type="dxa"/>
            <w:tcMar>
              <w:top w:w="180" w:type="dxa"/>
              <w:left w:w="60" w:type="dxa"/>
              <w:bottom w:w="180" w:type="dxa"/>
              <w:right w:w="60" w:type="dxa"/>
            </w:tcMar>
          </w:tcPr>
          <w:p w14:paraId="2BA9387F" w14:textId="77777777" w:rsidR="007A64BB" w:rsidRPr="00945483" w:rsidRDefault="007A64BB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493" w:type="dxa"/>
            <w:tcMar>
              <w:top w:w="180" w:type="dxa"/>
              <w:left w:w="60" w:type="dxa"/>
              <w:bottom w:w="180" w:type="dxa"/>
              <w:right w:w="60" w:type="dxa"/>
            </w:tcMar>
          </w:tcPr>
          <w:p w14:paraId="15E92A8B" w14:textId="77777777" w:rsidR="007A64BB" w:rsidRPr="00945483" w:rsidRDefault="007A64BB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7A64BB" w:rsidRPr="00945483" w14:paraId="1AE431D8" w14:textId="77777777">
        <w:trPr>
          <w:jc w:val="center"/>
        </w:trPr>
        <w:tc>
          <w:tcPr>
            <w:tcW w:w="2493" w:type="dxa"/>
            <w:tcMar>
              <w:top w:w="180" w:type="dxa"/>
              <w:left w:w="60" w:type="dxa"/>
              <w:bottom w:w="180" w:type="dxa"/>
              <w:right w:w="60" w:type="dxa"/>
            </w:tcMar>
          </w:tcPr>
          <w:p w14:paraId="209D6EB0" w14:textId="77777777" w:rsidR="007A64BB" w:rsidRPr="00945483" w:rsidRDefault="007A64BB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493" w:type="dxa"/>
            <w:tcMar>
              <w:top w:w="180" w:type="dxa"/>
              <w:left w:w="60" w:type="dxa"/>
              <w:bottom w:w="180" w:type="dxa"/>
              <w:right w:w="60" w:type="dxa"/>
            </w:tcMar>
          </w:tcPr>
          <w:p w14:paraId="52AC23B6" w14:textId="77777777" w:rsidR="007A64BB" w:rsidRPr="00945483" w:rsidRDefault="007A64BB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493" w:type="dxa"/>
            <w:tcMar>
              <w:top w:w="180" w:type="dxa"/>
              <w:left w:w="60" w:type="dxa"/>
              <w:bottom w:w="180" w:type="dxa"/>
              <w:right w:w="60" w:type="dxa"/>
            </w:tcMar>
          </w:tcPr>
          <w:p w14:paraId="30E2EBCA" w14:textId="77777777" w:rsidR="007A64BB" w:rsidRPr="00945483" w:rsidRDefault="007A64BB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493" w:type="dxa"/>
            <w:tcMar>
              <w:top w:w="180" w:type="dxa"/>
              <w:left w:w="60" w:type="dxa"/>
              <w:bottom w:w="180" w:type="dxa"/>
              <w:right w:w="60" w:type="dxa"/>
            </w:tcMar>
          </w:tcPr>
          <w:p w14:paraId="0C7C62BA" w14:textId="77777777" w:rsidR="007A64BB" w:rsidRPr="00945483" w:rsidRDefault="007A64BB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7A64BB" w:rsidRPr="00945483" w14:paraId="17673321" w14:textId="77777777">
        <w:trPr>
          <w:jc w:val="center"/>
        </w:trPr>
        <w:tc>
          <w:tcPr>
            <w:tcW w:w="2493" w:type="dxa"/>
            <w:tcMar>
              <w:top w:w="180" w:type="dxa"/>
              <w:left w:w="60" w:type="dxa"/>
              <w:bottom w:w="180" w:type="dxa"/>
              <w:right w:w="60" w:type="dxa"/>
            </w:tcMar>
          </w:tcPr>
          <w:p w14:paraId="3F58EEC1" w14:textId="77777777" w:rsidR="007A64BB" w:rsidRPr="00945483" w:rsidRDefault="007A64BB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493" w:type="dxa"/>
            <w:tcMar>
              <w:top w:w="180" w:type="dxa"/>
              <w:left w:w="60" w:type="dxa"/>
              <w:bottom w:w="180" w:type="dxa"/>
              <w:right w:w="60" w:type="dxa"/>
            </w:tcMar>
          </w:tcPr>
          <w:p w14:paraId="51CC404C" w14:textId="77777777" w:rsidR="007A64BB" w:rsidRPr="00945483" w:rsidRDefault="007A64BB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493" w:type="dxa"/>
            <w:tcMar>
              <w:top w:w="180" w:type="dxa"/>
              <w:left w:w="60" w:type="dxa"/>
              <w:bottom w:w="180" w:type="dxa"/>
              <w:right w:w="60" w:type="dxa"/>
            </w:tcMar>
          </w:tcPr>
          <w:p w14:paraId="23CB89D0" w14:textId="77777777" w:rsidR="007A64BB" w:rsidRPr="00945483" w:rsidRDefault="007A64BB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493" w:type="dxa"/>
            <w:tcMar>
              <w:top w:w="180" w:type="dxa"/>
              <w:left w:w="60" w:type="dxa"/>
              <w:bottom w:w="180" w:type="dxa"/>
              <w:right w:w="60" w:type="dxa"/>
            </w:tcMar>
          </w:tcPr>
          <w:p w14:paraId="5272C11C" w14:textId="77777777" w:rsidR="007A64BB" w:rsidRPr="00945483" w:rsidRDefault="007A64BB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</w:tbl>
    <w:p w14:paraId="6D21384D" w14:textId="77777777" w:rsidR="007A64BB" w:rsidRPr="00945483" w:rsidRDefault="009433F7">
      <w:pPr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Times New Roman" w:hAnsi="Times New Roman" w:cs="Times New Roman"/>
          <w:color w:val="000000" w:themeColor="text1"/>
          <w:sz w:val="22"/>
        </w:rPr>
        <w:t>Il/La sottoscritto/a dichiara di non presentare domande riferite al medesimo periodo in Comuni differenti.</w:t>
      </w:r>
    </w:p>
    <w:p w14:paraId="2E79CE78" w14:textId="77777777" w:rsidR="007A64BB" w:rsidRPr="00945483" w:rsidRDefault="009433F7">
      <w:pPr>
        <w:pStyle w:val="Titolo1"/>
        <w:rPr>
          <w:rFonts w:ascii="Times New Roman" w:hAnsi="Times New Roman" w:cs="Times New Roman"/>
          <w:color w:val="000000" w:themeColor="text1"/>
          <w:szCs w:val="22"/>
        </w:rPr>
      </w:pPr>
      <w:r w:rsidRPr="00945483">
        <w:rPr>
          <w:rFonts w:ascii="Times New Roman" w:hAnsi="Times New Roman" w:cs="Times New Roman"/>
          <w:color w:val="000000" w:themeColor="text1"/>
          <w:szCs w:val="22"/>
        </w:rPr>
        <w:t>8. CANONI PAGATI E MOROSITÀ</w:t>
      </w:r>
    </w:p>
    <w:p w14:paraId="11F2AC09" w14:textId="77777777" w:rsidR="007A64BB" w:rsidRPr="00945483" w:rsidRDefault="009433F7" w:rsidP="00275023">
      <w:pPr>
        <w:ind w:left="142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Segoe UI Symbol" w:hAnsi="Segoe UI Symbol" w:cs="Segoe UI Symbol"/>
          <w:b/>
          <w:color w:val="000000" w:themeColor="text1"/>
          <w:sz w:val="22"/>
        </w:rPr>
        <w:t>☐</w:t>
      </w: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945483">
        <w:rPr>
          <w:rFonts w:ascii="Times New Roman" w:hAnsi="Times New Roman" w:cs="Times New Roman"/>
          <w:color w:val="000000" w:themeColor="text1"/>
          <w:sz w:val="22"/>
        </w:rPr>
        <w:t>i canoni relativi al periodo per il quale si richiede il contributo risultano pagati e saranno documentati con ricevute, bonifici o altra documentazione idonea</w:t>
      </w:r>
    </w:p>
    <w:p w14:paraId="25BE91F7" w14:textId="77777777" w:rsidR="007A64BB" w:rsidRPr="00945483" w:rsidRDefault="009433F7" w:rsidP="00275023">
      <w:pPr>
        <w:ind w:left="142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Segoe UI Symbol" w:hAnsi="Segoe UI Symbol" w:cs="Segoe UI Symbol"/>
          <w:b/>
          <w:color w:val="000000" w:themeColor="text1"/>
          <w:sz w:val="22"/>
        </w:rPr>
        <w:t>☐</w:t>
      </w: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945483">
        <w:rPr>
          <w:rFonts w:ascii="Times New Roman" w:hAnsi="Times New Roman" w:cs="Times New Roman"/>
          <w:color w:val="000000" w:themeColor="text1"/>
          <w:sz w:val="22"/>
        </w:rPr>
        <w:t>sussiste una morosità per canoni di locazione pari a € __________________; si allega la documentazione richiesta per l’eventuale pagamento al locatore, ove previsto dagli atti comunali</w:t>
      </w:r>
    </w:p>
    <w:p w14:paraId="1AF26927" w14:textId="77777777" w:rsidR="007A64BB" w:rsidRPr="00945483" w:rsidRDefault="009433F7">
      <w:pPr>
        <w:pStyle w:val="Titolo1"/>
        <w:rPr>
          <w:rFonts w:ascii="Times New Roman" w:hAnsi="Times New Roman" w:cs="Times New Roman"/>
          <w:color w:val="000000" w:themeColor="text1"/>
          <w:szCs w:val="22"/>
        </w:rPr>
      </w:pPr>
      <w:r w:rsidRPr="00945483">
        <w:rPr>
          <w:rFonts w:ascii="Times New Roman" w:hAnsi="Times New Roman" w:cs="Times New Roman"/>
          <w:color w:val="000000" w:themeColor="text1"/>
          <w:szCs w:val="22"/>
        </w:rPr>
        <w:t>9. ALTRI BENEFICI PER IL PAGAMENTO DEL CANONE</w:t>
      </w:r>
    </w:p>
    <w:p w14:paraId="60B8CE63" w14:textId="77777777" w:rsidR="007A64BB" w:rsidRPr="00945483" w:rsidRDefault="009433F7">
      <w:pPr>
        <w:ind w:left="142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Segoe UI Symbol" w:hAnsi="Segoe UI Symbol" w:cs="Segoe UI Symbol"/>
          <w:b/>
          <w:color w:val="000000" w:themeColor="text1"/>
          <w:sz w:val="22"/>
        </w:rPr>
        <w:t>☐</w:t>
      </w: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945483">
        <w:rPr>
          <w:rFonts w:ascii="Times New Roman" w:hAnsi="Times New Roman" w:cs="Times New Roman"/>
          <w:color w:val="000000" w:themeColor="text1"/>
          <w:sz w:val="22"/>
        </w:rPr>
        <w:t>NON ho percepito altri benefici relativi al sostegno alla locazione per l’annualità 2026</w:t>
      </w:r>
    </w:p>
    <w:p w14:paraId="2CD2A846" w14:textId="77777777" w:rsidR="007A64BB" w:rsidRPr="00945483" w:rsidRDefault="009433F7">
      <w:pPr>
        <w:ind w:left="142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Segoe UI Symbol" w:hAnsi="Segoe UI Symbol" w:cs="Segoe UI Symbol"/>
          <w:b/>
          <w:color w:val="000000" w:themeColor="text1"/>
          <w:sz w:val="22"/>
        </w:rPr>
        <w:t>☐</w:t>
      </w: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945483">
        <w:rPr>
          <w:rFonts w:ascii="Times New Roman" w:hAnsi="Times New Roman" w:cs="Times New Roman"/>
          <w:color w:val="000000" w:themeColor="text1"/>
          <w:sz w:val="22"/>
        </w:rPr>
        <w:t>ho percepito / percepirò i seguenti benefici relativi al sostegno alla locazione: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202"/>
        <w:gridCol w:w="6760"/>
      </w:tblGrid>
      <w:tr w:rsidR="007A64BB" w:rsidRPr="00945483" w14:paraId="0CBCE5E6" w14:textId="77777777">
        <w:trPr>
          <w:jc w:val="center"/>
        </w:trPr>
        <w:tc>
          <w:tcPr>
            <w:tcW w:w="4986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E4605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Tipologia beneficio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0F751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color w:val="000000" w:themeColor="text1"/>
                <w:sz w:val="22"/>
              </w:rPr>
              <w:t>____________________________________________________________</w:t>
            </w:r>
          </w:p>
        </w:tc>
      </w:tr>
      <w:tr w:rsidR="007A64BB" w:rsidRPr="00945483" w14:paraId="6E68C069" w14:textId="77777777">
        <w:trPr>
          <w:jc w:val="center"/>
        </w:trPr>
        <w:tc>
          <w:tcPr>
            <w:tcW w:w="4986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C6B9E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Ente erogatore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4955AE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color w:val="000000" w:themeColor="text1"/>
                <w:sz w:val="22"/>
              </w:rPr>
              <w:t>____________________________________________________________</w:t>
            </w:r>
          </w:p>
        </w:tc>
      </w:tr>
      <w:tr w:rsidR="007A64BB" w:rsidRPr="00945483" w14:paraId="77A964F3" w14:textId="77777777">
        <w:trPr>
          <w:jc w:val="center"/>
        </w:trPr>
        <w:tc>
          <w:tcPr>
            <w:tcW w:w="4986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A71EF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Importo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E1A5FA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color w:val="000000" w:themeColor="text1"/>
                <w:sz w:val="22"/>
              </w:rPr>
              <w:t>€ __________________________</w:t>
            </w:r>
          </w:p>
        </w:tc>
      </w:tr>
    </w:tbl>
    <w:p w14:paraId="3892A54E" w14:textId="77777777" w:rsidR="007A64BB" w:rsidRPr="00945483" w:rsidRDefault="009433F7">
      <w:pPr>
        <w:pStyle w:val="Titolo1"/>
        <w:rPr>
          <w:rFonts w:ascii="Times New Roman" w:hAnsi="Times New Roman" w:cs="Times New Roman"/>
          <w:color w:val="000000" w:themeColor="text1"/>
          <w:szCs w:val="22"/>
        </w:rPr>
      </w:pPr>
      <w:r w:rsidRPr="00945483">
        <w:rPr>
          <w:rFonts w:ascii="Times New Roman" w:hAnsi="Times New Roman" w:cs="Times New Roman"/>
          <w:color w:val="000000" w:themeColor="text1"/>
          <w:szCs w:val="22"/>
        </w:rPr>
        <w:t>10. MODALITÀ DI PAGAMENTO</w:t>
      </w:r>
    </w:p>
    <w:p w14:paraId="6CDC71E2" w14:textId="77777777" w:rsidR="007A64BB" w:rsidRPr="00945483" w:rsidRDefault="009433F7">
      <w:pPr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Times New Roman" w:hAnsi="Times New Roman" w:cs="Times New Roman"/>
          <w:color w:val="000000" w:themeColor="text1"/>
          <w:sz w:val="22"/>
        </w:rPr>
        <w:t>In caso di ammissione al beneficio, chiedo l’accredito sul seguente conto: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762"/>
        <w:gridCol w:w="7200"/>
      </w:tblGrid>
      <w:tr w:rsidR="007A64BB" w:rsidRPr="00945483" w14:paraId="3FDCB214" w14:textId="77777777">
        <w:trPr>
          <w:jc w:val="center"/>
        </w:trPr>
        <w:tc>
          <w:tcPr>
            <w:tcW w:w="4986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9CF0E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IBAN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5931E9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color w:val="000000" w:themeColor="text1"/>
                <w:sz w:val="22"/>
              </w:rPr>
              <w:t>________________________________________________________________</w:t>
            </w:r>
          </w:p>
        </w:tc>
      </w:tr>
      <w:tr w:rsidR="007A64BB" w:rsidRPr="00945483" w14:paraId="17920F02" w14:textId="77777777">
        <w:trPr>
          <w:jc w:val="center"/>
        </w:trPr>
        <w:tc>
          <w:tcPr>
            <w:tcW w:w="4986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A87B9D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Intestatario/i del conto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9B016A" w14:textId="77777777" w:rsidR="007A64BB" w:rsidRPr="00945483" w:rsidRDefault="009433F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945483">
              <w:rPr>
                <w:rFonts w:ascii="Times New Roman" w:hAnsi="Times New Roman" w:cs="Times New Roman"/>
                <w:color w:val="000000" w:themeColor="text1"/>
                <w:sz w:val="22"/>
              </w:rPr>
              <w:t>____________________________________________________________</w:t>
            </w:r>
          </w:p>
        </w:tc>
      </w:tr>
    </w:tbl>
    <w:p w14:paraId="59568EDA" w14:textId="77777777" w:rsidR="007A64BB" w:rsidRPr="00945483" w:rsidRDefault="009433F7">
      <w:pPr>
        <w:pStyle w:val="Titolo1"/>
        <w:rPr>
          <w:rFonts w:ascii="Times New Roman" w:hAnsi="Times New Roman" w:cs="Times New Roman"/>
          <w:color w:val="000000" w:themeColor="text1"/>
          <w:szCs w:val="22"/>
        </w:rPr>
      </w:pPr>
      <w:r w:rsidRPr="00945483">
        <w:rPr>
          <w:rFonts w:ascii="Times New Roman" w:hAnsi="Times New Roman" w:cs="Times New Roman"/>
          <w:color w:val="000000" w:themeColor="text1"/>
          <w:szCs w:val="22"/>
        </w:rPr>
        <w:t>11. DOCUMENTI ALLEGATI</w:t>
      </w:r>
    </w:p>
    <w:p w14:paraId="68B313D7" w14:textId="77777777" w:rsidR="007A64BB" w:rsidRPr="00945483" w:rsidRDefault="009433F7" w:rsidP="00275023">
      <w:pPr>
        <w:ind w:left="142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Segoe UI Symbol" w:hAnsi="Segoe UI Symbol" w:cs="Segoe UI Symbol"/>
          <w:b/>
          <w:color w:val="000000" w:themeColor="text1"/>
          <w:sz w:val="22"/>
        </w:rPr>
        <w:t>☐</w:t>
      </w: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945483">
        <w:rPr>
          <w:rFonts w:ascii="Times New Roman" w:hAnsi="Times New Roman" w:cs="Times New Roman"/>
          <w:color w:val="000000" w:themeColor="text1"/>
          <w:sz w:val="22"/>
        </w:rPr>
        <w:t>copia documento di identità e codice fiscale;</w:t>
      </w:r>
    </w:p>
    <w:p w14:paraId="390D065B" w14:textId="77777777" w:rsidR="007A64BB" w:rsidRPr="00945483" w:rsidRDefault="009433F7" w:rsidP="00275023">
      <w:pPr>
        <w:ind w:left="142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Segoe UI Symbol" w:hAnsi="Segoe UI Symbol" w:cs="Segoe UI Symbol"/>
          <w:b/>
          <w:color w:val="000000" w:themeColor="text1"/>
          <w:sz w:val="22"/>
        </w:rPr>
        <w:t>☐</w:t>
      </w: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945483">
        <w:rPr>
          <w:rFonts w:ascii="Times New Roman" w:hAnsi="Times New Roman" w:cs="Times New Roman"/>
          <w:color w:val="000000" w:themeColor="text1"/>
          <w:sz w:val="22"/>
        </w:rPr>
        <w:t>copia del titolo di soggiorno, se dovuto;</w:t>
      </w:r>
    </w:p>
    <w:p w14:paraId="43B9B670" w14:textId="77777777" w:rsidR="007A64BB" w:rsidRPr="00945483" w:rsidRDefault="009433F7" w:rsidP="00275023">
      <w:pPr>
        <w:ind w:left="142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Segoe UI Symbol" w:hAnsi="Segoe UI Symbol" w:cs="Segoe UI Symbol"/>
          <w:b/>
          <w:color w:val="000000" w:themeColor="text1"/>
          <w:sz w:val="22"/>
        </w:rPr>
        <w:t>☐</w:t>
      </w: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945483">
        <w:rPr>
          <w:rFonts w:ascii="Times New Roman" w:hAnsi="Times New Roman" w:cs="Times New Roman"/>
          <w:color w:val="000000" w:themeColor="text1"/>
          <w:sz w:val="22"/>
        </w:rPr>
        <w:t>copia del contratto o dei contratti di locazione regolarmente registrati;</w:t>
      </w:r>
    </w:p>
    <w:p w14:paraId="4698B74F" w14:textId="77777777" w:rsidR="007A64BB" w:rsidRPr="00945483" w:rsidRDefault="009433F7" w:rsidP="00275023">
      <w:pPr>
        <w:ind w:left="142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Segoe UI Symbol" w:hAnsi="Segoe UI Symbol" w:cs="Segoe UI Symbol"/>
          <w:b/>
          <w:color w:val="000000" w:themeColor="text1"/>
          <w:sz w:val="22"/>
        </w:rPr>
        <w:t>☐</w:t>
      </w: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945483">
        <w:rPr>
          <w:rFonts w:ascii="Times New Roman" w:hAnsi="Times New Roman" w:cs="Times New Roman"/>
          <w:color w:val="000000" w:themeColor="text1"/>
          <w:sz w:val="22"/>
        </w:rPr>
        <w:t>documentazione relativa alla registrazione/cedolare secca, ove pertinente;</w:t>
      </w:r>
    </w:p>
    <w:p w14:paraId="6BBD3C9F" w14:textId="77777777" w:rsidR="007A64BB" w:rsidRPr="00945483" w:rsidRDefault="009433F7" w:rsidP="00275023">
      <w:pPr>
        <w:ind w:left="142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Segoe UI Symbol" w:hAnsi="Segoe UI Symbol" w:cs="Segoe UI Symbol"/>
          <w:b/>
          <w:color w:val="000000" w:themeColor="text1"/>
          <w:sz w:val="22"/>
        </w:rPr>
        <w:t>☐</w:t>
      </w: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945483">
        <w:rPr>
          <w:rFonts w:ascii="Times New Roman" w:hAnsi="Times New Roman" w:cs="Times New Roman"/>
          <w:color w:val="000000" w:themeColor="text1"/>
          <w:sz w:val="22"/>
        </w:rPr>
        <w:t>attestazione ISEE 2026 o indicazione del relativo protocollo;</w:t>
      </w:r>
    </w:p>
    <w:p w14:paraId="55CB8151" w14:textId="77777777" w:rsidR="007A64BB" w:rsidRPr="00945483" w:rsidRDefault="009433F7" w:rsidP="00275023">
      <w:pPr>
        <w:ind w:left="142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Segoe UI Symbol" w:hAnsi="Segoe UI Symbol" w:cs="Segoe UI Symbol"/>
          <w:b/>
          <w:color w:val="000000" w:themeColor="text1"/>
          <w:sz w:val="22"/>
        </w:rPr>
        <w:lastRenderedPageBreak/>
        <w:t>☐</w:t>
      </w: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945483">
        <w:rPr>
          <w:rFonts w:ascii="Times New Roman" w:hAnsi="Times New Roman" w:cs="Times New Roman"/>
          <w:color w:val="000000" w:themeColor="text1"/>
          <w:sz w:val="22"/>
        </w:rPr>
        <w:t>ricevute, bonifici o altra documentazione idonea relativa ai canoni 2026 già corrisposti;</w:t>
      </w:r>
    </w:p>
    <w:p w14:paraId="7B2CED71" w14:textId="77777777" w:rsidR="007A64BB" w:rsidRPr="00945483" w:rsidRDefault="009433F7" w:rsidP="00275023">
      <w:pPr>
        <w:ind w:left="142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Segoe UI Symbol" w:hAnsi="Segoe UI Symbol" w:cs="Segoe UI Symbol"/>
          <w:b/>
          <w:color w:val="000000" w:themeColor="text1"/>
          <w:sz w:val="22"/>
        </w:rPr>
        <w:t>☐</w:t>
      </w: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945483">
        <w:rPr>
          <w:rFonts w:ascii="Times New Roman" w:hAnsi="Times New Roman" w:cs="Times New Roman"/>
          <w:color w:val="000000" w:themeColor="text1"/>
          <w:sz w:val="22"/>
        </w:rPr>
        <w:t>documentazione avente data certa sulla ripartizione del canone, se necessaria per contratto cointestato;</w:t>
      </w:r>
    </w:p>
    <w:p w14:paraId="059E1345" w14:textId="77777777" w:rsidR="007A64BB" w:rsidRPr="00945483" w:rsidRDefault="009433F7" w:rsidP="00275023">
      <w:pPr>
        <w:ind w:left="142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Segoe UI Symbol" w:hAnsi="Segoe UI Symbol" w:cs="Segoe UI Symbol"/>
          <w:b/>
          <w:color w:val="000000" w:themeColor="text1"/>
          <w:sz w:val="22"/>
        </w:rPr>
        <w:t>☐</w:t>
      </w: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945483">
        <w:rPr>
          <w:rFonts w:ascii="Times New Roman" w:hAnsi="Times New Roman" w:cs="Times New Roman"/>
          <w:color w:val="000000" w:themeColor="text1"/>
          <w:sz w:val="22"/>
        </w:rPr>
        <w:t>copia dell’IBAN;</w:t>
      </w:r>
    </w:p>
    <w:p w14:paraId="1C56046D" w14:textId="77777777" w:rsidR="007A64BB" w:rsidRPr="00945483" w:rsidRDefault="009433F7" w:rsidP="00275023">
      <w:pPr>
        <w:ind w:left="142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Segoe UI Symbol" w:hAnsi="Segoe UI Symbol" w:cs="Segoe UI Symbol"/>
          <w:b/>
          <w:color w:val="000000" w:themeColor="text1"/>
          <w:sz w:val="22"/>
        </w:rPr>
        <w:t>☐</w:t>
      </w: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945483">
        <w:rPr>
          <w:rFonts w:ascii="Times New Roman" w:hAnsi="Times New Roman" w:cs="Times New Roman"/>
          <w:color w:val="000000" w:themeColor="text1"/>
          <w:sz w:val="22"/>
        </w:rPr>
        <w:t>documentazione relativa ad altri benefici per il pagamento del canone, se presente;</w:t>
      </w:r>
    </w:p>
    <w:p w14:paraId="2AF49294" w14:textId="77777777" w:rsidR="007A64BB" w:rsidRPr="00945483" w:rsidRDefault="009433F7" w:rsidP="00275023">
      <w:pPr>
        <w:ind w:left="142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Segoe UI Symbol" w:hAnsi="Segoe UI Symbol" w:cs="Segoe UI Symbol"/>
          <w:b/>
          <w:color w:val="000000" w:themeColor="text1"/>
          <w:sz w:val="22"/>
        </w:rPr>
        <w:t>☐</w:t>
      </w: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945483">
        <w:rPr>
          <w:rFonts w:ascii="Times New Roman" w:hAnsi="Times New Roman" w:cs="Times New Roman"/>
          <w:color w:val="000000" w:themeColor="text1"/>
          <w:sz w:val="22"/>
        </w:rPr>
        <w:t>documentazione relativa al subentro nel contratto, in caso di decesso dell’intestatario;</w:t>
      </w:r>
    </w:p>
    <w:p w14:paraId="03A80E76" w14:textId="77777777" w:rsidR="007A64BB" w:rsidRPr="00945483" w:rsidRDefault="009433F7" w:rsidP="00275023">
      <w:pPr>
        <w:ind w:left="142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Segoe UI Symbol" w:hAnsi="Segoe UI Symbol" w:cs="Segoe UI Symbol"/>
          <w:b/>
          <w:color w:val="000000" w:themeColor="text1"/>
          <w:sz w:val="22"/>
        </w:rPr>
        <w:t>☐</w:t>
      </w: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945483">
        <w:rPr>
          <w:rFonts w:ascii="Times New Roman" w:hAnsi="Times New Roman" w:cs="Times New Roman"/>
          <w:color w:val="000000" w:themeColor="text1"/>
          <w:sz w:val="22"/>
        </w:rPr>
        <w:t>documentazione per morosità/delega al locatore, se applicabile.</w:t>
      </w:r>
    </w:p>
    <w:p w14:paraId="613F7E69" w14:textId="77777777" w:rsidR="007A64BB" w:rsidRPr="00945483" w:rsidRDefault="009433F7">
      <w:pPr>
        <w:pStyle w:val="Titolo1"/>
        <w:rPr>
          <w:rFonts w:ascii="Times New Roman" w:hAnsi="Times New Roman" w:cs="Times New Roman"/>
          <w:color w:val="000000" w:themeColor="text1"/>
          <w:szCs w:val="22"/>
        </w:rPr>
      </w:pPr>
      <w:r w:rsidRPr="00945483">
        <w:rPr>
          <w:rFonts w:ascii="Times New Roman" w:hAnsi="Times New Roman" w:cs="Times New Roman"/>
          <w:color w:val="000000" w:themeColor="text1"/>
          <w:szCs w:val="22"/>
        </w:rPr>
        <w:t>12. DICHIARAZIONI FINALI</w:t>
      </w:r>
    </w:p>
    <w:p w14:paraId="5BE16F2A" w14:textId="77777777" w:rsidR="007A64BB" w:rsidRPr="00945483" w:rsidRDefault="009433F7" w:rsidP="00275023">
      <w:pPr>
        <w:ind w:left="142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Segoe UI Symbol" w:hAnsi="Segoe UI Symbol" w:cs="Segoe UI Symbol"/>
          <w:b/>
          <w:color w:val="000000" w:themeColor="text1"/>
          <w:sz w:val="22"/>
        </w:rPr>
        <w:t>☐</w:t>
      </w: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945483">
        <w:rPr>
          <w:rFonts w:ascii="Times New Roman" w:hAnsi="Times New Roman" w:cs="Times New Roman"/>
          <w:color w:val="000000" w:themeColor="text1"/>
          <w:sz w:val="22"/>
        </w:rPr>
        <w:t>di aver preso visione dell’Avviso comunale 2026 e di accettarne le condizioni;</w:t>
      </w:r>
    </w:p>
    <w:p w14:paraId="7272831C" w14:textId="77777777" w:rsidR="007A64BB" w:rsidRPr="00945483" w:rsidRDefault="009433F7" w:rsidP="00275023">
      <w:pPr>
        <w:ind w:left="142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Segoe UI Symbol" w:hAnsi="Segoe UI Symbol" w:cs="Segoe UI Symbol"/>
          <w:b/>
          <w:color w:val="000000" w:themeColor="text1"/>
          <w:sz w:val="22"/>
        </w:rPr>
        <w:t>☐</w:t>
      </w: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945483">
        <w:rPr>
          <w:rFonts w:ascii="Times New Roman" w:hAnsi="Times New Roman" w:cs="Times New Roman"/>
          <w:color w:val="000000" w:themeColor="text1"/>
          <w:sz w:val="22"/>
        </w:rPr>
        <w:t>che quanto dichiarato nella presente domanda corrisponde al vero;</w:t>
      </w:r>
    </w:p>
    <w:p w14:paraId="2E1CB5BF" w14:textId="77777777" w:rsidR="007A64BB" w:rsidRPr="00945483" w:rsidRDefault="009433F7" w:rsidP="00275023">
      <w:pPr>
        <w:ind w:left="142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Segoe UI Symbol" w:hAnsi="Segoe UI Symbol" w:cs="Segoe UI Symbol"/>
          <w:b/>
          <w:color w:val="000000" w:themeColor="text1"/>
          <w:sz w:val="22"/>
        </w:rPr>
        <w:t>☐</w:t>
      </w: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945483">
        <w:rPr>
          <w:rFonts w:ascii="Times New Roman" w:hAnsi="Times New Roman" w:cs="Times New Roman"/>
          <w:color w:val="000000" w:themeColor="text1"/>
          <w:sz w:val="22"/>
        </w:rPr>
        <w:t>di impegnarsi a comunicare tempestivamente eventuali variazioni rilevanti ai fini del procedimento;</w:t>
      </w:r>
    </w:p>
    <w:p w14:paraId="1E751B82" w14:textId="77777777" w:rsidR="007A64BB" w:rsidRPr="00945483" w:rsidRDefault="009433F7" w:rsidP="00275023">
      <w:pPr>
        <w:ind w:left="142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Segoe UI Symbol" w:hAnsi="Segoe UI Symbol" w:cs="Segoe UI Symbol"/>
          <w:b/>
          <w:color w:val="000000" w:themeColor="text1"/>
          <w:sz w:val="22"/>
        </w:rPr>
        <w:t>☐</w:t>
      </w: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945483">
        <w:rPr>
          <w:rFonts w:ascii="Times New Roman" w:hAnsi="Times New Roman" w:cs="Times New Roman"/>
          <w:color w:val="000000" w:themeColor="text1"/>
          <w:sz w:val="22"/>
        </w:rPr>
        <w:t>di essere consapevole che il Comune effettuerà controlli sulle dichiarazioni rese ai sensi del D.P.R. n. 445/2000 e potrà richiedere integrazioni documentali;</w:t>
      </w:r>
    </w:p>
    <w:p w14:paraId="0DAD09C5" w14:textId="6C1636B3" w:rsidR="007A64BB" w:rsidRPr="00945483" w:rsidRDefault="009433F7" w:rsidP="00275023">
      <w:pPr>
        <w:ind w:left="142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Segoe UI Symbol" w:hAnsi="Segoe UI Symbol" w:cs="Segoe UI Symbol"/>
          <w:b/>
          <w:color w:val="000000" w:themeColor="text1"/>
          <w:sz w:val="22"/>
        </w:rPr>
        <w:t>☐</w:t>
      </w: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945483">
        <w:rPr>
          <w:rFonts w:ascii="Times New Roman" w:hAnsi="Times New Roman" w:cs="Times New Roman"/>
          <w:color w:val="000000" w:themeColor="text1"/>
          <w:sz w:val="22"/>
        </w:rPr>
        <w:t>di aver preso visione dell’informativa sul trattamento dei dati personali resa dal Comune ai sensi del</w:t>
      </w:r>
      <w:r w:rsidR="00275023" w:rsidRPr="00945483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945483">
        <w:rPr>
          <w:rFonts w:ascii="Times New Roman" w:hAnsi="Times New Roman" w:cs="Times New Roman"/>
          <w:color w:val="000000" w:themeColor="text1"/>
          <w:sz w:val="22"/>
        </w:rPr>
        <w:t>Regolamento (UE) 2016/679.</w:t>
      </w:r>
    </w:p>
    <w:p w14:paraId="6BD7FCAA" w14:textId="77777777" w:rsidR="00275023" w:rsidRPr="00945483" w:rsidRDefault="00275023">
      <w:pPr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4F7B5176" w14:textId="77777777" w:rsidR="00275023" w:rsidRPr="00945483" w:rsidRDefault="00275023">
      <w:pPr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425C7F3E" w14:textId="2C81DF86" w:rsidR="007A64BB" w:rsidRPr="00945483" w:rsidRDefault="00945483">
      <w:pPr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>Chiaramonti</w:t>
      </w:r>
      <w:r w:rsidR="009433F7" w:rsidRPr="00945483">
        <w:rPr>
          <w:rFonts w:ascii="Times New Roman" w:hAnsi="Times New Roman" w:cs="Times New Roman"/>
          <w:b/>
          <w:color w:val="000000" w:themeColor="text1"/>
          <w:sz w:val="22"/>
        </w:rPr>
        <w:t>, ____/____/2026</w:t>
      </w:r>
    </w:p>
    <w:p w14:paraId="718A3B99" w14:textId="77777777" w:rsidR="007A64BB" w:rsidRPr="00945483" w:rsidRDefault="009433F7" w:rsidP="00275023">
      <w:pPr>
        <w:ind w:left="4320"/>
        <w:jc w:val="center"/>
        <w:rPr>
          <w:rFonts w:ascii="Times New Roman" w:hAnsi="Times New Roman" w:cs="Times New Roman"/>
          <w:color w:val="000000" w:themeColor="text1"/>
          <w:sz w:val="22"/>
        </w:rPr>
      </w:pP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t>Firma del/della richiedente</w:t>
      </w: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br/>
      </w:r>
      <w:r w:rsidRPr="00945483">
        <w:rPr>
          <w:rFonts w:ascii="Times New Roman" w:hAnsi="Times New Roman" w:cs="Times New Roman"/>
          <w:b/>
          <w:color w:val="000000" w:themeColor="text1"/>
          <w:sz w:val="22"/>
        </w:rPr>
        <w:br/>
        <w:t>____________________________________</w:t>
      </w:r>
    </w:p>
    <w:p w14:paraId="61AA680A" w14:textId="77777777" w:rsidR="00AB1B41" w:rsidRPr="00945483" w:rsidRDefault="00AB1B41" w:rsidP="00AB1B41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2AED3947" w14:textId="77777777" w:rsidR="00AB1B41" w:rsidRPr="00945483" w:rsidRDefault="00AB1B41" w:rsidP="00AB1B41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4DA381BF" w14:textId="77777777" w:rsidR="00AB1B41" w:rsidRPr="00945483" w:rsidRDefault="00AB1B41" w:rsidP="00AB1B41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7ACCB604" w14:textId="69BB3314" w:rsidR="00AB1B41" w:rsidRPr="00945483" w:rsidRDefault="00AB1B41" w:rsidP="00AB1B41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945483">
        <w:rPr>
          <w:rFonts w:ascii="Times New Roman" w:hAnsi="Times New Roman" w:cs="Times New Roman"/>
          <w:b/>
          <w:bCs/>
          <w:color w:val="000000" w:themeColor="text1"/>
          <w:sz w:val="22"/>
        </w:rPr>
        <w:t>INFORMATIVA SUL TRATTAMENTO DEI DATI PERSONALI</w:t>
      </w:r>
    </w:p>
    <w:p w14:paraId="1A6FC239" w14:textId="0DA49164" w:rsidR="00AB1B41" w:rsidRPr="00945483" w:rsidRDefault="00AB1B41" w:rsidP="00AB1B41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4548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Ai sensi degli artt. 13 e 14 del Regolamento (UE) 2016/679 (GDPR), i dati personali forniti con la presente domanda saranno trattati dal </w:t>
      </w:r>
      <w:r w:rsidRPr="00945483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Comune di </w:t>
      </w:r>
      <w:r w:rsidR="00945483" w:rsidRPr="00945483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Chiaramonti</w:t>
      </w:r>
      <w:r w:rsidRPr="00945483">
        <w:rPr>
          <w:rFonts w:ascii="Times New Roman" w:hAnsi="Times New Roman" w:cs="Times New Roman"/>
          <w:color w:val="000000" w:themeColor="text1"/>
          <w:sz w:val="18"/>
          <w:szCs w:val="18"/>
        </w:rPr>
        <w:t>, in qualità di Titolare del trattamento, esclusivamente per le finalità istituzionali connesse all’istruttoria, alla gestione e all’erogazione dei contributi per il sostegno all’accesso alle abitazioni in locazione di cui alla Legge n. 431/1998, art. 11.</w:t>
      </w:r>
    </w:p>
    <w:p w14:paraId="4C7AC778" w14:textId="77777777" w:rsidR="00AB1B41" w:rsidRPr="00945483" w:rsidRDefault="00AB1B41" w:rsidP="00AB1B41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4548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Il conferimento dei dati richiesti è necessario ai fini della partecipazione al procedimento. Il trattamento è effettuato sulla base degli obblighi di legge e dei compiti di interesse pubblico attribuiti all’Amministrazione e </w:t>
      </w:r>
      <w:r w:rsidRPr="00945483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non richiede il consenso dell’interessato</w:t>
      </w:r>
      <w:r w:rsidRPr="00945483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14:paraId="1D431A5E" w14:textId="7266344D" w:rsidR="00AB1B41" w:rsidRPr="00945483" w:rsidRDefault="00AB1B41" w:rsidP="00AB1B41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4548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L’informativa completa sul trattamento dei dati personali, contenente le informazioni relative alle modalità del trattamento, ai tempi di conservazione, ai destinatari dei dati, al Responsabile della Protezione dei Dati (RPD/DPO) e ai diritti dell’interessato, </w:t>
      </w:r>
      <w:r w:rsidRPr="00945483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è allegata al Bando ed è resa disponibile dal Comune di </w:t>
      </w:r>
      <w:r w:rsidR="00945483" w:rsidRPr="00945483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Chiaramonti</w:t>
      </w:r>
      <w:r w:rsidRPr="00945483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14:paraId="32573E79" w14:textId="77777777" w:rsidR="00AB1B41" w:rsidRPr="00945483" w:rsidRDefault="00AB1B41" w:rsidP="00AB1B41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45483">
        <w:rPr>
          <w:rFonts w:ascii="Segoe UI Symbol" w:hAnsi="Segoe UI Symbol" w:cs="Segoe UI Symbol"/>
          <w:color w:val="000000" w:themeColor="text1"/>
          <w:sz w:val="18"/>
          <w:szCs w:val="18"/>
        </w:rPr>
        <w:t>☐</w:t>
      </w:r>
      <w:r w:rsidRPr="0094548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945483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Dichiaro di aver preso visione dell’informativa sul trattamento dei dati personali resa ai sensi degli artt. 13 e 14 del Regolamento (UE) 2016/679 (GDPR).</w:t>
      </w:r>
    </w:p>
    <w:p w14:paraId="77D454FB" w14:textId="0647C0B3" w:rsidR="007A64BB" w:rsidRDefault="007A64BB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4C079425" w14:textId="77777777" w:rsidR="00945483" w:rsidRDefault="00945483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601B766D" w14:textId="77777777" w:rsidR="00945483" w:rsidRDefault="00945483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0EF4F826" w14:textId="77777777" w:rsidR="00945483" w:rsidRDefault="00945483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4CFC6749" w14:textId="77777777" w:rsidR="00945483" w:rsidRDefault="00945483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1E1DFA28" w14:textId="77777777" w:rsidR="00945483" w:rsidRDefault="00945483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0689D971" w14:textId="77777777" w:rsidR="00945483" w:rsidRDefault="00945483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06FDAF6F" w14:textId="77777777" w:rsidR="00945483" w:rsidRPr="00945483" w:rsidRDefault="00945483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238816FD" w14:textId="77777777" w:rsidR="00945483" w:rsidRPr="00945483" w:rsidRDefault="00945483" w:rsidP="00945483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</w:rPr>
      </w:pPr>
      <w:r w:rsidRPr="00945483"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</w:rPr>
        <w:lastRenderedPageBreak/>
        <w:t>Informativa effettuata ai sensi dell’art. 13 Regolamento (UE) 2016/679 (RGDP)</w:t>
      </w:r>
    </w:p>
    <w:p w14:paraId="36E6B8C2" w14:textId="77777777" w:rsidR="00945483" w:rsidRPr="00945483" w:rsidRDefault="00945483" w:rsidP="00945483">
      <w:pPr>
        <w:spacing w:line="360" w:lineRule="auto"/>
        <w:jc w:val="center"/>
        <w:rPr>
          <w:rFonts w:ascii="Times New Roman" w:hAnsi="Times New Roman" w:cs="Times New Roman"/>
          <w:color w:val="000000"/>
          <w:sz w:val="18"/>
          <w:szCs w:val="18"/>
          <w:u w:val="single"/>
        </w:rPr>
      </w:pPr>
    </w:p>
    <w:p w14:paraId="4C4AC3F1" w14:textId="77777777" w:rsidR="00945483" w:rsidRPr="00945483" w:rsidRDefault="00945483" w:rsidP="00945483">
      <w:pPr>
        <w:spacing w:line="36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45483">
        <w:rPr>
          <w:rFonts w:ascii="Times New Roman" w:hAnsi="Times New Roman" w:cs="Times New Roman"/>
          <w:color w:val="000000"/>
          <w:sz w:val="18"/>
          <w:szCs w:val="18"/>
        </w:rPr>
        <w:t xml:space="preserve">Il Comune di Chiaramonti con sede in Chiaramonti, Via Fratelli Cervi n.1 email: protocollo@comune.chiaramonti.ss.it pec: protocollo@pec.comune.chiaramonti.ss.it  tel: 079569092 nella sua qualità di </w:t>
      </w:r>
      <w:r w:rsidRPr="00945483">
        <w:rPr>
          <w:rFonts w:ascii="Times New Roman" w:hAnsi="Times New Roman" w:cs="Times New Roman"/>
          <w:b/>
          <w:color w:val="000000"/>
          <w:sz w:val="18"/>
          <w:szCs w:val="18"/>
          <w:u w:val="single"/>
        </w:rPr>
        <w:t>Titolare del trattamento dei dati</w:t>
      </w:r>
      <w:r w:rsidRPr="00945483">
        <w:rPr>
          <w:rFonts w:ascii="Times New Roman" w:hAnsi="Times New Roman" w:cs="Times New Roman"/>
          <w:color w:val="000000"/>
          <w:sz w:val="18"/>
          <w:szCs w:val="18"/>
        </w:rPr>
        <w:t xml:space="preserve">, tratterà i dati personali conferiti con la presente modulistica, sia su supporto cartaceo sia con modalità informatiche e telematiche, </w:t>
      </w:r>
      <w:r w:rsidRPr="00945483">
        <w:rPr>
          <w:rFonts w:ascii="Times New Roman" w:hAnsi="Times New Roman" w:cs="Times New Roman"/>
          <w:b/>
          <w:color w:val="000000"/>
          <w:sz w:val="18"/>
          <w:szCs w:val="18"/>
          <w:u w:val="single"/>
        </w:rPr>
        <w:t>esclusivamente al fine di espletare le attività di erogazione dei servizi richiesti, nell’esecuzione dei compiti di interesse pubblico o comunque connessi all’esercizio dei pubblici poteri propri dell’Ente</w:t>
      </w:r>
      <w:r w:rsidRPr="00945483">
        <w:rPr>
          <w:rFonts w:ascii="Times New Roman" w:hAnsi="Times New Roman" w:cs="Times New Roman"/>
          <w:color w:val="000000"/>
          <w:sz w:val="18"/>
          <w:szCs w:val="18"/>
        </w:rPr>
        <w:t>,  nel rispetto dei principi di cui al Regolamento UE 2016/679.</w:t>
      </w:r>
    </w:p>
    <w:p w14:paraId="55876C04" w14:textId="77777777" w:rsidR="00945483" w:rsidRPr="00945483" w:rsidRDefault="00945483" w:rsidP="00945483">
      <w:pPr>
        <w:spacing w:line="36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45483">
        <w:rPr>
          <w:rFonts w:ascii="Times New Roman" w:hAnsi="Times New Roman" w:cs="Times New Roman"/>
          <w:color w:val="000000"/>
          <w:sz w:val="18"/>
          <w:szCs w:val="18"/>
        </w:rPr>
        <w:t xml:space="preserve">La informiamo che il trattamento dei Suoi dati personali avverrà secondo modalità idonee a garantire sicurezza e riservatezza e sarà effettuato utilizzando supporti cartacei, informatici e/o telematici per lo svolgimento delle attività dell’Amministrazione. </w:t>
      </w:r>
    </w:p>
    <w:p w14:paraId="27D6F6FC" w14:textId="77777777" w:rsidR="00945483" w:rsidRPr="00945483" w:rsidRDefault="00945483" w:rsidP="00945483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45483">
        <w:rPr>
          <w:rFonts w:ascii="Times New Roman" w:hAnsi="Times New Roman" w:cs="Times New Roman"/>
          <w:sz w:val="18"/>
          <w:szCs w:val="18"/>
        </w:rPr>
        <w:t>Il trattamento dei dati è improntato ai principi di liceità, correttezza e trasparenza e, in conformità al principio di cd “minimizzazione dei dati</w:t>
      </w:r>
      <w:proofErr w:type="gramStart"/>
      <w:r w:rsidRPr="00945483">
        <w:rPr>
          <w:rFonts w:ascii="Times New Roman" w:hAnsi="Times New Roman" w:cs="Times New Roman"/>
          <w:sz w:val="18"/>
          <w:szCs w:val="18"/>
        </w:rPr>
        <w:t>” ,</w:t>
      </w:r>
      <w:proofErr w:type="gramEnd"/>
      <w:r w:rsidRPr="00945483">
        <w:rPr>
          <w:rFonts w:ascii="Times New Roman" w:hAnsi="Times New Roman" w:cs="Times New Roman"/>
          <w:sz w:val="18"/>
          <w:szCs w:val="18"/>
        </w:rPr>
        <w:t xml:space="preserve"> i dati richiesti sono adeguati, pertinenti e limitati rispetto alle finalità per le quali sono trattati.</w:t>
      </w:r>
    </w:p>
    <w:p w14:paraId="014F4363" w14:textId="77777777" w:rsidR="00945483" w:rsidRPr="00945483" w:rsidRDefault="00945483" w:rsidP="00945483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45483">
        <w:rPr>
          <w:rFonts w:ascii="Times New Roman" w:hAnsi="Times New Roman" w:cs="Times New Roman"/>
          <w:sz w:val="18"/>
          <w:szCs w:val="18"/>
        </w:rPr>
        <w:t>In particolare, i dati sono raccolti e registrati unicamente per gli scopi sopraindicati e saranno tutelate la Sua dignità e la Sua riservatezza.</w:t>
      </w:r>
    </w:p>
    <w:p w14:paraId="140D1661" w14:textId="77777777" w:rsidR="00945483" w:rsidRPr="00945483" w:rsidRDefault="00945483" w:rsidP="00945483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945483">
        <w:rPr>
          <w:rFonts w:ascii="Times New Roman" w:hAnsi="Times New Roman" w:cs="Times New Roman"/>
          <w:b/>
          <w:color w:val="000000"/>
          <w:sz w:val="18"/>
          <w:szCs w:val="18"/>
        </w:rPr>
        <w:t>Il conferimento dei dati di cui alla presente modulistica è facoltativo, ma un eventuale rifiuto di fornirli comporterà l'impossibilità per l’Amministrazione di utilizzare i dati per le finalità indicate, con la conseguenza che non sarà possibile l’erogazione dei servizi richiesti.</w:t>
      </w:r>
    </w:p>
    <w:p w14:paraId="55205550" w14:textId="77777777" w:rsidR="00945483" w:rsidRPr="00945483" w:rsidRDefault="00945483" w:rsidP="00945483">
      <w:pPr>
        <w:spacing w:line="36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14:paraId="5475C23E" w14:textId="77777777" w:rsidR="00945483" w:rsidRPr="00945483" w:rsidRDefault="00945483" w:rsidP="00945483">
      <w:pPr>
        <w:spacing w:line="36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945483">
        <w:rPr>
          <w:rFonts w:ascii="Times New Roman" w:hAnsi="Times New Roman" w:cs="Times New Roman"/>
          <w:bCs/>
          <w:sz w:val="18"/>
          <w:szCs w:val="18"/>
        </w:rPr>
        <w:t xml:space="preserve">I dati raccolti con la presente domanda potranno essere comunicati, se previsto da norma di legge o di regolamento, ad altri soggetti pubblici espressamente individuati e/o diffusi, laddove obbligatorio, a seguito di pubblicazione all’Albo Pretorio On line (ai sensi dell’art. 32, L. 69/2009) ovvero nella Sezione del sito istituzionale dell’Ente denominata “Amministrazione Trasparente” (ai sensi del D. Lgs. 33/2013 e </w:t>
      </w:r>
      <w:proofErr w:type="gramStart"/>
      <w:r w:rsidRPr="00945483">
        <w:rPr>
          <w:rFonts w:ascii="Times New Roman" w:hAnsi="Times New Roman" w:cs="Times New Roman"/>
          <w:bCs/>
          <w:sz w:val="18"/>
          <w:szCs w:val="18"/>
        </w:rPr>
        <w:t>ss.mm.ii</w:t>
      </w:r>
      <w:proofErr w:type="gramEnd"/>
      <w:r w:rsidRPr="00945483">
        <w:rPr>
          <w:rFonts w:ascii="Times New Roman" w:hAnsi="Times New Roman" w:cs="Times New Roman"/>
          <w:bCs/>
          <w:sz w:val="18"/>
          <w:szCs w:val="18"/>
        </w:rPr>
        <w:t>).</w:t>
      </w:r>
    </w:p>
    <w:p w14:paraId="44A998BE" w14:textId="2748D85B" w:rsidR="00945483" w:rsidRPr="00945483" w:rsidRDefault="00945483" w:rsidP="00945483">
      <w:pPr>
        <w:spacing w:line="36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945483">
        <w:rPr>
          <w:rFonts w:ascii="Times New Roman" w:hAnsi="Times New Roman" w:cs="Times New Roman"/>
          <w:bCs/>
          <w:sz w:val="18"/>
          <w:szCs w:val="18"/>
        </w:rPr>
        <w:t>Gli stessi dati potranno formare oggetto di istanza di accesso documentale ai sensi e nei limiti di cui agli artt. 22 e ss. L. 241/90, ai sensi dell’art. 43, comma 2, TUEL da parte degli amministratori dell’Ente, ovvero potranno formare oggetto di richiesta di accesso civico “generalizzato”, ai sensi dall’art. 5, comma 2, e dall’art. 5 bis, D. Lgs. 33/2013.</w:t>
      </w:r>
    </w:p>
    <w:p w14:paraId="39559128" w14:textId="77777777" w:rsidR="00945483" w:rsidRPr="00945483" w:rsidRDefault="00945483" w:rsidP="00945483">
      <w:pPr>
        <w:spacing w:line="36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22AE8719" w14:textId="77777777" w:rsidR="00945483" w:rsidRPr="00945483" w:rsidRDefault="00945483" w:rsidP="00945483">
      <w:pPr>
        <w:spacing w:line="36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945483">
        <w:rPr>
          <w:rFonts w:ascii="Times New Roman" w:hAnsi="Times New Roman" w:cs="Times New Roman"/>
          <w:bCs/>
          <w:sz w:val="18"/>
          <w:szCs w:val="18"/>
        </w:rPr>
        <w:t>I dati conferiti, saranno trattati dall’Amministrazione per il periodo necessario allo svolgimento dell’attività amministrativa correlata e conservati in conformità alle norme sulla conservazione della documentazione amministrativa.</w:t>
      </w:r>
    </w:p>
    <w:p w14:paraId="1C817C36" w14:textId="77777777" w:rsidR="00945483" w:rsidRPr="00945483" w:rsidRDefault="00945483" w:rsidP="00945483">
      <w:pPr>
        <w:spacing w:line="36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945483">
        <w:rPr>
          <w:rFonts w:ascii="Times New Roman" w:hAnsi="Times New Roman" w:cs="Times New Roman"/>
          <w:bCs/>
          <w:sz w:val="18"/>
          <w:szCs w:val="18"/>
        </w:rPr>
        <w:t xml:space="preserve">I dati saranno trattati esclusivamente dal personale, da collaboratori dell’Ente ovvero da soggetti esterni espressamente nominati come Responsabili del trattamento dal Titolare. </w:t>
      </w:r>
    </w:p>
    <w:p w14:paraId="2E86EAF3" w14:textId="77777777" w:rsidR="00945483" w:rsidRPr="00945483" w:rsidRDefault="00945483" w:rsidP="00945483">
      <w:pPr>
        <w:spacing w:line="36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945483">
        <w:rPr>
          <w:rFonts w:ascii="Times New Roman" w:hAnsi="Times New Roman" w:cs="Times New Roman"/>
          <w:bCs/>
          <w:sz w:val="18"/>
          <w:szCs w:val="18"/>
        </w:rPr>
        <w:t xml:space="preserve">Al di fuori delle ipotesi sopra richiamate, i dati non saranno comunicati a terzi né diffusi. </w:t>
      </w:r>
    </w:p>
    <w:p w14:paraId="08F0431F" w14:textId="77777777" w:rsidR="00945483" w:rsidRPr="00945483" w:rsidRDefault="00945483" w:rsidP="00945483">
      <w:pPr>
        <w:spacing w:line="36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14:paraId="044BC3BF" w14:textId="77777777" w:rsidR="00945483" w:rsidRPr="00945483" w:rsidRDefault="00945483" w:rsidP="00945483">
      <w:pPr>
        <w:spacing w:line="36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945483">
        <w:rPr>
          <w:rFonts w:ascii="Times New Roman" w:hAnsi="Times New Roman" w:cs="Times New Roman"/>
          <w:bCs/>
          <w:sz w:val="18"/>
          <w:szCs w:val="18"/>
        </w:rPr>
        <w:t>Gli interessati hanno il diritto di chiedere al Titolare del trattamento l’accesso ai dati personali e la rettifica o la cancellazione degli stessi o la limitazione del trattamento che li riguarda o di opporsi al trattamento, ai sensi degli artt. 15 e ss. RGDP.</w:t>
      </w:r>
    </w:p>
    <w:p w14:paraId="69A134CD" w14:textId="77777777" w:rsidR="00945483" w:rsidRPr="00945483" w:rsidRDefault="00945483" w:rsidP="00945483">
      <w:pPr>
        <w:spacing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945483">
        <w:rPr>
          <w:rFonts w:ascii="Times New Roman" w:hAnsi="Times New Roman" w:cs="Times New Roman"/>
          <w:bCs/>
          <w:sz w:val="18"/>
          <w:szCs w:val="18"/>
        </w:rPr>
        <w:t xml:space="preserve">Apposita istanza è presentata al Responsabile della Protezione dei dati dell’Ente (ex art. 38, paragrafo 4, RGDP), individuato nella </w:t>
      </w:r>
      <w:r w:rsidRPr="00945483">
        <w:rPr>
          <w:rFonts w:ascii="Times New Roman" w:hAnsi="Times New Roman" w:cs="Times New Roman"/>
          <w:b/>
          <w:bCs/>
          <w:sz w:val="18"/>
          <w:szCs w:val="18"/>
        </w:rPr>
        <w:t>SIPAL srl, con sede a Cagliari nella Via San Benedetto, 60 – Tel: 070/42835 – email: dpo@sipal.sardegna.it – pec: sipalpostacertificata@pec.sipal.sardegna.it</w:t>
      </w:r>
    </w:p>
    <w:p w14:paraId="6E3823BE" w14:textId="77777777" w:rsidR="00945483" w:rsidRPr="00716AF0" w:rsidRDefault="00945483">
      <w:pPr>
        <w:rPr>
          <w:rFonts w:ascii="Times New Roman" w:hAnsi="Times New Roman" w:cs="Times New Roman"/>
          <w:color w:val="000000" w:themeColor="text1"/>
          <w:sz w:val="22"/>
        </w:rPr>
      </w:pPr>
    </w:p>
    <w:sectPr w:rsidR="00945483" w:rsidRPr="00716AF0" w:rsidSect="00034616"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88446914">
    <w:abstractNumId w:val="8"/>
  </w:num>
  <w:num w:numId="2" w16cid:durableId="457341151">
    <w:abstractNumId w:val="6"/>
  </w:num>
  <w:num w:numId="3" w16cid:durableId="1632832322">
    <w:abstractNumId w:val="5"/>
  </w:num>
  <w:num w:numId="4" w16cid:durableId="545676221">
    <w:abstractNumId w:val="4"/>
  </w:num>
  <w:num w:numId="5" w16cid:durableId="1810897451">
    <w:abstractNumId w:val="7"/>
  </w:num>
  <w:num w:numId="6" w16cid:durableId="1810629814">
    <w:abstractNumId w:val="3"/>
  </w:num>
  <w:num w:numId="7" w16cid:durableId="442310456">
    <w:abstractNumId w:val="2"/>
  </w:num>
  <w:num w:numId="8" w16cid:durableId="498934229">
    <w:abstractNumId w:val="1"/>
  </w:num>
  <w:num w:numId="9" w16cid:durableId="596209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75023"/>
    <w:rsid w:val="0029639D"/>
    <w:rsid w:val="00326F90"/>
    <w:rsid w:val="004F5765"/>
    <w:rsid w:val="00716AF0"/>
    <w:rsid w:val="007A64BB"/>
    <w:rsid w:val="007D798A"/>
    <w:rsid w:val="009433F7"/>
    <w:rsid w:val="00945483"/>
    <w:rsid w:val="00974656"/>
    <w:rsid w:val="00AA1D8D"/>
    <w:rsid w:val="00AB1B41"/>
    <w:rsid w:val="00B47730"/>
    <w:rsid w:val="00C11DE9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AE08E1"/>
  <w14:defaultImageDpi w14:val="300"/>
  <w15:docId w15:val="{57EE50D6-0461-4BE1-A57B-867418D16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80" w:line="252" w:lineRule="auto"/>
    </w:pPr>
    <w:rPr>
      <w:rFonts w:ascii="Arial" w:hAnsi="Arial"/>
      <w:sz w:val="20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2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">
    <w:name w:val="Small"/>
    <w:rPr>
      <w:rFonts w:ascii="Arial" w:hAnsi="Arial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A300D6A9E65D47A3E0B33CBF241C3B" ma:contentTypeVersion="11" ma:contentTypeDescription="Creare un nuovo documento." ma:contentTypeScope="" ma:versionID="db4b49872a346a9d92013c1aabb719da">
  <xsd:schema xmlns:xsd="http://www.w3.org/2001/XMLSchema" xmlns:xs="http://www.w3.org/2001/XMLSchema" xmlns:p="http://schemas.microsoft.com/office/2006/metadata/properties" xmlns:ns2="aa023bc3-9628-459b-a318-a5f61f9f41ad" xmlns:ns3="d349ede7-b6e6-4696-984a-b18c52499d24" targetNamespace="http://schemas.microsoft.com/office/2006/metadata/properties" ma:root="true" ma:fieldsID="f6df9c8dbc1e3d17859d4ebf00a92dc2" ns2:_="" ns3:_="">
    <xsd:import namespace="aa023bc3-9628-459b-a318-a5f61f9f41ad"/>
    <xsd:import namespace="d349ede7-b6e6-4696-984a-b18c52499d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023bc3-9628-459b-a318-a5f61f9f41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04c9de15-d9c6-413c-987e-f1f41d590c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49ede7-b6e6-4696-984a-b18c52499d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5b15a48-cb7b-4445-80f9-31ffb48196d5}" ma:internalName="TaxCatchAll" ma:showField="CatchAllData" ma:web="d349ede7-b6e6-4696-984a-b18c52499d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49ede7-b6e6-4696-984a-b18c52499d24" xsi:nil="true"/>
    <lcf76f155ced4ddcb4097134ff3c332f xmlns="aa023bc3-9628-459b-a318-a5f61f9f41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E36C0C-5551-431E-913B-806E2E7A76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023bc3-9628-459b-a318-a5f61f9f41ad"/>
    <ds:schemaRef ds:uri="d349ede7-b6e6-4696-984a-b18c52499d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3F8B67-CA22-41A1-B60C-20C71054C4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946940-88D4-4DEA-89D1-7B69FD753BAF}">
  <ds:schemaRefs>
    <ds:schemaRef ds:uri="http://schemas.microsoft.com/office/2006/metadata/properties"/>
    <ds:schemaRef ds:uri="http://schemas.microsoft.com/office/infopath/2007/PartnerControls"/>
    <ds:schemaRef ds:uri="d349ede7-b6e6-4696-984a-b18c52499d24"/>
    <ds:schemaRef ds:uri="aa023bc3-9628-459b-a318-a5f61f9f41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1687</Words>
  <Characters>9619</Characters>
  <Application>Microsoft Office Word</Application>
  <DocSecurity>0</DocSecurity>
  <Lines>80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11284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cristina pinna</cp:lastModifiedBy>
  <cp:revision>3</cp:revision>
  <dcterms:created xsi:type="dcterms:W3CDTF">2026-09-01T10:09:00Z</dcterms:created>
  <dcterms:modified xsi:type="dcterms:W3CDTF">2026-09-01T10:16:00Z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0x01010029A300D6A9E65D47A3E0B33CBF241C3B</vt:lpwstr>
  </property>
</Properties>
</file>