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375D5" w14:textId="11255971" w:rsidR="004F2015" w:rsidRDefault="00000000">
      <w:pPr>
        <w:widowControl w:val="0"/>
        <w:spacing w:after="100"/>
      </w:pPr>
      <w:r>
        <w:rPr>
          <w:b/>
        </w:rPr>
        <w:t xml:space="preserve">Allegato </w:t>
      </w:r>
      <w:r w:rsidR="00465FFE">
        <w:rPr>
          <w:b/>
        </w:rPr>
        <w:t>B</w:t>
      </w:r>
    </w:p>
    <w:tbl>
      <w:tblPr>
        <w:tblW w:w="0" w:type="auto"/>
        <w:jc w:val="center"/>
        <w:tblLayout w:type="fixed"/>
        <w:tblLook w:val="04A0" w:firstRow="1" w:lastRow="0" w:firstColumn="1" w:lastColumn="0" w:noHBand="0" w:noVBand="1"/>
      </w:tblPr>
      <w:tblGrid>
        <w:gridCol w:w="3515"/>
        <w:gridCol w:w="6350"/>
      </w:tblGrid>
      <w:tr w:rsidR="004F2015" w14:paraId="51683C3A" w14:textId="77777777">
        <w:trPr>
          <w:jc w:val="center"/>
        </w:trPr>
        <w:tc>
          <w:tcPr>
            <w:tcW w:w="3515" w:type="dxa"/>
            <w:tcBorders>
              <w:top w:val="nil"/>
              <w:left w:val="nil"/>
              <w:bottom w:val="nil"/>
              <w:right w:val="nil"/>
            </w:tcBorders>
            <w:tcMar>
              <w:top w:w="120" w:type="dxa"/>
              <w:left w:w="120" w:type="dxa"/>
              <w:bottom w:w="120" w:type="dxa"/>
              <w:right w:w="120" w:type="dxa"/>
            </w:tcMar>
          </w:tcPr>
          <w:p w14:paraId="63FC307D" w14:textId="77777777" w:rsidR="004F2015" w:rsidRDefault="004F2015"/>
          <w:tbl>
            <w:tblPr>
              <w:tblW w:w="0" w:type="auto"/>
              <w:tblLook w:val="04A0" w:firstRow="1" w:lastRow="0" w:firstColumn="1" w:lastColumn="0" w:noHBand="0" w:noVBand="1"/>
            </w:tblPr>
            <w:tblGrid>
              <w:gridCol w:w="2835"/>
            </w:tblGrid>
            <w:tr w:rsidR="004F2015" w14:paraId="26C3128D" w14:textId="77777777" w:rsidTr="002A154C">
              <w:trPr>
                <w:trHeight w:val="990"/>
              </w:trPr>
              <w:tc>
                <w:tcPr>
                  <w:tcW w:w="2835" w:type="dxa"/>
                  <w:tcBorders>
                    <w:top w:val="single" w:sz="8" w:space="0" w:color="404040"/>
                    <w:left w:val="single" w:sz="8" w:space="0" w:color="404040"/>
                    <w:bottom w:val="single" w:sz="8" w:space="0" w:color="404040"/>
                    <w:right w:val="single" w:sz="8" w:space="0" w:color="404040"/>
                  </w:tcBorders>
                  <w:tcMar>
                    <w:top w:w="180" w:type="dxa"/>
                    <w:left w:w="180" w:type="dxa"/>
                    <w:bottom w:w="180" w:type="dxa"/>
                    <w:right w:w="180" w:type="dxa"/>
                  </w:tcMar>
                </w:tcPr>
                <w:p w14:paraId="5CDD0985" w14:textId="7EAF50F0" w:rsidR="004F2015" w:rsidRDefault="00000000">
                  <w:r>
                    <w:rPr>
                      <w:b/>
                    </w:rPr>
                    <w:t>Marca da bollo da € 16,00</w:t>
                  </w:r>
                  <w:r>
                    <w:rPr>
                      <w:b/>
                    </w:rPr>
                    <w:br/>
                  </w:r>
                </w:p>
              </w:tc>
            </w:tr>
          </w:tbl>
          <w:p w14:paraId="24AB7FE5" w14:textId="77777777" w:rsidR="004F2015" w:rsidRDefault="004F2015"/>
        </w:tc>
        <w:tc>
          <w:tcPr>
            <w:tcW w:w="6350" w:type="dxa"/>
            <w:tcBorders>
              <w:top w:val="nil"/>
              <w:left w:val="nil"/>
              <w:bottom w:val="nil"/>
              <w:right w:val="nil"/>
            </w:tcBorders>
            <w:tcMar>
              <w:top w:w="0" w:type="dxa"/>
              <w:left w:w="100" w:type="dxa"/>
              <w:bottom w:w="0" w:type="dxa"/>
              <w:right w:w="0" w:type="dxa"/>
            </w:tcMar>
          </w:tcPr>
          <w:p w14:paraId="62563168" w14:textId="77777777" w:rsidR="004F2015" w:rsidRDefault="004F2015"/>
          <w:p w14:paraId="1FB24BFC" w14:textId="77777777" w:rsidR="004F2015" w:rsidRDefault="00000000">
            <w:pPr>
              <w:spacing w:after="0"/>
              <w:jc w:val="right"/>
            </w:pPr>
            <w:r>
              <w:rPr>
                <w:b/>
              </w:rPr>
              <w:t>Spett.le COMUNE DI TISSI</w:t>
            </w:r>
          </w:p>
          <w:p w14:paraId="738B544C" w14:textId="77777777" w:rsidR="004F2015" w:rsidRDefault="00000000">
            <w:pPr>
              <w:spacing w:after="0"/>
              <w:jc w:val="right"/>
            </w:pPr>
            <w:r>
              <w:rPr>
                <w:sz w:val="17"/>
              </w:rPr>
              <w:t>Via Dante Alighieri, 5 – 07040 Tissi (SS)</w:t>
            </w:r>
          </w:p>
          <w:p w14:paraId="432DDC46" w14:textId="77777777" w:rsidR="004F2015" w:rsidRDefault="00000000">
            <w:pPr>
              <w:spacing w:after="0"/>
              <w:jc w:val="right"/>
            </w:pPr>
            <w:r>
              <w:rPr>
                <w:i/>
                <w:sz w:val="17"/>
              </w:rPr>
              <w:t>protocollo@pec.comune.tissi.ss.it</w:t>
            </w:r>
          </w:p>
        </w:tc>
      </w:tr>
    </w:tbl>
    <w:p w14:paraId="26DB4BE6" w14:textId="77777777" w:rsidR="004F2015" w:rsidRDefault="004F2015">
      <w:pPr>
        <w:widowControl w:val="0"/>
        <w:spacing w:after="40"/>
      </w:pPr>
    </w:p>
    <w:p w14:paraId="45FB6D54" w14:textId="4F51D8FB" w:rsidR="004F2015" w:rsidRDefault="00000000" w:rsidP="0096360B">
      <w:pPr>
        <w:widowControl w:val="0"/>
        <w:spacing w:after="80"/>
        <w:jc w:val="both"/>
      </w:pPr>
      <w:r>
        <w:rPr>
          <w:b/>
        </w:rPr>
        <w:t xml:space="preserve">DOMANDA DI PARTECIPAZIONE AL BANDO PER L’ASSEGNAZIONE DI N. </w:t>
      </w:r>
      <w:r w:rsidR="0096360B">
        <w:rPr>
          <w:b/>
        </w:rPr>
        <w:t>3</w:t>
      </w:r>
      <w:r>
        <w:rPr>
          <w:b/>
        </w:rPr>
        <w:t xml:space="preserve"> AUTORIZZAZIONI PER L’ESERCIZIO DEL SERVIZIO DI NOLEGGIO CON CONDUCENTE MEDIANTE AUTOVETTURA FINO A 9 POSTI (COMPRESO IL CONDUCENTE).</w:t>
      </w:r>
    </w:p>
    <w:p w14:paraId="599E00E3" w14:textId="77777777" w:rsidR="004F2015" w:rsidRDefault="00000000">
      <w:pPr>
        <w:widowControl w:val="0"/>
      </w:pPr>
      <w:r>
        <w:t>Il/la sottoscritto/a __________________________________________________________________________________________</w:t>
      </w:r>
    </w:p>
    <w:p w14:paraId="1D94E859" w14:textId="77777777" w:rsidR="004F2015" w:rsidRDefault="00000000">
      <w:pPr>
        <w:widowControl w:val="0"/>
      </w:pPr>
      <w:r>
        <w:t>nato/a a __________________________________________________________ il ______________________________________</w:t>
      </w:r>
    </w:p>
    <w:p w14:paraId="74A256AD" w14:textId="77777777" w:rsidR="004F2015" w:rsidRDefault="00000000">
      <w:pPr>
        <w:widowControl w:val="0"/>
      </w:pPr>
      <w:r>
        <w:t>residente a ____________________________________ Via/Piazza __________________________________________ n. ______</w:t>
      </w:r>
    </w:p>
    <w:p w14:paraId="12E41B78" w14:textId="77777777" w:rsidR="004F2015" w:rsidRDefault="00000000">
      <w:pPr>
        <w:widowControl w:val="0"/>
      </w:pPr>
      <w:r>
        <w:t>cittadinanza ______________________________________ codice fiscale ___________________________________________</w:t>
      </w:r>
    </w:p>
    <w:p w14:paraId="53FE7E5E" w14:textId="77777777" w:rsidR="004F2015" w:rsidRDefault="00000000">
      <w:pPr>
        <w:widowControl w:val="0"/>
      </w:pPr>
      <w:r>
        <w:t>telefono ______________________________ e-mail ____________________________________________________________</w:t>
      </w:r>
    </w:p>
    <w:p w14:paraId="6542C9B1" w14:textId="77777777" w:rsidR="004F2015" w:rsidRDefault="00000000">
      <w:pPr>
        <w:widowControl w:val="0"/>
        <w:spacing w:after="20"/>
      </w:pPr>
      <w:r>
        <w:t>PEC ____________________________________________________________________________________________________</w:t>
      </w:r>
    </w:p>
    <w:p w14:paraId="4E407A92" w14:textId="77777777" w:rsidR="004F2015" w:rsidRDefault="00000000">
      <w:pPr>
        <w:widowControl w:val="0"/>
        <w:spacing w:after="12"/>
      </w:pPr>
      <w:r>
        <w:rPr>
          <w:sz w:val="17"/>
        </w:rPr>
        <w:t>□  in qualità di persona fisica / titolare di impresa individuale;</w:t>
      </w:r>
    </w:p>
    <w:p w14:paraId="1AAB02C4" w14:textId="77777777" w:rsidR="004F2015" w:rsidRDefault="00000000">
      <w:pPr>
        <w:widowControl w:val="0"/>
        <w:spacing w:after="12"/>
      </w:pPr>
      <w:r>
        <w:rPr>
          <w:sz w:val="17"/>
        </w:rPr>
        <w:t>□  in qualità di legale rappresentante del seguente soggetto/impresa: ______________________________________</w:t>
      </w:r>
    </w:p>
    <w:p w14:paraId="2D95D6DF" w14:textId="77777777" w:rsidR="004F2015" w:rsidRDefault="00000000">
      <w:pPr>
        <w:widowControl w:val="0"/>
        <w:spacing w:after="40"/>
      </w:pPr>
      <w:r>
        <w:rPr>
          <w:sz w:val="17"/>
        </w:rPr>
        <w:t>Codice fiscale/Partita IVA __________________________________ sede legale __________________________________</w:t>
      </w:r>
    </w:p>
    <w:p w14:paraId="6860EF4B" w14:textId="77777777" w:rsidR="004F2015" w:rsidRDefault="00000000">
      <w:pPr>
        <w:widowControl w:val="0"/>
        <w:spacing w:before="40" w:after="20"/>
        <w:jc w:val="center"/>
      </w:pPr>
      <w:r>
        <w:rPr>
          <w:b/>
        </w:rPr>
        <w:t>CHIEDE</w:t>
      </w:r>
    </w:p>
    <w:p w14:paraId="69C8F89E" w14:textId="279AF4D5" w:rsidR="004F2015" w:rsidRDefault="00000000">
      <w:pPr>
        <w:widowControl w:val="0"/>
        <w:spacing w:after="40"/>
      </w:pPr>
      <w:r>
        <w:t xml:space="preserve">di essere ammesso/a a partecipare al bando per l’assegnazione di n. </w:t>
      </w:r>
      <w:r w:rsidR="0096360B">
        <w:t xml:space="preserve">3 </w:t>
      </w:r>
      <w:r>
        <w:t>autorizzazioni per l’esercizio del servizio di noleggio con conducente mediante autovettura fino a 9 posti, compreso il conducente, indetto dal Comune di Tissi con determinazio</w:t>
      </w:r>
      <w:r w:rsidRPr="003C1398">
        <w:t xml:space="preserve">ne n. </w:t>
      </w:r>
      <w:r w:rsidR="003C1398" w:rsidRPr="003C1398">
        <w:t>407</w:t>
      </w:r>
      <w:r>
        <w:t xml:space="preserve"> del </w:t>
      </w:r>
      <w:r w:rsidR="003C1398">
        <w:t>14.09.2026</w:t>
      </w:r>
      <w:r>
        <w:t>, concorrendo per l’assegnazione di una sola autorizzazione.</w:t>
      </w:r>
    </w:p>
    <w:p w14:paraId="5DF6C693" w14:textId="77777777" w:rsidR="004F2015" w:rsidRDefault="00000000">
      <w:pPr>
        <w:widowControl w:val="0"/>
        <w:spacing w:after="40"/>
      </w:pPr>
      <w:r>
        <w:rPr>
          <w:sz w:val="17"/>
        </w:rPr>
        <w:t>A tal fine, consapevole delle responsabilità penali previste dall’art. 76 del D.P.R. n. 445/2000 in caso di dichiarazioni mendaci e della decadenza dai benefici ai sensi dell’art. 75 del medesimo D.P.R., ai sensi degli artt. 46 e 47 del D.P.R. n. 445/2000,</w:t>
      </w:r>
    </w:p>
    <w:p w14:paraId="5F2CD4EF" w14:textId="77777777" w:rsidR="004F2015" w:rsidRDefault="00000000">
      <w:pPr>
        <w:widowControl w:val="0"/>
        <w:spacing w:before="20" w:after="20"/>
        <w:jc w:val="center"/>
      </w:pPr>
      <w:r>
        <w:rPr>
          <w:b/>
        </w:rPr>
        <w:t>DICHIARA</w:t>
      </w:r>
    </w:p>
    <w:p w14:paraId="55F1C55E" w14:textId="77777777" w:rsidR="004F2015" w:rsidRDefault="00000000">
      <w:pPr>
        <w:widowControl w:val="0"/>
        <w:spacing w:after="24"/>
      </w:pPr>
      <w:r>
        <w:t>□  di aver letto e di accettare tutte le disposizioni del bando di concorso e del vigente Regolamento per l’esercizio del servizio di noleggio con conducente del Comune di Tissi, approvato con deliberazione del Consiglio Comunale n. 17 del 27.05.2026;</w:t>
      </w:r>
    </w:p>
    <w:p w14:paraId="372D7A3F" w14:textId="77777777" w:rsidR="004F2015" w:rsidRDefault="00000000">
      <w:pPr>
        <w:widowControl w:val="0"/>
        <w:spacing w:after="24"/>
      </w:pPr>
      <w:r>
        <w:t>□  di essere cittadino/a italiano/a ovvero di altro Stato dell’Unione Europea ovvero di altro Stato che riconosca ai cittadini italiani il diritto di prestare attività per servizi analoghi;</w:t>
      </w:r>
    </w:p>
    <w:p w14:paraId="66B78738" w14:textId="77777777" w:rsidR="004F2015" w:rsidRDefault="00000000">
      <w:pPr>
        <w:widowControl w:val="0"/>
        <w:spacing w:after="24"/>
      </w:pPr>
      <w:r>
        <w:t>□  di possedere patente di guida n. __________________________ rilasciata da __________________________ in data __________________, con scadenza __________________;</w:t>
      </w:r>
    </w:p>
    <w:p w14:paraId="29CB625C" w14:textId="77777777" w:rsidR="004F2015" w:rsidRDefault="00000000">
      <w:pPr>
        <w:widowControl w:val="0"/>
        <w:spacing w:after="24"/>
      </w:pPr>
      <w:r>
        <w:t>□  di possedere il Certificato di Abilitazione Professionale previsto dal vigente Codice della Strada n. __________________ rilasciato da __________________ in data __________________, con scadenza __________________;</w:t>
      </w:r>
    </w:p>
    <w:p w14:paraId="7A89364A" w14:textId="77777777" w:rsidR="004F2015" w:rsidRDefault="00000000">
      <w:pPr>
        <w:widowControl w:val="0"/>
        <w:spacing w:after="24"/>
      </w:pPr>
      <w:r>
        <w:t>□  di essere iscritto/a nel Ruolo dei conducenti di cui all’art. 6 della Legge 15/01/1992 n. 21, ovvero in analogo elenco di uno Stato UE o di altro Stato ammesso dal Regolamento, presso __________________________________ n. iscrizione __________________ data __________________;</w:t>
      </w:r>
    </w:p>
    <w:p w14:paraId="7CF4B109" w14:textId="77777777" w:rsidR="004F2015" w:rsidRDefault="004F2015">
      <w:pPr>
        <w:widowControl w:val="0"/>
      </w:pPr>
    </w:p>
    <w:p w14:paraId="5238A5B9" w14:textId="77777777" w:rsidR="004F2015" w:rsidRDefault="00000000">
      <w:pPr>
        <w:widowControl w:val="0"/>
      </w:pPr>
      <w:r>
        <w:br w:type="page"/>
      </w:r>
    </w:p>
    <w:p w14:paraId="623A82FF" w14:textId="77777777" w:rsidR="004F2015" w:rsidRDefault="00000000">
      <w:pPr>
        <w:widowControl w:val="0"/>
        <w:spacing w:after="40"/>
        <w:jc w:val="center"/>
      </w:pPr>
      <w:r>
        <w:rPr>
          <w:b/>
        </w:rPr>
        <w:lastRenderedPageBreak/>
        <w:t>REQUISITI PER LA PARTECIPAZIONE</w:t>
      </w:r>
    </w:p>
    <w:p w14:paraId="79C053D7" w14:textId="77777777" w:rsidR="004F2015" w:rsidRDefault="00000000">
      <w:pPr>
        <w:widowControl w:val="0"/>
        <w:spacing w:after="24"/>
      </w:pPr>
      <w:r>
        <w:t>□  di avere la disponibilità di una sede e di una rimessa nel territorio del Comune di Tissi, in base a valido titolo giuridico, con adeguata destinazione urbanistica e in regola con la normativa applicabile in materia di prevenzione incendi e sicurezza sul lavoro;</w:t>
      </w:r>
    </w:p>
    <w:p w14:paraId="625D4BD3" w14:textId="77777777" w:rsidR="004F2015" w:rsidRDefault="00000000">
      <w:pPr>
        <w:widowControl w:val="0"/>
      </w:pPr>
      <w:r>
        <w:rPr>
          <w:sz w:val="17"/>
        </w:rPr>
        <w:t>Ubicazione sede/rimessa: Tissi, Via/Località _________________________________________________ n. ______</w:t>
      </w:r>
    </w:p>
    <w:p w14:paraId="3032CD12" w14:textId="77777777" w:rsidR="004F2015" w:rsidRDefault="00000000">
      <w:pPr>
        <w:widowControl w:val="0"/>
      </w:pPr>
      <w:r>
        <w:rPr>
          <w:sz w:val="17"/>
        </w:rPr>
        <w:t>Titolo di disponibilità: _____________________________________________________________________________</w:t>
      </w:r>
    </w:p>
    <w:p w14:paraId="27F20934" w14:textId="77777777" w:rsidR="004F2015" w:rsidRDefault="00000000">
      <w:pPr>
        <w:widowControl w:val="0"/>
        <w:spacing w:after="24"/>
      </w:pPr>
      <w:r>
        <w:t>□  oppure, ai fini della sola partecipazione al bando, di essere in possesso di contratto preliminare di compravendita o locazione regolarmente registrato, ovvero di formale dichiarazione del proprietario di impegno alla cessione/locazione subordinata all’assegnazione dell’autorizzazione;</w:t>
      </w:r>
    </w:p>
    <w:p w14:paraId="0B57C551" w14:textId="77777777" w:rsidR="004F2015" w:rsidRDefault="00000000">
      <w:pPr>
        <w:widowControl w:val="0"/>
      </w:pPr>
      <w:r>
        <w:rPr>
          <w:sz w:val="17"/>
        </w:rPr>
        <w:t>Estremi del preliminare/impegno: _____________________________________________________________________</w:t>
      </w:r>
    </w:p>
    <w:p w14:paraId="41397B75" w14:textId="77777777" w:rsidR="004F2015" w:rsidRDefault="00000000">
      <w:pPr>
        <w:widowControl w:val="0"/>
        <w:spacing w:after="40"/>
      </w:pPr>
      <w:r>
        <w:rPr>
          <w:i/>
          <w:sz w:val="17"/>
        </w:rPr>
        <w:t>Il/la sottoscritto/a prende atto che, in caso di assegnazione, dovrà produrre e registrare il contratto definitivo prima del formale rilascio dell’autorizzazione.</w:t>
      </w:r>
    </w:p>
    <w:p w14:paraId="554218D6" w14:textId="77777777" w:rsidR="004F2015" w:rsidRDefault="00000000">
      <w:pPr>
        <w:widowControl w:val="0"/>
        <w:spacing w:after="24"/>
      </w:pPr>
      <w:r>
        <w:t>□  di essere proprietario/a o comunque avere la piena disponibilità, anche in leasing, del veicolo da destinare al servizio NCC;</w:t>
      </w:r>
    </w:p>
    <w:p w14:paraId="63BFA1B5" w14:textId="77777777" w:rsidR="004F2015" w:rsidRDefault="00000000">
      <w:pPr>
        <w:widowControl w:val="0"/>
        <w:spacing w:after="24"/>
      </w:pPr>
      <w:r>
        <w:t>□  oppure, ai fini della sola partecipazione al bando, di presentare formale impegno all’acquisto/leasing/noleggio a lungo termine, preventivo o contratto preliminare condizionato all’assegnazione dell’autorizzazione;</w:t>
      </w:r>
    </w:p>
    <w:p w14:paraId="49AB8009" w14:textId="77777777" w:rsidR="004F2015" w:rsidRDefault="00000000">
      <w:pPr>
        <w:widowControl w:val="0"/>
      </w:pPr>
      <w:r>
        <w:rPr>
          <w:sz w:val="17"/>
        </w:rPr>
        <w:t>Marca ______________________________ modello ______________________________ alimentazione __________________</w:t>
      </w:r>
    </w:p>
    <w:p w14:paraId="535BA698" w14:textId="77777777" w:rsidR="004F2015" w:rsidRDefault="00000000">
      <w:pPr>
        <w:widowControl w:val="0"/>
      </w:pPr>
      <w:r>
        <w:rPr>
          <w:sz w:val="17"/>
        </w:rPr>
        <w:t>Targa (se disponibile) __________________________ data prima immatricolazione (se disponibile) ________________</w:t>
      </w:r>
    </w:p>
    <w:p w14:paraId="7E130070" w14:textId="77777777" w:rsidR="004F2015" w:rsidRDefault="00000000">
      <w:pPr>
        <w:widowControl w:val="0"/>
      </w:pPr>
      <w:r>
        <w:rPr>
          <w:sz w:val="17"/>
        </w:rPr>
        <w:t>Documento/titolo/impegno: ___________________________________________________________________________</w:t>
      </w:r>
    </w:p>
    <w:p w14:paraId="3A04C61E" w14:textId="77777777" w:rsidR="004F2015" w:rsidRDefault="00000000">
      <w:pPr>
        <w:widowControl w:val="0"/>
        <w:spacing w:after="40"/>
      </w:pPr>
      <w:r>
        <w:rPr>
          <w:i/>
          <w:sz w:val="17"/>
        </w:rPr>
        <w:t>Il/la sottoscritto/a prende atto che, in caso di assegnazione, dovrà dimostrare entro il termine perentorio stabilito dal bando l’effettiva disponibilità del veicolo, regolarmente immatricolato per l’uso di terzi da piazza (N.C.C.), pena la perdita del diritto al rilascio dell’autorizzazione.</w:t>
      </w:r>
    </w:p>
    <w:p w14:paraId="6431496F" w14:textId="77777777" w:rsidR="004F2015" w:rsidRDefault="00000000">
      <w:pPr>
        <w:widowControl w:val="0"/>
        <w:spacing w:after="24"/>
      </w:pPr>
      <w:r>
        <w:t>□  di non essere titolare di licenza per il servizio Taxi;</w:t>
      </w:r>
    </w:p>
    <w:p w14:paraId="51DB0DAD" w14:textId="77777777" w:rsidR="004F2015" w:rsidRDefault="00000000">
      <w:pPr>
        <w:widowControl w:val="0"/>
        <w:spacing w:after="24"/>
      </w:pPr>
      <w:r>
        <w:t>□  di non avere trasferito precedente licenza o autorizzazione nei cinque anni precedenti;</w:t>
      </w:r>
    </w:p>
    <w:p w14:paraId="5BA88455" w14:textId="77777777" w:rsidR="004F2015" w:rsidRDefault="00000000">
      <w:pPr>
        <w:widowControl w:val="0"/>
        <w:spacing w:after="24"/>
      </w:pPr>
      <w:r>
        <w:t>□  di non svolgere altre attività lavorative in modo prevalente rispetto all’attività NCC o comunque in modo tale da comprometterne la regolarità e la sicurezza; in caso di imprenditore privato, di prendere atto che l’attività NCC deve essere svolta in maniera esclusiva secondo quanto previsto dal Regolamento;</w:t>
      </w:r>
    </w:p>
    <w:p w14:paraId="6AE98C97" w14:textId="77777777" w:rsidR="004F2015" w:rsidRDefault="00000000">
      <w:pPr>
        <w:widowControl w:val="0"/>
        <w:spacing w:after="24"/>
      </w:pPr>
      <w:r>
        <w:t>□  di non aver riportato una o più condanne irrevocabili a pena detentiva in misura superiore, complessivamente, a due anni per delitti non colposi e di non essere stato/a sottoposto/a a misure di prevenzione e restrizione della libertà personale da parte dell’autorità giudiziaria;</w:t>
      </w:r>
    </w:p>
    <w:p w14:paraId="1CC36349" w14:textId="77777777" w:rsidR="004F2015" w:rsidRDefault="00000000">
      <w:pPr>
        <w:widowControl w:val="0"/>
        <w:spacing w:after="24"/>
      </w:pPr>
      <w:r>
        <w:t>□  di non aver riportato condanne definitive per reati contro il patrimonio e l’ordine pubblico, salvo che sia intervenuta sentenza di riabilitazione;</w:t>
      </w:r>
    </w:p>
    <w:p w14:paraId="0EC4A6B0" w14:textId="77777777" w:rsidR="004F2015" w:rsidRDefault="00000000">
      <w:pPr>
        <w:widowControl w:val="0"/>
        <w:spacing w:after="24"/>
      </w:pPr>
      <w:r>
        <w:t>□  di non essere incorso/a nei provvedimenti ostativi richiamati dall’art. 8 del Regolamento comunale, ivi compresi quelli previsti dal D.Lgs. n. 159/2011 e dalle ulteriori norme in materia di misure di prevenzione e antimafia ivi richiamate;</w:t>
      </w:r>
    </w:p>
    <w:p w14:paraId="293B6623" w14:textId="77777777" w:rsidR="004F2015" w:rsidRDefault="00000000">
      <w:pPr>
        <w:widowControl w:val="0"/>
        <w:spacing w:after="24"/>
      </w:pPr>
      <w:r>
        <w:t>□  di non essere stato/a assoggettato/a e di non avere in corso procedure fallimentari ovvero, in caso positivo, di avere conseguito la riabilitazione a norma di legge;</w:t>
      </w:r>
    </w:p>
    <w:p w14:paraId="66CA0908" w14:textId="77777777" w:rsidR="004F2015" w:rsidRDefault="00000000">
      <w:pPr>
        <w:widowControl w:val="0"/>
        <w:spacing w:after="24"/>
      </w:pPr>
      <w:r>
        <w:t>□  di non essere incorso/a, nel quinquennio precedente la domanda, nella decadenza o nella revoca di un’autorizzazione NCC, anche da parte di altri Comuni;</w:t>
      </w:r>
    </w:p>
    <w:p w14:paraId="6FC95A36" w14:textId="77777777" w:rsidR="004F2015" w:rsidRDefault="00000000">
      <w:pPr>
        <w:widowControl w:val="0"/>
        <w:spacing w:after="24"/>
      </w:pPr>
      <w:r>
        <w:t>□  di non essere incorso/a in provvedimenti di sospensione della patente di guida;</w:t>
      </w:r>
    </w:p>
    <w:p w14:paraId="1A96AF73" w14:textId="77777777" w:rsidR="004F2015" w:rsidRDefault="00000000">
      <w:pPr>
        <w:widowControl w:val="0"/>
        <w:spacing w:after="24"/>
      </w:pPr>
      <w:r>
        <w:t>□  nel caso di impresa individuale, che il requisito dell’onorabilità è posseduto dal soggetto preposto alla guida dell’autovettura;</w:t>
      </w:r>
    </w:p>
    <w:p w14:paraId="21D57C90" w14:textId="77777777" w:rsidR="004F2015" w:rsidRDefault="00000000">
      <w:pPr>
        <w:widowControl w:val="0"/>
        <w:spacing w:after="24"/>
      </w:pPr>
      <w:r>
        <w:t>□  di prendere atto che, per l’esercizio del servizio NCC, è richiesta l’iscrizione al Registro delle Imprese tenuto presso la Camera di Commercio; se già iscritto/a: CCIAA ______________________ REA ______________________;</w:t>
      </w:r>
    </w:p>
    <w:p w14:paraId="1618531E" w14:textId="77777777" w:rsidR="004F2015" w:rsidRDefault="004F2015">
      <w:pPr>
        <w:widowControl w:val="0"/>
      </w:pPr>
    </w:p>
    <w:p w14:paraId="3E395F38" w14:textId="77777777" w:rsidR="004F2015" w:rsidRDefault="00000000">
      <w:pPr>
        <w:widowControl w:val="0"/>
      </w:pPr>
      <w:r>
        <w:br w:type="page"/>
      </w:r>
    </w:p>
    <w:p w14:paraId="3A06BF76" w14:textId="77777777" w:rsidR="004F2015" w:rsidRDefault="004F2015">
      <w:pPr>
        <w:widowControl w:val="0"/>
        <w:pBdr>
          <w:bottom w:val="single" w:sz="4" w:space="1" w:color="808080"/>
        </w:pBdr>
        <w:spacing w:after="20"/>
      </w:pPr>
    </w:p>
    <w:p w14:paraId="2FEBDCB9" w14:textId="77777777" w:rsidR="004F2015" w:rsidRDefault="00000000">
      <w:pPr>
        <w:widowControl w:val="0"/>
        <w:spacing w:before="40" w:after="20"/>
        <w:jc w:val="center"/>
      </w:pPr>
      <w:r>
        <w:rPr>
          <w:b/>
          <w:sz w:val="20"/>
        </w:rPr>
        <w:t>TITOLI OGGETTO DI VALUTAZIONE</w:t>
      </w:r>
    </w:p>
    <w:p w14:paraId="067F6A4B" w14:textId="77777777" w:rsidR="004F2015" w:rsidRDefault="00000000">
      <w:pPr>
        <w:widowControl w:val="0"/>
        <w:spacing w:after="60"/>
      </w:pPr>
      <w:r>
        <w:rPr>
          <w:sz w:val="17"/>
        </w:rPr>
        <w:t>Il/la concorrente dichiara i seguenti titoli ai fini dell’attribuzione del punteggio previsto dall’art. 11 del Regolamento comunale. Punteggio massimo complessivo: 30 punti.</w:t>
      </w:r>
    </w:p>
    <w:p w14:paraId="611D84DA" w14:textId="77777777" w:rsidR="004F2015" w:rsidRDefault="00000000">
      <w:pPr>
        <w:widowControl w:val="0"/>
        <w:spacing w:before="20" w:after="20"/>
        <w:jc w:val="center"/>
      </w:pPr>
      <w:r>
        <w:rPr>
          <w:b/>
        </w:rPr>
        <w:t>TITOLI DI SERVIZIO – massimo 7 punti</w:t>
      </w:r>
    </w:p>
    <w:p w14:paraId="447E9595" w14:textId="77777777" w:rsidR="004F2015" w:rsidRDefault="00000000">
      <w:pPr>
        <w:widowControl w:val="0"/>
        <w:spacing w:after="24"/>
      </w:pPr>
      <w:r>
        <w:t>□  Servizio effettivo come titolare di impresa NCC o collaboratore familiare/socio di cooperativa NCC (minimo 6 mesi continuativi): 0,50 punti per semestre, massimo 3,50 punti.</w:t>
      </w:r>
    </w:p>
    <w:p w14:paraId="473D4EAB" w14:textId="77777777" w:rsidR="004F2015" w:rsidRDefault="00000000">
      <w:pPr>
        <w:widowControl w:val="0"/>
      </w:pPr>
      <w:r>
        <w:rPr>
          <w:sz w:val="17"/>
        </w:rPr>
        <w:t>Impresa/cooperativa __________________________________________ dal ______________ al ______________</w:t>
      </w:r>
    </w:p>
    <w:p w14:paraId="15FFD249" w14:textId="77777777" w:rsidR="004F2015" w:rsidRDefault="00000000">
      <w:pPr>
        <w:widowControl w:val="0"/>
      </w:pPr>
      <w:r>
        <w:rPr>
          <w:sz w:val="17"/>
        </w:rPr>
        <w:t>Ulteriori periodi __________________________________________________________________________________</w:t>
      </w:r>
    </w:p>
    <w:p w14:paraId="1232FE08" w14:textId="77777777" w:rsidR="004F2015" w:rsidRDefault="00000000">
      <w:pPr>
        <w:widowControl w:val="0"/>
        <w:spacing w:after="24"/>
      </w:pPr>
      <w:r>
        <w:t>□  Servizio come sostituto alla guida o dipendente nel servizio Taxi o NCC (minimo 6 mesi continuativi): 0,25 punti per semestre, massimo 3,50 punti.</w:t>
      </w:r>
    </w:p>
    <w:p w14:paraId="494845A2" w14:textId="77777777" w:rsidR="004F2015" w:rsidRDefault="00000000">
      <w:pPr>
        <w:widowControl w:val="0"/>
      </w:pPr>
      <w:r>
        <w:rPr>
          <w:sz w:val="17"/>
        </w:rPr>
        <w:t>Datore/impresa ______________________________________________ dal ______________ al ______________</w:t>
      </w:r>
    </w:p>
    <w:p w14:paraId="74A431B0" w14:textId="77777777" w:rsidR="004F2015" w:rsidRDefault="00000000">
      <w:pPr>
        <w:widowControl w:val="0"/>
      </w:pPr>
      <w:r>
        <w:rPr>
          <w:sz w:val="17"/>
        </w:rPr>
        <w:t>Ulteriori periodi __________________________________________________________________________________</w:t>
      </w:r>
    </w:p>
    <w:p w14:paraId="5A1324F9" w14:textId="77777777" w:rsidR="004F2015" w:rsidRDefault="00000000">
      <w:pPr>
        <w:widowControl w:val="0"/>
        <w:spacing w:before="40" w:after="20"/>
        <w:jc w:val="center"/>
      </w:pPr>
      <w:r>
        <w:rPr>
          <w:b/>
        </w:rPr>
        <w:t>LINGUE STRANIERE – massimo 2 punti</w:t>
      </w:r>
    </w:p>
    <w:p w14:paraId="2B7E3DFF" w14:textId="77777777" w:rsidR="004F2015" w:rsidRDefault="00000000">
      <w:pPr>
        <w:widowControl w:val="0"/>
      </w:pPr>
      <w:r>
        <w:rPr>
          <w:sz w:val="17"/>
        </w:rPr>
        <w:t>Conoscenza della lingua inglese attestata da diploma/certificazione rilasciata da scuola legalmente riconosciuta:</w:t>
      </w:r>
    </w:p>
    <w:p w14:paraId="251D3BCD" w14:textId="77777777" w:rsidR="004F2015" w:rsidRDefault="00000000">
      <w:pPr>
        <w:widowControl w:val="0"/>
        <w:spacing w:after="24"/>
      </w:pPr>
      <w:r>
        <w:rPr>
          <w:sz w:val="17"/>
        </w:rPr>
        <w:t>□  C2 – 1,50 punti     □ C1 – 1,30 punti     □ B2 – 1,20 punti     □ B1 – 0,80 punti     □ A2 – 0,40 punti     □ A1 – 0,20 punti</w:t>
      </w:r>
    </w:p>
    <w:p w14:paraId="6D8BEAFB" w14:textId="77777777" w:rsidR="004F2015" w:rsidRDefault="00000000">
      <w:pPr>
        <w:widowControl w:val="0"/>
      </w:pPr>
      <w:r>
        <w:rPr>
          <w:sz w:val="17"/>
        </w:rPr>
        <w:t>Ente/scuola ______________________________________________ titolo __________________ data ____________</w:t>
      </w:r>
    </w:p>
    <w:p w14:paraId="2BC29246" w14:textId="77777777" w:rsidR="004F2015" w:rsidRDefault="00000000">
      <w:pPr>
        <w:widowControl w:val="0"/>
      </w:pPr>
      <w:r>
        <w:rPr>
          <w:sz w:val="17"/>
        </w:rPr>
        <w:t>Ulteriore lingua straniera: ______________________________</w:t>
      </w:r>
    </w:p>
    <w:p w14:paraId="62726144" w14:textId="77777777" w:rsidR="004F2015" w:rsidRDefault="00000000">
      <w:pPr>
        <w:widowControl w:val="0"/>
        <w:spacing w:after="24"/>
      </w:pPr>
      <w:r>
        <w:rPr>
          <w:sz w:val="17"/>
        </w:rPr>
        <w:t>□  C2 – 0,50 punti     □ C1 – 0,40 punti     □ B2 – 0,30 punti     □ B1 – 0,20 punti     □ A2 – 0,10 punti     □ A1 – 0,05 punti</w:t>
      </w:r>
    </w:p>
    <w:p w14:paraId="590A65BD" w14:textId="77777777" w:rsidR="004F2015" w:rsidRDefault="00000000">
      <w:pPr>
        <w:widowControl w:val="0"/>
      </w:pPr>
      <w:r>
        <w:rPr>
          <w:sz w:val="17"/>
        </w:rPr>
        <w:t>Ente/scuola ______________________________________________ titolo __________________ data ____________</w:t>
      </w:r>
    </w:p>
    <w:p w14:paraId="7EEDDD0C" w14:textId="77777777" w:rsidR="004F2015" w:rsidRDefault="00000000">
      <w:pPr>
        <w:widowControl w:val="0"/>
        <w:spacing w:before="40" w:after="20"/>
        <w:jc w:val="center"/>
      </w:pPr>
      <w:r>
        <w:rPr>
          <w:b/>
        </w:rPr>
        <w:t>REQUISITI PROFESSIONALI – massimo 10 punti</w:t>
      </w:r>
    </w:p>
    <w:p w14:paraId="064609F4" w14:textId="77777777" w:rsidR="004F2015" w:rsidRDefault="00000000">
      <w:pPr>
        <w:widowControl w:val="0"/>
        <w:spacing w:after="24"/>
      </w:pPr>
      <w:r>
        <w:t>□  Anzianità di iscrizione al Ruolo dei conducenti ex art. 6 L. n. 21/1992, con CAP in corso di validità: 1 punto per ogni anno di iscrizione, massimo 10 punti.</w:t>
      </w:r>
    </w:p>
    <w:p w14:paraId="47F87B08" w14:textId="77777777" w:rsidR="004F2015" w:rsidRDefault="00000000">
      <w:pPr>
        <w:widowControl w:val="0"/>
      </w:pPr>
      <w:r>
        <w:rPr>
          <w:sz w:val="17"/>
        </w:rPr>
        <w:t>Data iscrizione al Ruolo ________________________ anni dichiarati ai fini del punteggio ________________</w:t>
      </w:r>
    </w:p>
    <w:p w14:paraId="2294ADE3" w14:textId="77777777" w:rsidR="004F2015" w:rsidRDefault="00000000">
      <w:pPr>
        <w:widowControl w:val="0"/>
        <w:spacing w:before="40" w:after="20"/>
        <w:jc w:val="center"/>
      </w:pPr>
      <w:r>
        <w:rPr>
          <w:b/>
        </w:rPr>
        <w:t>ALTRI TITOLI – massimo 4 punti</w:t>
      </w:r>
    </w:p>
    <w:p w14:paraId="3CDF97FC" w14:textId="77777777" w:rsidR="004F2015" w:rsidRDefault="00000000">
      <w:pPr>
        <w:widowControl w:val="0"/>
        <w:spacing w:after="24"/>
      </w:pPr>
      <w:r>
        <w:t>□  Non essere titolare di altra autorizzazione NCC o licenza Taxi, anche in altri Comuni – 1 punto.</w:t>
      </w:r>
    </w:p>
    <w:p w14:paraId="68D67310" w14:textId="77777777" w:rsidR="004F2015" w:rsidRDefault="00000000">
      <w:pPr>
        <w:widowControl w:val="0"/>
        <w:spacing w:after="24"/>
      </w:pPr>
      <w:r>
        <w:t>□  Stato di disoccupazione – 0,25 punti per semestre, massimo 1 punto. Decorrenza: ______________________</w:t>
      </w:r>
    </w:p>
    <w:p w14:paraId="060928D3" w14:textId="77777777" w:rsidR="004F2015" w:rsidRDefault="00000000">
      <w:pPr>
        <w:widowControl w:val="0"/>
        <w:spacing w:after="24"/>
      </w:pPr>
      <w:r>
        <w:t>□  Residenza anagrafica nel Comune di Tissi per le persone fisiche, ovvero sede legale nel Comune di Tissi per le persone giuridiche, alla data di presentazione della domanda – 2 punti.</w:t>
      </w:r>
    </w:p>
    <w:p w14:paraId="286FCB5E" w14:textId="77777777" w:rsidR="004F2015" w:rsidRDefault="004F2015">
      <w:pPr>
        <w:widowControl w:val="0"/>
      </w:pPr>
    </w:p>
    <w:p w14:paraId="63D9AF23" w14:textId="77777777" w:rsidR="004F2015" w:rsidRDefault="00000000">
      <w:pPr>
        <w:widowControl w:val="0"/>
      </w:pPr>
      <w:r>
        <w:br w:type="page"/>
      </w:r>
    </w:p>
    <w:p w14:paraId="3120B153" w14:textId="77777777" w:rsidR="004F2015" w:rsidRDefault="00000000">
      <w:pPr>
        <w:widowControl w:val="0"/>
        <w:spacing w:after="20"/>
        <w:jc w:val="center"/>
      </w:pPr>
      <w:r>
        <w:rPr>
          <w:b/>
        </w:rPr>
        <w:lastRenderedPageBreak/>
        <w:t>QUALITÀ E REPERIBILITÀ DEL SERVIZIO – massimo 2 punti</w:t>
      </w:r>
    </w:p>
    <w:p w14:paraId="4E3F8E4D" w14:textId="77777777" w:rsidR="004F2015" w:rsidRDefault="00000000">
      <w:pPr>
        <w:widowControl w:val="0"/>
        <w:spacing w:after="24"/>
      </w:pPr>
      <w:r>
        <w:t>□  IMPEGNO FORMALMENTE a garantire la reperibilità del servizio tramite recapito telefonico nella fascia notturna dalle ore 22:00 alle ore 06:00 – 0,50 punti.</w:t>
      </w:r>
    </w:p>
    <w:p w14:paraId="5DD5A4FC" w14:textId="721CCB61" w:rsidR="004F2015" w:rsidRDefault="0096360B">
      <w:pPr>
        <w:widowControl w:val="0"/>
        <w:spacing w:after="24"/>
      </w:pPr>
      <w:r>
        <w:t>□ IMPEGNO FORMALMENTE a garantire la reperibilità del servizio tramite recapito telefonico nei giorni festivi da calendario – 0,50 punti.</w:t>
      </w:r>
    </w:p>
    <w:p w14:paraId="45E00F22" w14:textId="58DDD502" w:rsidR="004F2015" w:rsidRDefault="0096360B">
      <w:pPr>
        <w:widowControl w:val="0"/>
        <w:spacing w:after="24"/>
      </w:pPr>
      <w:r>
        <w:t>□ IMPEGNO FORMALMENTE a garantire la tempestività del servizio mediante piattaforme di intermediazione (app o centralino) tra domanda e offerta, al fine di individuare il vettore più prossimo al punto di prelievo dell’utente – 1 punto.</w:t>
      </w:r>
    </w:p>
    <w:p w14:paraId="5B172A8B" w14:textId="77777777" w:rsidR="0096360B" w:rsidRDefault="0096360B">
      <w:pPr>
        <w:widowControl w:val="0"/>
        <w:spacing w:after="24"/>
      </w:pPr>
    </w:p>
    <w:p w14:paraId="12926557" w14:textId="77777777" w:rsidR="004F2015" w:rsidRDefault="00000000">
      <w:pPr>
        <w:widowControl w:val="0"/>
        <w:spacing w:before="40" w:after="20"/>
        <w:jc w:val="center"/>
      </w:pPr>
      <w:r>
        <w:rPr>
          <w:b/>
        </w:rPr>
        <w:t>CARATTERISTICHE DEL VEICOLO – massimo 5 punti</w:t>
      </w:r>
    </w:p>
    <w:p w14:paraId="15466E89" w14:textId="77777777" w:rsidR="004F2015" w:rsidRDefault="00000000">
      <w:pPr>
        <w:widowControl w:val="0"/>
      </w:pPr>
      <w:r>
        <w:rPr>
          <w:i/>
          <w:sz w:val="17"/>
        </w:rPr>
        <w:t>Le caratteristiche dichiarate devono riferirsi al veicolo già disponibile o al veicolo che il concorrente si impegna ad acquisire in caso di assegnazione.</w:t>
      </w:r>
    </w:p>
    <w:p w14:paraId="4A0B2C86" w14:textId="77777777" w:rsidR="004F2015" w:rsidRDefault="00000000">
      <w:pPr>
        <w:widowControl w:val="0"/>
        <w:spacing w:after="24"/>
      </w:pPr>
      <w:r>
        <w:t>□  Veicolo idoneo al trasporto di soggetti portatori di handicap di particolare gravità – 2 punti.</w:t>
      </w:r>
    </w:p>
    <w:p w14:paraId="29B7F7B5" w14:textId="77777777" w:rsidR="004F2015" w:rsidRDefault="00000000">
      <w:pPr>
        <w:widowControl w:val="0"/>
        <w:spacing w:after="24"/>
      </w:pPr>
      <w:r>
        <w:t>□  Veicolo a bassissimo impatto ambientale: □ elettrico puro   □ ibrido plug-in – 2 punti.</w:t>
      </w:r>
    </w:p>
    <w:p w14:paraId="11A6AB3B" w14:textId="77777777" w:rsidR="004F2015" w:rsidRDefault="00000000">
      <w:pPr>
        <w:widowControl w:val="0"/>
      </w:pPr>
      <w:r>
        <w:rPr>
          <w:sz w:val="17"/>
        </w:rPr>
        <w:t>Data di prima immatricolazione: ____________________________</w:t>
      </w:r>
    </w:p>
    <w:p w14:paraId="4203AD0E" w14:textId="77777777" w:rsidR="004F2015" w:rsidRDefault="00000000">
      <w:pPr>
        <w:widowControl w:val="0"/>
        <w:spacing w:after="24"/>
      </w:pPr>
      <w:r>
        <w:t>□  Immatricolazione non superiore a 2 anni – 0,20 punti.</w:t>
      </w:r>
    </w:p>
    <w:p w14:paraId="2212DBE3" w14:textId="77777777" w:rsidR="004F2015" w:rsidRDefault="00000000">
      <w:pPr>
        <w:widowControl w:val="0"/>
        <w:spacing w:after="24"/>
      </w:pPr>
      <w:r>
        <w:t>□  Immatricolazione non superiore a 1 anno – 0,50 punti.</w:t>
      </w:r>
    </w:p>
    <w:p w14:paraId="488A5939" w14:textId="77777777" w:rsidR="004F2015" w:rsidRDefault="00000000">
      <w:pPr>
        <w:widowControl w:val="0"/>
        <w:spacing w:after="24"/>
      </w:pPr>
      <w:r>
        <w:t>□  Immatricolazione non superiore a 6 mesi – 1,00 punto.</w:t>
      </w:r>
    </w:p>
    <w:p w14:paraId="7E8DBDAA" w14:textId="77777777" w:rsidR="004F2015" w:rsidRDefault="00000000">
      <w:pPr>
        <w:widowControl w:val="0"/>
        <w:spacing w:after="60"/>
      </w:pPr>
      <w:r>
        <w:rPr>
          <w:i/>
          <w:sz w:val="16"/>
        </w:rPr>
        <w:t>Le tre fasce di anzianità del veicolo sono da intendersi alternative e non cumulabili; è attribuito il solo punteggio corrispondente alla fascia posseduta.</w:t>
      </w:r>
    </w:p>
    <w:p w14:paraId="1EB21A6C" w14:textId="77777777" w:rsidR="004F2015" w:rsidRDefault="004F2015">
      <w:pPr>
        <w:widowControl w:val="0"/>
        <w:pBdr>
          <w:bottom w:val="single" w:sz="4" w:space="1" w:color="808080"/>
        </w:pBdr>
        <w:spacing w:after="20"/>
      </w:pPr>
    </w:p>
    <w:p w14:paraId="31AC57DC" w14:textId="77777777" w:rsidR="004F2015" w:rsidRDefault="00000000">
      <w:pPr>
        <w:widowControl w:val="0"/>
        <w:spacing w:before="40" w:after="20"/>
        <w:jc w:val="center"/>
      </w:pPr>
      <w:r>
        <w:rPr>
          <w:b/>
        </w:rPr>
        <w:t>CRITERI PREFERENZIALI IN CASO DI PARITÀ</w:t>
      </w:r>
    </w:p>
    <w:p w14:paraId="3BB3565C" w14:textId="77777777" w:rsidR="004F2015" w:rsidRDefault="00000000">
      <w:pPr>
        <w:widowControl w:val="0"/>
      </w:pPr>
      <w:r>
        <w:rPr>
          <w:sz w:val="17"/>
        </w:rPr>
        <w:t>In caso di parità di punteggio complessivo, la posizione in graduatoria è determinata applicando, nell’ordine previsto dal Regolamento comunale, i seguenti criteri:</w:t>
      </w:r>
    </w:p>
    <w:p w14:paraId="6A04CD2E" w14:textId="77777777" w:rsidR="004F2015" w:rsidRDefault="00000000">
      <w:pPr>
        <w:widowControl w:val="0"/>
        <w:spacing w:after="24"/>
      </w:pPr>
      <w:r>
        <w:t>□  aver prestato servizio come dipendente o sostituto alla guida presso un’impresa NCC per almeno 6 mesi;</w:t>
      </w:r>
    </w:p>
    <w:p w14:paraId="55403BAC" w14:textId="77777777" w:rsidR="004F2015" w:rsidRDefault="00000000">
      <w:pPr>
        <w:widowControl w:val="0"/>
        <w:spacing w:after="24"/>
      </w:pPr>
      <w:r>
        <w:t>□  presenza nel nucleo familiare anagrafico di un soggetto con disabilità accertata ai sensi della Legge n. 104/1992;</w:t>
      </w:r>
    </w:p>
    <w:p w14:paraId="1C3E06C9" w14:textId="77777777" w:rsidR="004F2015" w:rsidRDefault="00000000">
      <w:pPr>
        <w:widowControl w:val="0"/>
        <w:spacing w:after="24"/>
      </w:pPr>
      <w:r>
        <w:t>□  maggior numero di familiari fiscalmente a carico: n. ________;</w:t>
      </w:r>
    </w:p>
    <w:p w14:paraId="12970392" w14:textId="77777777" w:rsidR="004F2015" w:rsidRDefault="00000000">
      <w:pPr>
        <w:widowControl w:val="0"/>
        <w:spacing w:after="24"/>
      </w:pPr>
      <w:r>
        <w:t>□  minore età anagrafica.</w:t>
      </w:r>
    </w:p>
    <w:p w14:paraId="4670B482" w14:textId="77777777" w:rsidR="004F2015" w:rsidRDefault="00000000">
      <w:pPr>
        <w:widowControl w:val="0"/>
        <w:spacing w:before="40" w:after="20"/>
        <w:jc w:val="center"/>
      </w:pPr>
      <w:r>
        <w:rPr>
          <w:b/>
        </w:rPr>
        <w:t>DICHIARAZIONI FINALI</w:t>
      </w:r>
    </w:p>
    <w:p w14:paraId="6CC9A91A" w14:textId="77777777" w:rsidR="004F2015" w:rsidRDefault="00000000">
      <w:pPr>
        <w:widowControl w:val="0"/>
        <w:spacing w:after="24"/>
      </w:pPr>
      <w:r>
        <w:t>□  di essere consapevole che gli impegni sulla qualità e reperibilità del servizio, qualora abbiano determinato l’attribuzione del relativo punteggio, sono vincolanti nell’esercizio dell’attività secondo il Regolamento comunale;</w:t>
      </w:r>
    </w:p>
    <w:p w14:paraId="0F694E66" w14:textId="77777777" w:rsidR="004F2015" w:rsidRDefault="00000000">
      <w:pPr>
        <w:widowControl w:val="0"/>
        <w:spacing w:after="24"/>
      </w:pPr>
      <w:r>
        <w:t>□  di impegnarsi, qualora il punteggio relativo al veicolo sia attribuito sulla base di caratteristiche di un mezzo ancora da acquisire, a dimostrare nei termini del bando la disponibilità di un veicolo avente le caratteristiche dichiarate e valutate;</w:t>
      </w:r>
    </w:p>
    <w:p w14:paraId="55F14D96" w14:textId="77777777" w:rsidR="004F2015" w:rsidRDefault="00000000">
      <w:pPr>
        <w:widowControl w:val="0"/>
        <w:spacing w:after="24"/>
      </w:pPr>
      <w:r>
        <w:t>□  di autorizzare il Comune di Tissi a effettuare i controlli previsti dalla normativa vigente sulle dichiarazioni rese;</w:t>
      </w:r>
    </w:p>
    <w:p w14:paraId="253A459E" w14:textId="63A45FA3" w:rsidR="004F2015" w:rsidRDefault="00000000">
      <w:pPr>
        <w:widowControl w:val="0"/>
        <w:spacing w:after="24"/>
      </w:pPr>
      <w:proofErr w:type="gramStart"/>
      <w:r>
        <w:t xml:space="preserve">□  </w:t>
      </w:r>
      <w:r w:rsidR="0096360B">
        <w:t>d</w:t>
      </w:r>
      <w:r w:rsidR="0096360B" w:rsidRPr="0096360B">
        <w:t>i</w:t>
      </w:r>
      <w:proofErr w:type="gramEnd"/>
      <w:r w:rsidR="0096360B" w:rsidRPr="0096360B">
        <w:t xml:space="preserve"> autorizzare il Comune di Tissi al trattamento dei propri dati personali contenuti nella presente domanda per le finalità connesse alla procedura in oggetto, ai sensi del D. Lgs. n. 196/2003 e del Regolamento U.E. 679/2016.</w:t>
      </w:r>
    </w:p>
    <w:p w14:paraId="478D74DF" w14:textId="77777777" w:rsidR="004F2015" w:rsidRDefault="004F2015">
      <w:pPr>
        <w:widowControl w:val="0"/>
      </w:pPr>
    </w:p>
    <w:p w14:paraId="18C96AE0" w14:textId="77777777" w:rsidR="004F2015" w:rsidRDefault="00000000">
      <w:pPr>
        <w:widowControl w:val="0"/>
      </w:pPr>
      <w:r>
        <w:br w:type="page"/>
      </w:r>
    </w:p>
    <w:p w14:paraId="0215E161" w14:textId="77777777" w:rsidR="004F2015" w:rsidRDefault="00000000">
      <w:pPr>
        <w:widowControl w:val="0"/>
        <w:spacing w:after="40"/>
        <w:jc w:val="center"/>
      </w:pPr>
      <w:r>
        <w:rPr>
          <w:b/>
          <w:sz w:val="19"/>
        </w:rPr>
        <w:lastRenderedPageBreak/>
        <w:t>DOCUMENTAZIONE ALLEGATA ALLA DOMANDA</w:t>
      </w:r>
    </w:p>
    <w:p w14:paraId="1C73FD17" w14:textId="77777777" w:rsidR="004F2015" w:rsidRDefault="00000000">
      <w:pPr>
        <w:widowControl w:val="0"/>
        <w:spacing w:after="24"/>
      </w:pPr>
      <w:r>
        <w:t>□  copia di un documento di identità in corso di validità, ove necessaria ai sensi della normativa vigente;</w:t>
      </w:r>
    </w:p>
    <w:p w14:paraId="28C10D56" w14:textId="77777777" w:rsidR="004F2015" w:rsidRDefault="00000000">
      <w:pPr>
        <w:widowControl w:val="0"/>
        <w:spacing w:after="24"/>
      </w:pPr>
      <w:r>
        <w:t>□  copia della patente di guida;</w:t>
      </w:r>
    </w:p>
    <w:p w14:paraId="11296CA5" w14:textId="77777777" w:rsidR="004F2015" w:rsidRDefault="00000000">
      <w:pPr>
        <w:widowControl w:val="0"/>
        <w:spacing w:after="24"/>
      </w:pPr>
      <w:r>
        <w:t>□  copia del Certificato di Abilitazione Professionale;</w:t>
      </w:r>
    </w:p>
    <w:p w14:paraId="7D39A598" w14:textId="77777777" w:rsidR="004F2015" w:rsidRDefault="00000000">
      <w:pPr>
        <w:widowControl w:val="0"/>
        <w:spacing w:after="24"/>
      </w:pPr>
      <w:r>
        <w:t>□  documentazione/estremi relativi all’iscrizione al Ruolo dei conducenti;</w:t>
      </w:r>
    </w:p>
    <w:p w14:paraId="2792A624" w14:textId="77777777" w:rsidR="004F2015" w:rsidRDefault="00000000">
      <w:pPr>
        <w:widowControl w:val="0"/>
        <w:spacing w:after="24"/>
      </w:pPr>
      <w:r>
        <w:t>□  documentazione relativa alla sede e alla rimessa, ove necessaria: titolo di disponibilità / contratto preliminare registrato / dichiarazione di impegno del proprietario;</w:t>
      </w:r>
    </w:p>
    <w:p w14:paraId="3FFC7889" w14:textId="77777777" w:rsidR="004F2015" w:rsidRDefault="00000000">
      <w:pPr>
        <w:widowControl w:val="0"/>
        <w:spacing w:after="24"/>
      </w:pPr>
      <w:r>
        <w:t>□  documentazione relativa al veicolo: titolo di disponibilità / impegno all’acquisto, leasing o noleggio a lungo termine / preventivo / contratto preliminare;</w:t>
      </w:r>
    </w:p>
    <w:p w14:paraId="53A90838" w14:textId="77777777" w:rsidR="004F2015" w:rsidRDefault="00000000">
      <w:pPr>
        <w:widowControl w:val="0"/>
        <w:spacing w:after="24"/>
      </w:pPr>
      <w:r>
        <w:t>□  documentazione relativa ai titoli di servizio dichiarati ai fini del punteggio;</w:t>
      </w:r>
    </w:p>
    <w:p w14:paraId="16AD2E21" w14:textId="77777777" w:rsidR="004F2015" w:rsidRDefault="00000000">
      <w:pPr>
        <w:widowControl w:val="0"/>
        <w:spacing w:after="24"/>
      </w:pPr>
      <w:r>
        <w:t>□  documentazione relativa alle certificazioni linguistiche;</w:t>
      </w:r>
    </w:p>
    <w:p w14:paraId="0CCF5D0A" w14:textId="77777777" w:rsidR="004F2015" w:rsidRDefault="00000000">
      <w:pPr>
        <w:widowControl w:val="0"/>
        <w:spacing w:after="24"/>
      </w:pPr>
      <w:r>
        <w:t>□  documentazione relativa allo stato di disoccupazione, ove necessaria alla verifica;</w:t>
      </w:r>
    </w:p>
    <w:p w14:paraId="0A311331" w14:textId="77777777" w:rsidR="004F2015" w:rsidRDefault="00000000">
      <w:pPr>
        <w:widowControl w:val="0"/>
        <w:spacing w:after="24"/>
      </w:pPr>
      <w:r>
        <w:t>□  documentazione relativa alle caratteristiche del veicolo dichiarate ai fini del punteggio;</w:t>
      </w:r>
    </w:p>
    <w:p w14:paraId="17B9E804" w14:textId="77777777" w:rsidR="004F2015" w:rsidRDefault="00000000">
      <w:pPr>
        <w:widowControl w:val="0"/>
        <w:spacing w:after="24"/>
      </w:pPr>
      <w:r>
        <w:t>□  eventuale documentazione strettamente necessaria all’applicazione dei criteri preferenziali in caso di parità;</w:t>
      </w:r>
    </w:p>
    <w:p w14:paraId="5206912F" w14:textId="77777777" w:rsidR="004F2015" w:rsidRDefault="00000000">
      <w:pPr>
        <w:widowControl w:val="0"/>
        <w:spacing w:after="24"/>
      </w:pPr>
      <w:r>
        <w:t>□  altra documentazione: _______________________________________________________________________________</w:t>
      </w:r>
    </w:p>
    <w:p w14:paraId="60FC8699" w14:textId="77777777" w:rsidR="004F2015" w:rsidRDefault="004F2015">
      <w:pPr>
        <w:widowControl w:val="0"/>
        <w:spacing w:after="60"/>
      </w:pPr>
    </w:p>
    <w:p w14:paraId="52C48335" w14:textId="77777777" w:rsidR="004F2015" w:rsidRDefault="00000000">
      <w:pPr>
        <w:widowControl w:val="0"/>
        <w:spacing w:after="100"/>
      </w:pPr>
      <w:r>
        <w:rPr>
          <w:sz w:val="17"/>
        </w:rPr>
        <w:t>Il/la sottoscritto/a dichiara che tutte le informazioni riportate nella presente domanda e nella documentazione allegata corrispondono al vero e si impegna a comunicare tempestivamente ogni variazione rilevante ai fini della procedura.</w:t>
      </w:r>
    </w:p>
    <w:p w14:paraId="57EA6A1C" w14:textId="77777777" w:rsidR="004F2015" w:rsidRDefault="00000000">
      <w:pPr>
        <w:widowControl w:val="0"/>
        <w:spacing w:after="120"/>
      </w:pPr>
      <w:r>
        <w:t>Luogo e data _______________________________________________</w:t>
      </w:r>
    </w:p>
    <w:p w14:paraId="56F5968D" w14:textId="77777777" w:rsidR="004F2015" w:rsidRDefault="00000000">
      <w:pPr>
        <w:widowControl w:val="0"/>
        <w:spacing w:after="80"/>
        <w:jc w:val="center"/>
      </w:pPr>
      <w:r>
        <w:rPr>
          <w:b/>
          <w:sz w:val="19"/>
        </w:rPr>
        <w:t>FIRMA</w:t>
      </w:r>
    </w:p>
    <w:p w14:paraId="269D8C05" w14:textId="77777777" w:rsidR="004F2015" w:rsidRDefault="00000000">
      <w:pPr>
        <w:widowControl w:val="0"/>
        <w:spacing w:after="40"/>
        <w:jc w:val="center"/>
      </w:pPr>
      <w:r>
        <w:rPr>
          <w:sz w:val="19"/>
        </w:rPr>
        <w:t>_______________________________________________</w:t>
      </w:r>
    </w:p>
    <w:p w14:paraId="05116BC5" w14:textId="22C7FDE6" w:rsidR="004F2015" w:rsidRDefault="004F2015">
      <w:pPr>
        <w:widowControl w:val="0"/>
        <w:spacing w:after="20"/>
      </w:pPr>
    </w:p>
    <w:sectPr w:rsidR="004F2015" w:rsidSect="00034616">
      <w:footerReference w:type="default" r:id="rId8"/>
      <w:pgSz w:w="12240" w:h="15840"/>
      <w:pgMar w:top="765" w:right="907" w:bottom="765"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A6DA3" w14:textId="77777777" w:rsidR="00517AD3" w:rsidRDefault="00517AD3">
      <w:pPr>
        <w:spacing w:after="0"/>
      </w:pPr>
      <w:r>
        <w:separator/>
      </w:r>
    </w:p>
  </w:endnote>
  <w:endnote w:type="continuationSeparator" w:id="0">
    <w:p w14:paraId="4480955D" w14:textId="77777777" w:rsidR="00517AD3" w:rsidRDefault="00517A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1FEF" w14:textId="0C585FBA" w:rsidR="004F2015" w:rsidRDefault="004F2015">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A06C5" w14:textId="77777777" w:rsidR="00517AD3" w:rsidRDefault="00517AD3">
      <w:pPr>
        <w:spacing w:after="0"/>
      </w:pPr>
      <w:r>
        <w:separator/>
      </w:r>
    </w:p>
  </w:footnote>
  <w:footnote w:type="continuationSeparator" w:id="0">
    <w:p w14:paraId="417C56E2" w14:textId="77777777" w:rsidR="00517AD3" w:rsidRDefault="00517A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693263025">
    <w:abstractNumId w:val="8"/>
  </w:num>
  <w:num w:numId="2" w16cid:durableId="1160461096">
    <w:abstractNumId w:val="6"/>
  </w:num>
  <w:num w:numId="3" w16cid:durableId="409232318">
    <w:abstractNumId w:val="5"/>
  </w:num>
  <w:num w:numId="4" w16cid:durableId="100151902">
    <w:abstractNumId w:val="4"/>
  </w:num>
  <w:num w:numId="5" w16cid:durableId="227033838">
    <w:abstractNumId w:val="7"/>
  </w:num>
  <w:num w:numId="6" w16cid:durableId="1396589067">
    <w:abstractNumId w:val="3"/>
  </w:num>
  <w:num w:numId="7" w16cid:durableId="159322403">
    <w:abstractNumId w:val="2"/>
  </w:num>
  <w:num w:numId="8" w16cid:durableId="357781886">
    <w:abstractNumId w:val="1"/>
  </w:num>
  <w:num w:numId="9" w16cid:durableId="368798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154C"/>
    <w:rsid w:val="00326F90"/>
    <w:rsid w:val="00354BDB"/>
    <w:rsid w:val="00384E43"/>
    <w:rsid w:val="003C1398"/>
    <w:rsid w:val="00465FFE"/>
    <w:rsid w:val="004F2015"/>
    <w:rsid w:val="00517AD3"/>
    <w:rsid w:val="008259DE"/>
    <w:rsid w:val="008F2BBE"/>
    <w:rsid w:val="0090661B"/>
    <w:rsid w:val="0096360B"/>
    <w:rsid w:val="00AA1D8D"/>
    <w:rsid w:val="00B47730"/>
    <w:rsid w:val="00CB0664"/>
    <w:rsid w:val="00D636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8D101"/>
  <w14:defaultImageDpi w14:val="300"/>
  <w15:docId w15:val="{8FF3D78F-73EF-4802-B203-744A508A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30" w:line="240" w:lineRule="auto"/>
    </w:pPr>
    <w:rPr>
      <w:rFonts w:ascii="Arial" w:eastAsia="Arial" w:hAnsi="Arial"/>
      <w:sz w:val="18"/>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rPr>
      <w:b/>
      <w:bCs/>
      <w:color w:val="4F81BD" w:themeColor="accent1"/>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20"/>
    </w:pPr>
    <w:rPr>
      <w:rFonts w:ascii="Arial" w:eastAsia="Arial" w:hAnsi="Arial"/>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bando NCC - Comune di Tissi</dc:title>
  <dc:subject>Fac-simile domanda per assegnazione autorizzazioni NCC</dc:subject>
  <dc:creator>Comune di Tissi - fac-simile</dc:creator>
  <cp:keywords/>
  <dc:description>generated by python-docx</dc:description>
  <cp:lastModifiedBy>utente 555</cp:lastModifiedBy>
  <cp:revision>6</cp:revision>
  <dcterms:created xsi:type="dcterms:W3CDTF">2026-08-26T11:57:00Z</dcterms:created>
  <dcterms:modified xsi:type="dcterms:W3CDTF">2026-09-14T09:32:00Z</dcterms:modified>
  <cp:category/>
</cp:coreProperties>
</file>