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3058" w14:textId="77777777" w:rsidR="00DC0D24" w:rsidRDefault="007A41D5">
      <w:pPr>
        <w:jc w:val="right"/>
      </w:pPr>
      <w:r>
        <w:rPr>
          <w:b/>
          <w:color w:val="1A365D"/>
          <w:sz w:val="24"/>
        </w:rPr>
        <w:t>ALLEGATO 1</w:t>
      </w:r>
    </w:p>
    <w:p w14:paraId="58D750F8" w14:textId="77777777" w:rsidR="00DC0D24" w:rsidRDefault="007A41D5">
      <w:pPr>
        <w:jc w:val="center"/>
      </w:pPr>
      <w:r>
        <w:rPr>
          <w:b/>
          <w:color w:val="1A365D"/>
          <w:sz w:val="30"/>
        </w:rPr>
        <w:t>MODELLO DI MANIFESTAZIONE DI INTERESSE</w:t>
      </w:r>
    </w:p>
    <w:p w14:paraId="574A325A" w14:textId="5DDF1B9C" w:rsidR="00DC0D24" w:rsidRDefault="007A41D5">
      <w:pPr>
        <w:jc w:val="center"/>
      </w:pPr>
      <w:r>
        <w:rPr>
          <w:i/>
          <w:color w:val="4A5568"/>
          <w:sz w:val="21"/>
        </w:rPr>
        <w:t xml:space="preserve">Alienazione compendio immobiliare comunale sito in </w:t>
      </w:r>
      <w:r w:rsidR="00F77208">
        <w:rPr>
          <w:i/>
          <w:color w:val="4A5568"/>
          <w:sz w:val="21"/>
        </w:rPr>
        <w:t>Loc. Ponte Parrano</w:t>
      </w:r>
      <w:r>
        <w:rPr>
          <w:i/>
          <w:color w:val="4A5568"/>
          <w:sz w:val="21"/>
        </w:rPr>
        <w:t xml:space="preserve"> - Lotto Unico</w:t>
      </w:r>
    </w:p>
    <w:p w14:paraId="547A94FD" w14:textId="77777777" w:rsidR="00DC0D24" w:rsidRDefault="00DC0D24">
      <w:pPr>
        <w:spacing w:after="120"/>
      </w:pPr>
    </w:p>
    <w:p w14:paraId="7DB29622" w14:textId="77777777" w:rsidR="00DC0D24" w:rsidRDefault="007A41D5">
      <w:pPr>
        <w:spacing w:after="240"/>
      </w:pPr>
      <w:r>
        <w:rPr>
          <w:b/>
        </w:rPr>
        <w:t>Spett.le</w:t>
      </w:r>
      <w:r>
        <w:rPr>
          <w:b/>
        </w:rPr>
        <w:br/>
        <w:t>COMUNE DI NOCERA UMBRA</w:t>
      </w:r>
      <w:r>
        <w:rPr>
          <w:b/>
        </w:rPr>
        <w:br/>
      </w:r>
      <w:r>
        <w:t>Area Servizi Tecnici</w:t>
      </w:r>
      <w:r>
        <w:br/>
        <w:t>Piazza Caprera, 5 – 06025 Nocera Umbra (PG)</w:t>
      </w:r>
      <w:r>
        <w:br/>
      </w:r>
      <w:r>
        <w:rPr>
          <w:b/>
        </w:rPr>
        <w:t xml:space="preserve">PEC: </w:t>
      </w:r>
      <w:r>
        <w:t>comune.noceraumbra@postacert.umbria.it</w:t>
      </w:r>
    </w:p>
    <w:p w14:paraId="47368997" w14:textId="26938BC4" w:rsidR="00DC0D24" w:rsidRDefault="007A41D5">
      <w:pPr>
        <w:spacing w:after="280"/>
      </w:pPr>
      <w:r>
        <w:rPr>
          <w:b/>
        </w:rPr>
        <w:t xml:space="preserve">OGGETTO: </w:t>
      </w:r>
      <w:r>
        <w:t xml:space="preserve">Manifestazione di interesse finalizzata all'alienazione di un compendio immobiliare di proprietà comunale sito nella </w:t>
      </w:r>
      <w:proofErr w:type="spellStart"/>
      <w:r>
        <w:t>frazione</w:t>
      </w:r>
      <w:proofErr w:type="spellEnd"/>
      <w:r>
        <w:t xml:space="preserve"> di </w:t>
      </w:r>
      <w:r w:rsidR="00F77208">
        <w:t xml:space="preserve">Ponte </w:t>
      </w:r>
      <w:proofErr w:type="spellStart"/>
      <w:r w:rsidR="00F77208">
        <w:t>Parrano</w:t>
      </w:r>
      <w:proofErr w:type="spellEnd"/>
      <w:r w:rsidR="00F77208">
        <w:t>.</w:t>
      </w:r>
    </w:p>
    <w:p w14:paraId="12494DC9" w14:textId="77777777" w:rsidR="00DC0D24" w:rsidRDefault="007A41D5">
      <w:pPr>
        <w:spacing w:before="200" w:after="120"/>
      </w:pPr>
      <w:r>
        <w:rPr>
          <w:b/>
          <w:color w:val="1A365D"/>
        </w:rPr>
        <w:t>1. DATI DEL RICHIEDENTE</w:t>
      </w:r>
    </w:p>
    <w:p w14:paraId="2139C906" w14:textId="77777777" w:rsidR="00DC0D24" w:rsidRDefault="007A41D5">
      <w:pPr>
        <w:spacing w:after="80"/>
      </w:pPr>
      <w:r>
        <w:t>Il/La sottoscritto/a ____________________________________________________________________</w:t>
      </w:r>
    </w:p>
    <w:p w14:paraId="40E1BD14" w14:textId="77777777" w:rsidR="00DC0D24" w:rsidRDefault="007A41D5">
      <w:pPr>
        <w:spacing w:after="80"/>
      </w:pPr>
      <w:r>
        <w:t>nato/a a ________________________________________ (____) il __________________________</w:t>
      </w:r>
      <w:r>
        <w:br/>
        <w:t>Codice Fiscale: _____________________________________________________________________</w:t>
      </w:r>
      <w:r>
        <w:br/>
        <w:t>residente in ____________________________________ (____) CAP ________________________</w:t>
      </w:r>
      <w:r>
        <w:br/>
        <w:t>Via/Piazza _________________________________________________________ n. ____________</w:t>
      </w:r>
      <w:r>
        <w:br/>
      </w:r>
      <w:r>
        <w:t>Tel/Cell: ____________________________ E-mail/PEC: ___________________________________</w:t>
      </w:r>
    </w:p>
    <w:p w14:paraId="2F1F7033" w14:textId="77777777" w:rsidR="00DC0D24" w:rsidRDefault="007A41D5">
      <w:pPr>
        <w:spacing w:before="120" w:after="80"/>
      </w:pPr>
      <w:r>
        <w:rPr>
          <w:i/>
        </w:rPr>
        <w:t>(da compilare solo in caso di Legale Rappresentante / Società / Ente):</w:t>
      </w:r>
    </w:p>
    <w:p w14:paraId="64201663" w14:textId="77777777" w:rsidR="00DC0D24" w:rsidRDefault="007A41D5">
      <w:pPr>
        <w:spacing w:after="240"/>
      </w:pPr>
      <w:r>
        <w:t>in qualità di Legale Rappresentante della Società / Ente / Associazione:</w:t>
      </w:r>
      <w:r>
        <w:br/>
        <w:t>Denominazione/Ragione Sociale: ______________________________________________________</w:t>
      </w:r>
      <w:r>
        <w:br/>
        <w:t>Codice Fiscale / P.IVA: _____________________________________________________________</w:t>
      </w:r>
      <w:r>
        <w:br/>
        <w:t>Sede legale in __________________________________ (____) Via _______________________ n. ___</w:t>
      </w:r>
    </w:p>
    <w:p w14:paraId="3E07C734" w14:textId="77777777" w:rsidR="00DC0D24" w:rsidRDefault="007A41D5">
      <w:pPr>
        <w:spacing w:before="200" w:after="120"/>
      </w:pPr>
      <w:r>
        <w:rPr>
          <w:b/>
          <w:color w:val="1A365D"/>
        </w:rPr>
        <w:t>2. MANIFESTAZIONE DI INTERESSE</w:t>
      </w:r>
    </w:p>
    <w:p w14:paraId="4B71FDAA" w14:textId="7B3CF95D" w:rsidR="00DC0D24" w:rsidRDefault="007A41D5">
      <w:pPr>
        <w:spacing w:after="240"/>
        <w:jc w:val="both"/>
      </w:pPr>
      <w:r>
        <w:rPr>
          <w:b/>
        </w:rPr>
        <w:t xml:space="preserve">MANIFESTA IL PROPRIO INTERESSE </w:t>
      </w:r>
      <w:r>
        <w:t xml:space="preserve">all'acquisto del compendio immobiliare (terreni) di proprietà comunale, costituito da </w:t>
      </w:r>
      <w:proofErr w:type="gramStart"/>
      <w:r>
        <w:t xml:space="preserve">un </w:t>
      </w:r>
      <w:r>
        <w:rPr>
          <w:b/>
        </w:rPr>
        <w:t>Lotto Unico</w:t>
      </w:r>
      <w:proofErr w:type="gramEnd"/>
      <w:r>
        <w:t xml:space="preserve">, sito nella </w:t>
      </w:r>
      <w:proofErr w:type="spellStart"/>
      <w:r>
        <w:t>frazione</w:t>
      </w:r>
      <w:proofErr w:type="spellEnd"/>
      <w:r>
        <w:t xml:space="preserve"> di </w:t>
      </w:r>
      <w:r w:rsidR="00F77208">
        <w:t xml:space="preserve">Ponte </w:t>
      </w:r>
      <w:proofErr w:type="spellStart"/>
      <w:r w:rsidR="00F77208">
        <w:t>Parrano</w:t>
      </w:r>
      <w:proofErr w:type="spellEnd"/>
      <w:r>
        <w:t xml:space="preserve"> </w:t>
      </w:r>
      <w:proofErr w:type="spellStart"/>
      <w:r>
        <w:t>censito</w:t>
      </w:r>
      <w:proofErr w:type="spellEnd"/>
      <w:r>
        <w:t xml:space="preserve"> al </w:t>
      </w:r>
      <w:proofErr w:type="spellStart"/>
      <w:r>
        <w:t>Catasto</w:t>
      </w:r>
      <w:proofErr w:type="spellEnd"/>
      <w:r>
        <w:t xml:space="preserve"> Terreni al </w:t>
      </w:r>
      <w:r>
        <w:rPr>
          <w:b/>
        </w:rPr>
        <w:t xml:space="preserve">Foglio di mappa n. </w:t>
      </w:r>
      <w:r w:rsidR="00F77208">
        <w:rPr>
          <w:b/>
        </w:rPr>
        <w:t>69</w:t>
      </w:r>
      <w:r>
        <w:t xml:space="preserve"> </w:t>
      </w:r>
      <w:proofErr w:type="spellStart"/>
      <w:r w:rsidR="00F77208" w:rsidRPr="00F77208">
        <w:rPr>
          <w:b/>
          <w:bCs/>
        </w:rPr>
        <w:t>parte</w:t>
      </w:r>
      <w:proofErr w:type="spellEnd"/>
      <w:r w:rsidR="00F77208" w:rsidRPr="00F77208">
        <w:rPr>
          <w:b/>
          <w:bCs/>
        </w:rPr>
        <w:t xml:space="preserve"> della </w:t>
      </w:r>
      <w:proofErr w:type="spellStart"/>
      <w:r w:rsidR="00F77208" w:rsidRPr="00F77208">
        <w:rPr>
          <w:b/>
          <w:bCs/>
        </w:rPr>
        <w:t>particella</w:t>
      </w:r>
      <w:proofErr w:type="spellEnd"/>
      <w:r w:rsidR="00F77208" w:rsidRPr="00F77208">
        <w:rPr>
          <w:b/>
          <w:bCs/>
        </w:rPr>
        <w:t xml:space="preserve"> 544</w:t>
      </w:r>
      <w:r>
        <w:t xml:space="preserve"> come </w:t>
      </w:r>
      <w:proofErr w:type="spellStart"/>
      <w:r>
        <w:t>meglio</w:t>
      </w:r>
      <w:proofErr w:type="spellEnd"/>
      <w:r>
        <w:t xml:space="preserve"> </w:t>
      </w:r>
      <w:proofErr w:type="spellStart"/>
      <w:r>
        <w:t>identificato</w:t>
      </w:r>
      <w:proofErr w:type="spellEnd"/>
      <w:r>
        <w:t xml:space="preserve"> nell'Avviso Pubblico.</w:t>
      </w:r>
    </w:p>
    <w:p w14:paraId="6F1D528C" w14:textId="77777777" w:rsidR="00DC0D24" w:rsidRDefault="007A41D5">
      <w:pPr>
        <w:spacing w:before="200" w:after="120"/>
      </w:pPr>
      <w:r>
        <w:rPr>
          <w:b/>
          <w:color w:val="1A365D"/>
        </w:rPr>
        <w:t>3. DICHIARAZIONI SOSTITUTIVE (Art. 46 e 47 D.P.R. 445/2000)</w:t>
      </w:r>
    </w:p>
    <w:p w14:paraId="52F4C55C" w14:textId="77777777" w:rsidR="00DC0D24" w:rsidRDefault="007A41D5">
      <w:pPr>
        <w:spacing w:after="120"/>
      </w:pPr>
      <w:r>
        <w:t xml:space="preserve">A tal fine, consapevole delle sanzioni penali previste dall'art. 76 del D.P.R. 28/12/2000 n. 445 per le ipotesi di falsità in atti e dichiarazioni mendaci, </w:t>
      </w:r>
      <w:r>
        <w:rPr>
          <w:b/>
        </w:rPr>
        <w:t>DICHIARA:</w:t>
      </w:r>
    </w:p>
    <w:p w14:paraId="1344480C" w14:textId="77777777" w:rsidR="00DC0D24" w:rsidRDefault="007A41D5">
      <w:pPr>
        <w:pStyle w:val="Puntoelenco"/>
        <w:spacing w:after="80"/>
        <w:jc w:val="both"/>
      </w:pPr>
      <w:r>
        <w:t>Di non trovarsi in alcuna delle condizioni di incapacità a contrattare con la Pubblica Amministrazione ai sensi della normativa vigente e del Codice dei Contratti Pubblici.</w:t>
      </w:r>
    </w:p>
    <w:p w14:paraId="3D8C9DDF" w14:textId="34A2EC72" w:rsidR="00DC0D24" w:rsidRDefault="007A41D5">
      <w:pPr>
        <w:pStyle w:val="Puntoelenco"/>
        <w:spacing w:after="80"/>
        <w:jc w:val="both"/>
      </w:pPr>
      <w:r>
        <w:t xml:space="preserve">Di aver preso visione e di accettare integralmente ed incondizionatamente le condizioni, prescrizioni, vincoli (urbanistici, PAI/idraulici, paesaggistici e RFI) e dettagli contenuti nell'Avviso Pubblico e nella perizia di stima </w:t>
      </w:r>
      <w:proofErr w:type="spellStart"/>
      <w:r>
        <w:t>redatta</w:t>
      </w:r>
      <w:proofErr w:type="spellEnd"/>
      <w:r>
        <w:t xml:space="preserve"> in data 0</w:t>
      </w:r>
      <w:r w:rsidR="00F77208">
        <w:t>2</w:t>
      </w:r>
      <w:r>
        <w:t>/09/2026 dal Geom. Davide Frate.</w:t>
      </w:r>
    </w:p>
    <w:p w14:paraId="56913F9D" w14:textId="09091CC1" w:rsidR="00DC0D24" w:rsidRDefault="007A41D5">
      <w:pPr>
        <w:pStyle w:val="Puntoelenco"/>
        <w:spacing w:after="80"/>
        <w:jc w:val="both"/>
      </w:pPr>
      <w:r>
        <w:lastRenderedPageBreak/>
        <w:t xml:space="preserve">Di essere a conoscenza che il valore complessivo a base d'asta della cessione è pari ad </w:t>
      </w:r>
      <w:r w:rsidR="00F77208" w:rsidRPr="00F77208">
        <w:rPr>
          <w:b/>
          <w:bCs/>
        </w:rPr>
        <w:t xml:space="preserve">€ 8.593,20 </w:t>
      </w:r>
      <w:r w:rsidR="00F77208" w:rsidRPr="00F77208">
        <w:t>(</w:t>
      </w:r>
      <w:proofErr w:type="spellStart"/>
      <w:r w:rsidR="00F77208" w:rsidRPr="00F77208">
        <w:t>diconsi</w:t>
      </w:r>
      <w:proofErr w:type="spellEnd"/>
      <w:r w:rsidR="00F77208" w:rsidRPr="00F77208">
        <w:t xml:space="preserve"> euro </w:t>
      </w:r>
      <w:proofErr w:type="spellStart"/>
      <w:r w:rsidR="00F77208" w:rsidRPr="00F77208">
        <w:t>ottomilacinquecentonovantatré</w:t>
      </w:r>
      <w:proofErr w:type="spellEnd"/>
      <w:r w:rsidR="00F77208" w:rsidRPr="00F77208">
        <w:t>/20</w:t>
      </w:r>
      <w:r w:rsidR="00F77208">
        <w:t xml:space="preserve">), </w:t>
      </w:r>
      <w:proofErr w:type="spellStart"/>
      <w:r>
        <w:t>riferito</w:t>
      </w:r>
      <w:proofErr w:type="spellEnd"/>
      <w:r>
        <w:t xml:space="preserve"> al </w:t>
      </w:r>
      <w:proofErr w:type="spellStart"/>
      <w:r>
        <w:t>valore</w:t>
      </w:r>
      <w:proofErr w:type="spellEnd"/>
      <w:r>
        <w:t xml:space="preserve"> del </w:t>
      </w:r>
      <w:proofErr w:type="spellStart"/>
      <w:r>
        <w:t>suolo</w:t>
      </w:r>
      <w:proofErr w:type="spellEnd"/>
      <w:r>
        <w:t xml:space="preserve"> </w:t>
      </w:r>
      <w:proofErr w:type="spellStart"/>
      <w:r>
        <w:t>nudo</w:t>
      </w:r>
      <w:proofErr w:type="spellEnd"/>
      <w:r>
        <w:t>.</w:t>
      </w:r>
    </w:p>
    <w:p w14:paraId="1D424E71" w14:textId="77777777" w:rsidR="00DC0D24" w:rsidRDefault="007A41D5">
      <w:pPr>
        <w:pStyle w:val="Puntoelenco"/>
        <w:spacing w:after="80"/>
        <w:jc w:val="both"/>
      </w:pPr>
      <w:r>
        <w:t>Di prendere atto che restano a totale ed esclusivo carico della ditta aggiudicataria le spese tecniche per progettazioni urbanistiche e catastali, i frazionamenti, le spese di rogito notarile e la quota proporzionale relativa alle opere di urbanizzazione primaria.</w:t>
      </w:r>
    </w:p>
    <w:p w14:paraId="13C807D1" w14:textId="77777777" w:rsidR="00DC0D24" w:rsidRDefault="007A41D5">
      <w:pPr>
        <w:pStyle w:val="Puntoelenco"/>
        <w:spacing w:after="80"/>
        <w:jc w:val="both"/>
      </w:pPr>
      <w:r>
        <w:t>Di essere consapevole che la presente manifestazione ha scopo esclusivamente esplorativo e non vincola in alcun modo il Comune di Nocera Umbra, il quale si riserva la facoltà di sospendere, modificare o annullare la procedura in qualsiasi momento.</w:t>
      </w:r>
    </w:p>
    <w:p w14:paraId="7BE08A54" w14:textId="77777777" w:rsidR="00DC0D24" w:rsidRDefault="007A41D5">
      <w:pPr>
        <w:spacing w:before="160" w:after="320"/>
        <w:jc w:val="both"/>
      </w:pPr>
      <w:r>
        <w:rPr>
          <w:b/>
        </w:rPr>
        <w:t xml:space="preserve">Informativa Privacy: </w:t>
      </w:r>
      <w:r>
        <w:t>I dati personali forniti saranno trattati nel rispetto del Regolamento UE 2016/679 (GDPR) e del D.Lgs. 196/2003 esclusivamente per le finalità legate alla presente procedura.</w:t>
      </w:r>
    </w:p>
    <w:p w14:paraId="7027BB90" w14:textId="77777777" w:rsidR="00DC0D24" w:rsidRDefault="007A41D5">
      <w:pPr>
        <w:spacing w:before="320"/>
      </w:pPr>
      <w:r>
        <w:rPr>
          <w:i/>
        </w:rPr>
        <w:t>Luogo e Data: ________________________</w:t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b/>
        </w:rPr>
        <w:t>Firma del richiedente (per esteso e leggibile)</w:t>
      </w:r>
      <w:r>
        <w:rPr>
          <w:b/>
        </w:rPr>
        <w:br/>
      </w:r>
      <w:r>
        <w:t>__________________________________________</w:t>
      </w:r>
    </w:p>
    <w:p w14:paraId="3F5377AD" w14:textId="77777777" w:rsidR="00DC0D24" w:rsidRDefault="007A41D5">
      <w:pPr>
        <w:spacing w:before="400" w:after="80"/>
      </w:pPr>
      <w:r>
        <w:rPr>
          <w:b/>
          <w:sz w:val="20"/>
        </w:rPr>
        <w:t>ALLEGATI OBBLIGATORI:</w:t>
      </w:r>
    </w:p>
    <w:p w14:paraId="00230523" w14:textId="77777777" w:rsidR="00DC0D24" w:rsidRDefault="007A41D5">
      <w:pPr>
        <w:pStyle w:val="Puntoelenco"/>
        <w:spacing w:after="40"/>
      </w:pPr>
      <w:r>
        <w:rPr>
          <w:sz w:val="19"/>
        </w:rPr>
        <w:t>Copia fotostatica del documento di identità del sottoscrittore in corso di validità.</w:t>
      </w:r>
    </w:p>
    <w:p w14:paraId="5A88C8A9" w14:textId="77777777" w:rsidR="00DC0D24" w:rsidRDefault="007A41D5">
      <w:pPr>
        <w:pStyle w:val="Puntoelenco"/>
        <w:spacing w:after="40"/>
      </w:pPr>
      <w:r>
        <w:rPr>
          <w:sz w:val="19"/>
        </w:rPr>
        <w:t>(Eventuale) Documentazione idonea ad attestare i poteri di legale rappresentanza.</w:t>
      </w:r>
    </w:p>
    <w:sectPr w:rsidR="00DC0D24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0575136">
    <w:abstractNumId w:val="8"/>
  </w:num>
  <w:num w:numId="2" w16cid:durableId="1172451067">
    <w:abstractNumId w:val="6"/>
  </w:num>
  <w:num w:numId="3" w16cid:durableId="609703508">
    <w:abstractNumId w:val="5"/>
  </w:num>
  <w:num w:numId="4" w16cid:durableId="2104721098">
    <w:abstractNumId w:val="4"/>
  </w:num>
  <w:num w:numId="5" w16cid:durableId="1772579219">
    <w:abstractNumId w:val="7"/>
  </w:num>
  <w:num w:numId="6" w16cid:durableId="301691443">
    <w:abstractNumId w:val="3"/>
  </w:num>
  <w:num w:numId="7" w16cid:durableId="830373115">
    <w:abstractNumId w:val="2"/>
  </w:num>
  <w:num w:numId="8" w16cid:durableId="1931497587">
    <w:abstractNumId w:val="1"/>
  </w:num>
  <w:num w:numId="9" w16cid:durableId="182986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A41D5"/>
    <w:rsid w:val="00AA1D8D"/>
    <w:rsid w:val="00B448F0"/>
    <w:rsid w:val="00B47730"/>
    <w:rsid w:val="00CB0664"/>
    <w:rsid w:val="00DC0D24"/>
    <w:rsid w:val="00E43334"/>
    <w:rsid w:val="00F772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DA40C"/>
  <w14:defaultImageDpi w14:val="300"/>
  <w15:docId w15:val="{DB61C24A-2887-4B09-BA65-5D30100C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hAnsi="Calibri"/>
      <w:color w:val="2222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Davide Frate</cp:lastModifiedBy>
  <cp:revision>3</cp:revision>
  <cp:lastPrinted>2026-09-14T10:04:00Z</cp:lastPrinted>
  <dcterms:created xsi:type="dcterms:W3CDTF">2013-12-23T23:15:00Z</dcterms:created>
  <dcterms:modified xsi:type="dcterms:W3CDTF">2026-09-14T10:04:00Z</dcterms:modified>
  <cp:category/>
</cp:coreProperties>
</file>