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E2949" w14:textId="77777777" w:rsidR="00AC5445" w:rsidRDefault="00000000">
      <w:pPr>
        <w:jc w:val="center"/>
      </w:pPr>
      <w:r>
        <w:rPr>
          <w:b/>
          <w:sz w:val="28"/>
        </w:rPr>
        <w:t>DOMANDA DI PARTECIPAZIONE</w:t>
      </w:r>
    </w:p>
    <w:p w14:paraId="6C02DE7C" w14:textId="77777777" w:rsidR="00AC5445" w:rsidRDefault="00000000">
      <w:pPr>
        <w:jc w:val="center"/>
        <w:rPr>
          <w:b/>
        </w:rPr>
      </w:pPr>
      <w:r>
        <w:rPr>
          <w:b/>
        </w:rPr>
        <w:t>44ª MOSTRA MERCATO DEL TARTUFO</w:t>
      </w:r>
      <w:r>
        <w:rPr>
          <w:b/>
        </w:rPr>
        <w:br/>
        <w:t xml:space="preserve">Valtopina - 14 e 15 </w:t>
      </w:r>
      <w:proofErr w:type="spellStart"/>
      <w:r>
        <w:rPr>
          <w:b/>
        </w:rPr>
        <w:t>novembre</w:t>
      </w:r>
      <w:proofErr w:type="spellEnd"/>
      <w:r>
        <w:rPr>
          <w:b/>
        </w:rPr>
        <w:t xml:space="preserve"> 2026</w:t>
      </w:r>
    </w:p>
    <w:p w14:paraId="79ED4226" w14:textId="77777777" w:rsidR="00D6500C" w:rsidRDefault="00D6500C">
      <w:pPr>
        <w:jc w:val="center"/>
      </w:pPr>
    </w:p>
    <w:p w14:paraId="451E3CBF" w14:textId="77777777" w:rsidR="00AC5445" w:rsidRPr="00D6500C" w:rsidRDefault="00000000" w:rsidP="00AF4DAF">
      <w:pPr>
        <w:jc w:val="right"/>
        <w:rPr>
          <w:sz w:val="24"/>
          <w:szCs w:val="24"/>
        </w:rPr>
      </w:pPr>
      <w:r w:rsidRPr="00D6500C">
        <w:rPr>
          <w:b/>
          <w:sz w:val="24"/>
          <w:szCs w:val="24"/>
        </w:rPr>
        <w:t>Al Comune di Valtopina</w:t>
      </w:r>
      <w:r w:rsidRPr="00D6500C">
        <w:rPr>
          <w:b/>
          <w:sz w:val="24"/>
          <w:szCs w:val="24"/>
        </w:rPr>
        <w:br/>
      </w:r>
      <w:r w:rsidRPr="00D6500C">
        <w:rPr>
          <w:sz w:val="24"/>
          <w:szCs w:val="24"/>
        </w:rPr>
        <w:t>Settore Affari Generali, Scuola, Sociale, Cultura e Informatica</w:t>
      </w:r>
    </w:p>
    <w:p w14:paraId="14AA158C" w14:textId="77777777" w:rsidR="00AF4DAF" w:rsidRDefault="00AF4DAF"/>
    <w:p w14:paraId="340D5569" w14:textId="7AA485B3" w:rsidR="00AC5445" w:rsidRDefault="00000000" w:rsidP="00AF4DAF">
      <w:pPr>
        <w:jc w:val="both"/>
      </w:pPr>
      <w:r>
        <w:t xml:space="preserve">Il/La </w:t>
      </w:r>
      <w:proofErr w:type="spellStart"/>
      <w:r>
        <w:t>sottoscritto</w:t>
      </w:r>
      <w:proofErr w:type="spellEnd"/>
      <w:r>
        <w:t xml:space="preserve">/a, in </w:t>
      </w:r>
      <w:proofErr w:type="spellStart"/>
      <w:r>
        <w:t>qualità</w:t>
      </w:r>
      <w:proofErr w:type="spellEnd"/>
      <w:r>
        <w:t xml:space="preserve"> di titolare/legale rappresentante dell'impresa sotto indicata, chiede di partecipare alla 44ª Mostra Mercato del Tartufo di Valtopina.</w:t>
      </w:r>
    </w:p>
    <w:p w14:paraId="1EBEA868" w14:textId="77777777" w:rsidR="00CC0F74" w:rsidRDefault="00CC0F74" w:rsidP="00AF4DAF">
      <w:pPr>
        <w:jc w:val="both"/>
        <w:rPr>
          <w:b/>
        </w:rPr>
      </w:pPr>
    </w:p>
    <w:p w14:paraId="7E9277CE" w14:textId="0807651C" w:rsidR="00AC5445" w:rsidRDefault="00000000" w:rsidP="00AF4DAF">
      <w:pPr>
        <w:jc w:val="both"/>
      </w:pPr>
      <w:r>
        <w:rPr>
          <w:b/>
        </w:rPr>
        <w:t>1. DATI DELL'OPERATORE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AC5445" w14:paraId="41FCC0A0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B11CC" w14:textId="77777777" w:rsidR="00AC5445" w:rsidRDefault="00000000" w:rsidP="00AF4DAF">
            <w:pPr>
              <w:jc w:val="both"/>
            </w:pPr>
            <w:r>
              <w:rPr>
                <w:b/>
              </w:rPr>
              <w:t>Nome e cognome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6919B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7A3E7FEB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68162" w14:textId="77777777" w:rsidR="00AC5445" w:rsidRDefault="00000000" w:rsidP="00AF4DAF">
            <w:pPr>
              <w:jc w:val="both"/>
            </w:pPr>
            <w:r>
              <w:rPr>
                <w:b/>
              </w:rPr>
              <w:t>Luogo e data di nascita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E5C7A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3D9D83E0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BE6523" w14:textId="77777777" w:rsidR="00AC5445" w:rsidRDefault="00000000" w:rsidP="00AF4DAF">
            <w:pPr>
              <w:jc w:val="both"/>
            </w:pPr>
            <w:r>
              <w:rPr>
                <w:b/>
              </w:rPr>
              <w:t>Codice fiscale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3AD8D8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1D569CE8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D9050F" w14:textId="77777777" w:rsidR="00AC5445" w:rsidRDefault="00000000" w:rsidP="00AF4DAF">
            <w:pPr>
              <w:jc w:val="both"/>
            </w:pPr>
            <w:r>
              <w:rPr>
                <w:b/>
              </w:rPr>
              <w:t>Qualifica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404BD" w14:textId="77777777" w:rsidR="00AC5445" w:rsidRDefault="00000000" w:rsidP="00AF4DAF">
            <w:pPr>
              <w:jc w:val="both"/>
            </w:pPr>
            <w:r>
              <w:t>☐ Titolare   ☐ Legale rappresentante   ☐ Altro __________</w:t>
            </w:r>
          </w:p>
        </w:tc>
      </w:tr>
      <w:tr w:rsidR="00AC5445" w14:paraId="4173545E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CE2662" w14:textId="77777777" w:rsidR="00AC5445" w:rsidRDefault="00000000" w:rsidP="00AF4DAF">
            <w:pPr>
              <w:jc w:val="both"/>
            </w:pPr>
            <w:r>
              <w:rPr>
                <w:b/>
              </w:rPr>
              <w:t>Ragione sociale / denominazione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A3369F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3A4CAD55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8757D" w14:textId="77777777" w:rsidR="00AC5445" w:rsidRDefault="00000000" w:rsidP="00AF4DAF">
            <w:pPr>
              <w:jc w:val="both"/>
            </w:pPr>
            <w:r>
              <w:rPr>
                <w:b/>
              </w:rPr>
              <w:t>Sede legale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3FFFFF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1C376AA4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A2771A" w14:textId="77777777" w:rsidR="00AC5445" w:rsidRDefault="00000000" w:rsidP="00AF4DAF">
            <w:pPr>
              <w:jc w:val="both"/>
            </w:pPr>
            <w:r>
              <w:rPr>
                <w:b/>
              </w:rPr>
              <w:t>Codice fiscale impresa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FDABE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1EE0D4F3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02D139" w14:textId="77777777" w:rsidR="00AC5445" w:rsidRDefault="00000000" w:rsidP="00AF4DAF">
            <w:pPr>
              <w:jc w:val="both"/>
            </w:pPr>
            <w:r>
              <w:rPr>
                <w:b/>
              </w:rPr>
              <w:t>Partita IVA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141AA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65A4DBC4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63EFA" w14:textId="77777777" w:rsidR="00AC5445" w:rsidRDefault="00000000" w:rsidP="00AF4DAF">
            <w:pPr>
              <w:jc w:val="both"/>
            </w:pPr>
            <w:r>
              <w:rPr>
                <w:b/>
              </w:rPr>
              <w:t>N. REA / Registro Imprese (se previsto)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AC859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75DADE31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FDB74" w14:textId="77777777" w:rsidR="00AC5445" w:rsidRDefault="00000000" w:rsidP="00AF4DAF">
            <w:pPr>
              <w:jc w:val="both"/>
            </w:pPr>
            <w:r>
              <w:rPr>
                <w:b/>
              </w:rPr>
              <w:t>PEC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29E2D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1A8CB9FB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8AEBD5" w14:textId="77777777" w:rsidR="00AC5445" w:rsidRDefault="00000000" w:rsidP="00AF4DAF">
            <w:pPr>
              <w:jc w:val="both"/>
            </w:pPr>
            <w:r>
              <w:rPr>
                <w:b/>
              </w:rPr>
              <w:t>E-mail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862D83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1352BA2D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79F49" w14:textId="77777777" w:rsidR="00AC5445" w:rsidRDefault="00000000" w:rsidP="00AF4DAF">
            <w:pPr>
              <w:jc w:val="both"/>
            </w:pPr>
            <w:r>
              <w:rPr>
                <w:b/>
              </w:rPr>
              <w:t>Telefono / cellulare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3689D6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7DB63076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D053F" w14:textId="77777777" w:rsidR="00AC5445" w:rsidRDefault="00000000" w:rsidP="00AF4DAF">
            <w:pPr>
              <w:jc w:val="both"/>
            </w:pPr>
            <w:r>
              <w:rPr>
                <w:b/>
              </w:rPr>
              <w:t>Referente presente alla manifestazione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7F24DE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  <w:tr w:rsidR="00AC5445" w14:paraId="422B4A70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6E1A93" w14:textId="77777777" w:rsidR="00AC5445" w:rsidRDefault="00000000" w:rsidP="00AF4DAF">
            <w:pPr>
              <w:jc w:val="both"/>
            </w:pPr>
            <w:r>
              <w:rPr>
                <w:b/>
              </w:rPr>
              <w:t>Cellulare referente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E4F0D" w14:textId="77777777" w:rsidR="00AC5445" w:rsidRDefault="00000000" w:rsidP="00AF4DAF">
            <w:pPr>
              <w:jc w:val="both"/>
            </w:pPr>
            <w:r>
              <w:t xml:space="preserve"> </w:t>
            </w:r>
          </w:p>
        </w:tc>
      </w:tr>
    </w:tbl>
    <w:p w14:paraId="69BB6B4B" w14:textId="77777777" w:rsidR="00CC0F74" w:rsidRDefault="00CC0F74" w:rsidP="00AF4DAF">
      <w:pPr>
        <w:jc w:val="both"/>
        <w:rPr>
          <w:b/>
        </w:rPr>
      </w:pPr>
    </w:p>
    <w:p w14:paraId="11D384AE" w14:textId="134F7154" w:rsidR="00AC5445" w:rsidRDefault="00000000" w:rsidP="00AF4DAF">
      <w:pPr>
        <w:jc w:val="both"/>
      </w:pPr>
      <w:r>
        <w:rPr>
          <w:b/>
        </w:rPr>
        <w:t>2. SPAZIO ESPOSITIVO RICHIESTO</w:t>
      </w:r>
    </w:p>
    <w:p w14:paraId="7A95C074" w14:textId="77777777" w:rsidR="00AC5445" w:rsidRDefault="00000000" w:rsidP="00AF4DAF">
      <w:pPr>
        <w:spacing w:after="40"/>
        <w:jc w:val="both"/>
      </w:pPr>
      <w:r>
        <w:rPr>
          <w:sz w:val="22"/>
        </w:rPr>
        <w:t xml:space="preserve">☐ </w:t>
      </w:r>
      <w:r>
        <w:t>Stand standard 3 x 3 m - € 125,00 IVA inclusa</w:t>
      </w:r>
    </w:p>
    <w:p w14:paraId="5E0519A6" w14:textId="77777777" w:rsidR="00AC5445" w:rsidRDefault="00000000" w:rsidP="00AF4DAF">
      <w:pPr>
        <w:spacing w:after="40"/>
        <w:jc w:val="both"/>
      </w:pPr>
      <w:r>
        <w:rPr>
          <w:sz w:val="22"/>
        </w:rPr>
        <w:t xml:space="preserve">☐ </w:t>
      </w:r>
      <w:r>
        <w:t>Stand doppio 3 x 6 m - € 200,00 IVA inclusa</w:t>
      </w:r>
    </w:p>
    <w:p w14:paraId="433178AC" w14:textId="77777777" w:rsidR="00CC0F74" w:rsidRDefault="00CC0F74" w:rsidP="00AF4DAF">
      <w:pPr>
        <w:jc w:val="both"/>
        <w:rPr>
          <w:b/>
        </w:rPr>
      </w:pPr>
    </w:p>
    <w:p w14:paraId="04B5EAB9" w14:textId="56101CE6" w:rsidR="00AC5445" w:rsidRDefault="00000000" w:rsidP="00AF4DAF">
      <w:pPr>
        <w:jc w:val="both"/>
      </w:pPr>
      <w:r>
        <w:rPr>
          <w:b/>
        </w:rPr>
        <w:t>3. PRODOTTI ESPOSTI / VENDUTI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AC5445" w14:paraId="2CC179F1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FA6085" w14:textId="77777777" w:rsidR="00AC5445" w:rsidRDefault="00000000" w:rsidP="00AF4DAF">
            <w:pPr>
              <w:jc w:val="both"/>
            </w:pPr>
            <w:r>
              <w:rPr>
                <w:b/>
              </w:rPr>
              <w:lastRenderedPageBreak/>
              <w:t>Descrizione dettagliata dei prodotti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55B9B1" w14:textId="77777777" w:rsidR="00AC5445" w:rsidRDefault="00000000" w:rsidP="00AF4DAF">
            <w:pPr>
              <w:jc w:val="both"/>
            </w:pPr>
            <w:r>
              <w:br/>
            </w:r>
            <w:r>
              <w:br/>
            </w:r>
          </w:p>
        </w:tc>
      </w:tr>
      <w:tr w:rsidR="00AC5445" w14:paraId="61EF8BB3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6FE6B3" w14:textId="77777777" w:rsidR="00AC5445" w:rsidRDefault="00000000" w:rsidP="00AF4DAF">
            <w:pPr>
              <w:jc w:val="both"/>
            </w:pPr>
            <w:r>
              <w:rPr>
                <w:b/>
              </w:rPr>
              <w:t>Tipologia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213D5" w14:textId="77777777" w:rsidR="00AC5445" w:rsidRDefault="00000000" w:rsidP="00AF4DAF">
            <w:pPr>
              <w:jc w:val="both"/>
            </w:pPr>
            <w:r>
              <w:t>☐ Alimentari   ☐ Non alimentari   ☐ Entrambi</w:t>
            </w:r>
          </w:p>
        </w:tc>
      </w:tr>
    </w:tbl>
    <w:p w14:paraId="054A8311" w14:textId="77777777" w:rsidR="00CC0F74" w:rsidRDefault="00CC0F74" w:rsidP="00AF4DAF">
      <w:pPr>
        <w:jc w:val="both"/>
        <w:rPr>
          <w:b/>
        </w:rPr>
      </w:pPr>
    </w:p>
    <w:p w14:paraId="3DCF2A25" w14:textId="5BEF4582" w:rsidR="00AC5445" w:rsidRDefault="00000000" w:rsidP="00AF4DAF">
      <w:pPr>
        <w:jc w:val="both"/>
      </w:pPr>
      <w:r>
        <w:rPr>
          <w:b/>
        </w:rPr>
        <w:t>4. ATTIVITÀ SVOLTA NELLO STAND</w:t>
      </w:r>
    </w:p>
    <w:p w14:paraId="4F90A3C2" w14:textId="77777777" w:rsidR="00AC5445" w:rsidRDefault="00000000" w:rsidP="00AF4DAF">
      <w:pPr>
        <w:spacing w:after="40"/>
        <w:jc w:val="both"/>
      </w:pPr>
      <w:r>
        <w:rPr>
          <w:sz w:val="22"/>
        </w:rPr>
        <w:t xml:space="preserve">☐ </w:t>
      </w:r>
      <w:r>
        <w:t>Sola esposizione/promozione</w:t>
      </w:r>
    </w:p>
    <w:p w14:paraId="7AE72CE7" w14:textId="77777777" w:rsidR="00AC5445" w:rsidRDefault="00000000" w:rsidP="00AF4DAF">
      <w:pPr>
        <w:spacing w:after="40"/>
        <w:jc w:val="both"/>
      </w:pPr>
      <w:r>
        <w:rPr>
          <w:sz w:val="22"/>
        </w:rPr>
        <w:t xml:space="preserve">☐ </w:t>
      </w:r>
      <w:r>
        <w:t>Vendita di prodotti</w:t>
      </w:r>
    </w:p>
    <w:p w14:paraId="11B29B8C" w14:textId="77777777" w:rsidR="00AC5445" w:rsidRDefault="00000000" w:rsidP="00AF4DAF">
      <w:pPr>
        <w:spacing w:after="40"/>
        <w:jc w:val="both"/>
      </w:pPr>
      <w:r>
        <w:rPr>
          <w:sz w:val="22"/>
        </w:rPr>
        <w:t xml:space="preserve">☐ </w:t>
      </w:r>
      <w:r>
        <w:t>Degustazione di prodotti</w:t>
      </w:r>
    </w:p>
    <w:p w14:paraId="0C0606A1" w14:textId="77777777" w:rsidR="00AC5445" w:rsidRDefault="00000000" w:rsidP="00AF4DAF">
      <w:pPr>
        <w:spacing w:after="40"/>
        <w:jc w:val="both"/>
      </w:pPr>
      <w:r>
        <w:rPr>
          <w:sz w:val="22"/>
        </w:rPr>
        <w:t xml:space="preserve">☐ </w:t>
      </w:r>
      <w:r>
        <w:t>Preparazione e/o somministrazione di alimenti e bevande</w:t>
      </w:r>
    </w:p>
    <w:p w14:paraId="463E0B6C" w14:textId="77777777" w:rsidR="00CC0F74" w:rsidRDefault="00CC0F74" w:rsidP="00AF4DAF">
      <w:pPr>
        <w:jc w:val="both"/>
        <w:rPr>
          <w:b/>
        </w:rPr>
      </w:pPr>
    </w:p>
    <w:p w14:paraId="78010CDC" w14:textId="2F1A2BDA" w:rsidR="00AC5445" w:rsidRDefault="005C7614" w:rsidP="00AF4DAF">
      <w:pPr>
        <w:jc w:val="both"/>
      </w:pPr>
      <w:r>
        <w:rPr>
          <w:b/>
        </w:rPr>
        <w:t>5</w:t>
      </w:r>
      <w:r w:rsidR="00000000">
        <w:rPr>
          <w:b/>
        </w:rPr>
        <w:t>. DICHIARAZIONI DEL RICHIEDENTE</w:t>
      </w:r>
    </w:p>
    <w:p w14:paraId="5B573A93" w14:textId="77777777" w:rsidR="00AC5445" w:rsidRDefault="00000000" w:rsidP="00AF4DAF">
      <w:pPr>
        <w:jc w:val="both"/>
      </w:pPr>
      <w:r>
        <w:t>Il/La sottoscritto/a, consapevole delle responsabilità previste per le dichiarazioni rese, dichiara:</w:t>
      </w:r>
    </w:p>
    <w:p w14:paraId="3C6EED8C" w14:textId="77777777" w:rsidR="00AC5445" w:rsidRDefault="00000000" w:rsidP="00AF4DAF">
      <w:pPr>
        <w:ind w:left="227"/>
        <w:jc w:val="both"/>
      </w:pPr>
      <w:r>
        <w:t>• di essere in possesso dei requisiti morali previsti dalla normativa vigente per l'esercizio dell'attività dichiarata, ivi compresi, ove applicabili, quelli di cui all'art. 71 del D.Lgs. 59/2010;</w:t>
      </w:r>
    </w:p>
    <w:p w14:paraId="069BED07" w14:textId="77777777" w:rsidR="00AC5445" w:rsidRDefault="00000000" w:rsidP="00AF4DAF">
      <w:pPr>
        <w:ind w:left="227"/>
        <w:jc w:val="both"/>
      </w:pPr>
      <w:r>
        <w:t>• di essere regolarmente abilitato/a all'esercizio dell'attività indicata e di essere in possesso dei titoli, requisiti e autorizzazioni eventualmente necessari in relazione ai prodotti e alle attività svolte;</w:t>
      </w:r>
    </w:p>
    <w:p w14:paraId="26E0DEDD" w14:textId="77777777" w:rsidR="00AC5445" w:rsidRDefault="00000000" w:rsidP="00AF4DAF">
      <w:pPr>
        <w:ind w:left="227"/>
        <w:jc w:val="both"/>
      </w:pPr>
      <w:r>
        <w:t>• per le attività alimentari, di essere in regola con gli adempimenti igienico-sanitari applicabili e di impegnarsi a presentare, ove necessaria, la relativa SCIA/notifica sanitaria o altro adempimento previsto tramite lo sportello competente;</w:t>
      </w:r>
    </w:p>
    <w:p w14:paraId="1BD29C67" w14:textId="77777777" w:rsidR="00AC5445" w:rsidRDefault="00000000" w:rsidP="00AF4DAF">
      <w:pPr>
        <w:ind w:left="227"/>
        <w:jc w:val="both"/>
      </w:pPr>
      <w:r>
        <w:t>• che le attrezzature, gli impianti e gli apparecchi introdotti nello stand sono conformi alla normativa vigente, in buono stato e utilizzati secondo le prescrizioni di sicurezza;</w:t>
      </w:r>
    </w:p>
    <w:p w14:paraId="79C6E645" w14:textId="77777777" w:rsidR="00AC5445" w:rsidRDefault="00000000" w:rsidP="00AF4DAF">
      <w:pPr>
        <w:ind w:left="227"/>
        <w:jc w:val="both"/>
      </w:pPr>
      <w:r>
        <w:t>• di assumere ogni responsabilità relativa al proprio personale, ai prodotti, alle attrezzature e alle attività svolte all'interno dello stand;</w:t>
      </w:r>
    </w:p>
    <w:p w14:paraId="5E7CD083" w14:textId="77777777" w:rsidR="00AC5445" w:rsidRDefault="00000000" w:rsidP="00AF4DAF">
      <w:pPr>
        <w:ind w:left="227"/>
        <w:jc w:val="both"/>
      </w:pPr>
      <w:r>
        <w:t>• di impegnarsi a rispettare le disposizioni impartite dal Comune e dall'organizzazione in materia di sicurezza, prevenzione incendi, igiene, viabilità, allestimento e buon funzionamento della manifestazione;</w:t>
      </w:r>
    </w:p>
    <w:p w14:paraId="75581DB5" w14:textId="77777777" w:rsidR="00AC5445" w:rsidRDefault="00000000" w:rsidP="00AF4DAF">
      <w:pPr>
        <w:ind w:left="227"/>
        <w:jc w:val="both"/>
      </w:pPr>
      <w:r>
        <w:t>• di garantire la presenza e l'apertura dello stand per entrambe le giornate della manifestazione, secondo gli orari stabiliti;</w:t>
      </w:r>
    </w:p>
    <w:p w14:paraId="5078AD14" w14:textId="77777777" w:rsidR="00AC5445" w:rsidRDefault="00000000" w:rsidP="00AF4DAF">
      <w:pPr>
        <w:ind w:left="227"/>
        <w:jc w:val="both"/>
      </w:pPr>
      <w:r>
        <w:t>• di accettare che l'assegnazione dello spazio sia effettuata dal Comune in relazione alla disponibilità, alla tipologia dei prodotti e alle esigenze organizzative della manifestazione.</w:t>
      </w:r>
    </w:p>
    <w:p w14:paraId="6DE45147" w14:textId="77777777" w:rsidR="00CC0F74" w:rsidRDefault="00CC0F74" w:rsidP="00AF4DAF">
      <w:pPr>
        <w:jc w:val="both"/>
        <w:rPr>
          <w:b/>
        </w:rPr>
      </w:pPr>
    </w:p>
    <w:p w14:paraId="4094A9B7" w14:textId="1B8402C4" w:rsidR="00AC5445" w:rsidRDefault="005C7614" w:rsidP="00AF4DAF">
      <w:pPr>
        <w:jc w:val="both"/>
      </w:pPr>
      <w:r>
        <w:rPr>
          <w:b/>
        </w:rPr>
        <w:t>6</w:t>
      </w:r>
      <w:r w:rsidR="00000000">
        <w:rPr>
          <w:b/>
        </w:rPr>
        <w:t>. ALLEGATI</w:t>
      </w:r>
    </w:p>
    <w:p w14:paraId="223F95F8" w14:textId="77777777" w:rsidR="00AC5445" w:rsidRDefault="00000000" w:rsidP="00AF4DAF">
      <w:pPr>
        <w:spacing w:after="40"/>
        <w:jc w:val="both"/>
      </w:pPr>
      <w:r>
        <w:rPr>
          <w:sz w:val="22"/>
        </w:rPr>
        <w:t xml:space="preserve">☐ </w:t>
      </w:r>
      <w:r>
        <w:t>Copia del documento di identità del sottoscrittore, ove necessaria ai fini della validità della dichiarazione</w:t>
      </w:r>
    </w:p>
    <w:p w14:paraId="7C68FF51" w14:textId="77777777" w:rsidR="00AC5445" w:rsidRDefault="00000000" w:rsidP="00AF4DAF">
      <w:pPr>
        <w:spacing w:after="40"/>
        <w:jc w:val="both"/>
      </w:pPr>
      <w:r>
        <w:rPr>
          <w:sz w:val="22"/>
        </w:rPr>
        <w:t xml:space="preserve">☐ </w:t>
      </w:r>
      <w:r>
        <w:t>Eventuale documentazione amministrativa/sanitaria richiesta in relazione all'attività effettivamente esercitata</w:t>
      </w:r>
    </w:p>
    <w:p w14:paraId="6317B76A" w14:textId="77777777" w:rsidR="00AC5445" w:rsidRDefault="00000000" w:rsidP="00AF4DAF">
      <w:pPr>
        <w:spacing w:after="40"/>
        <w:jc w:val="both"/>
      </w:pPr>
      <w:r>
        <w:rPr>
          <w:sz w:val="22"/>
        </w:rPr>
        <w:t xml:space="preserve">☐ </w:t>
      </w:r>
      <w:r>
        <w:t>Ricevuta del pagamento della quota, da trasmettere secondo le modalità comunicate dal Comune dopo l'ammissione</w:t>
      </w:r>
    </w:p>
    <w:p w14:paraId="3B8D5E13" w14:textId="77777777" w:rsidR="00CC0F74" w:rsidRDefault="00CC0F74" w:rsidP="00AF4DAF">
      <w:pPr>
        <w:jc w:val="both"/>
        <w:rPr>
          <w:b/>
        </w:rPr>
      </w:pPr>
    </w:p>
    <w:p w14:paraId="1FE45A6A" w14:textId="4A822F9C" w:rsidR="00AC5445" w:rsidRDefault="005C7614" w:rsidP="00AF4DAF">
      <w:pPr>
        <w:jc w:val="both"/>
      </w:pPr>
      <w:r>
        <w:rPr>
          <w:b/>
        </w:rPr>
        <w:t>7</w:t>
      </w:r>
      <w:r w:rsidR="00000000">
        <w:rPr>
          <w:b/>
        </w:rPr>
        <w:t>. PRIVACY</w:t>
      </w:r>
    </w:p>
    <w:p w14:paraId="166D667B" w14:textId="77777777" w:rsidR="00AC5445" w:rsidRDefault="00000000" w:rsidP="00AF4DAF">
      <w:pPr>
        <w:jc w:val="both"/>
      </w:pPr>
      <w:r>
        <w:t>Il richiedente dichiara di aver preso visione dell'informativa sul trattamento dei dati personali resa dal Comune di Valtopina ai sensi degli artt. 13 e 14 del Regolamento (UE) 2016/679 (GDPR), pubblicata sul sito istituzionale e/o resa disponibile unitamente alla presente modulistica.</w:t>
      </w:r>
    </w:p>
    <w:p w14:paraId="0618496D" w14:textId="77777777" w:rsidR="00CC0F74" w:rsidRDefault="00CC0F74" w:rsidP="00AF4DAF">
      <w:pPr>
        <w:jc w:val="both"/>
        <w:rPr>
          <w:b/>
        </w:rPr>
      </w:pPr>
    </w:p>
    <w:p w14:paraId="7E014B94" w14:textId="06288842" w:rsidR="00AC5445" w:rsidRDefault="005C7614" w:rsidP="00AF4DAF">
      <w:pPr>
        <w:jc w:val="both"/>
      </w:pPr>
      <w:r>
        <w:rPr>
          <w:b/>
        </w:rPr>
        <w:lastRenderedPageBreak/>
        <w:t>8</w:t>
      </w:r>
      <w:r w:rsidR="00000000">
        <w:rPr>
          <w:b/>
        </w:rPr>
        <w:t>. IMPEGNO E ACCETTAZIONE</w:t>
      </w:r>
    </w:p>
    <w:p w14:paraId="12BD773C" w14:textId="77777777" w:rsidR="00AC5445" w:rsidRDefault="00000000" w:rsidP="00AF4DAF">
      <w:pPr>
        <w:jc w:val="both"/>
      </w:pPr>
      <w:r>
        <w:t>Con la sottoscrizione della presente domanda il richiedente accetta integralmente le condizioni di partecipazione alla manifestazione e si impegna a osservare le ulteriori prescrizioni organizzative e di sicurezza che saranno comunicate dal Comune.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AC5445" w14:paraId="65410839" w14:textId="77777777">
        <w:trPr>
          <w:jc w:val="center"/>
        </w:trPr>
        <w:tc>
          <w:tcPr>
            <w:tcW w:w="4986" w:type="dxa"/>
            <w:shd w:val="clear" w:color="auto" w:fill="D9EAF7"/>
          </w:tcPr>
          <w:p w14:paraId="0994060D" w14:textId="77777777" w:rsidR="00AC5445" w:rsidRDefault="00000000" w:rsidP="00AF4DAF">
            <w:pPr>
              <w:jc w:val="both"/>
            </w:pPr>
            <w:r>
              <w:rPr>
                <w:b/>
              </w:rPr>
              <w:t>Luogo e data</w:t>
            </w:r>
          </w:p>
        </w:tc>
        <w:tc>
          <w:tcPr>
            <w:tcW w:w="4986" w:type="dxa"/>
            <w:shd w:val="clear" w:color="auto" w:fill="D9EAF7"/>
          </w:tcPr>
          <w:p w14:paraId="0EB8DE9E" w14:textId="77777777" w:rsidR="00AC5445" w:rsidRDefault="00000000" w:rsidP="00AF4DAF">
            <w:pPr>
              <w:jc w:val="both"/>
            </w:pPr>
            <w:r>
              <w:rPr>
                <w:b/>
              </w:rPr>
              <w:t>Timbro e firma del richiedente</w:t>
            </w:r>
          </w:p>
        </w:tc>
      </w:tr>
      <w:tr w:rsidR="00AC5445" w14:paraId="03CF01A1" w14:textId="77777777">
        <w:trPr>
          <w:jc w:val="center"/>
        </w:trPr>
        <w:tc>
          <w:tcPr>
            <w:tcW w:w="4986" w:type="dxa"/>
          </w:tcPr>
          <w:p w14:paraId="0AE54EB9" w14:textId="77777777" w:rsidR="00AC5445" w:rsidRDefault="00000000" w:rsidP="00AF4DAF">
            <w:pPr>
              <w:jc w:val="both"/>
            </w:pPr>
            <w:r>
              <w:br/>
            </w:r>
            <w:r>
              <w:br/>
            </w:r>
          </w:p>
        </w:tc>
        <w:tc>
          <w:tcPr>
            <w:tcW w:w="4986" w:type="dxa"/>
          </w:tcPr>
          <w:p w14:paraId="1A09C4C9" w14:textId="77777777" w:rsidR="00AC5445" w:rsidRDefault="00000000" w:rsidP="00AF4DAF">
            <w:pPr>
              <w:jc w:val="both"/>
            </w:pPr>
            <w:r>
              <w:br/>
            </w:r>
            <w:r>
              <w:br/>
            </w:r>
          </w:p>
        </w:tc>
      </w:tr>
    </w:tbl>
    <w:p w14:paraId="377E3037" w14:textId="77777777" w:rsidR="00AC5445" w:rsidRDefault="00AC5445" w:rsidP="00AF4DAF">
      <w:pPr>
        <w:jc w:val="both"/>
      </w:pPr>
    </w:p>
    <w:p w14:paraId="7F0C86B1" w14:textId="73B803EC" w:rsidR="00AC5445" w:rsidRDefault="00000000" w:rsidP="00AF4DAF">
      <w:pPr>
        <w:jc w:val="both"/>
      </w:pPr>
      <w:r>
        <w:rPr>
          <w:b/>
        </w:rPr>
        <w:t xml:space="preserve">Invio della domanda: </w:t>
      </w:r>
      <w:r>
        <w:t xml:space="preserve">entro il </w:t>
      </w:r>
      <w:r w:rsidR="00DC5BC1" w:rsidRPr="0029201A">
        <w:rPr>
          <w:b/>
          <w:bCs/>
        </w:rPr>
        <w:t>15</w:t>
      </w:r>
      <w:r w:rsidRPr="0029201A">
        <w:rPr>
          <w:b/>
          <w:bCs/>
        </w:rPr>
        <w:t xml:space="preserve"> ottobre 2026</w:t>
      </w:r>
      <w:r>
        <w:t xml:space="preserve"> a </w:t>
      </w:r>
      <w:r w:rsidR="00DC5BC1" w:rsidRPr="00DC5BC1">
        <w:rPr>
          <w:color w:val="007BB8"/>
        </w:rPr>
        <w:t>servizi.segreteria</w:t>
      </w:r>
      <w:r w:rsidRPr="00DC5BC1">
        <w:rPr>
          <w:color w:val="007BB8"/>
        </w:rPr>
        <w:t xml:space="preserve">@comune.valtopina.pg.it </w:t>
      </w:r>
      <w:r>
        <w:t xml:space="preserve">oppure PEC </w:t>
      </w:r>
      <w:r w:rsidRPr="00DC5BC1">
        <w:rPr>
          <w:color w:val="007BB8"/>
        </w:rPr>
        <w:t>comune.valtopina@postacert.umbria.it</w:t>
      </w:r>
      <w:r>
        <w:t>.</w:t>
      </w:r>
    </w:p>
    <w:sectPr w:rsidR="00AC5445" w:rsidSect="00034616">
      <w:footerReference w:type="default" r:id="rId8"/>
      <w:pgSz w:w="12240" w:h="15840"/>
      <w:pgMar w:top="964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0B911" w14:textId="77777777" w:rsidR="00A1769B" w:rsidRDefault="00A1769B">
      <w:pPr>
        <w:spacing w:after="0" w:line="240" w:lineRule="auto"/>
      </w:pPr>
      <w:r>
        <w:separator/>
      </w:r>
    </w:p>
  </w:endnote>
  <w:endnote w:type="continuationSeparator" w:id="0">
    <w:p w14:paraId="14EE23E2" w14:textId="77777777" w:rsidR="00A1769B" w:rsidRDefault="00A17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9CD0" w14:textId="77777777" w:rsidR="00AC5445" w:rsidRDefault="00000000">
    <w:pPr>
      <w:pStyle w:val="Pidipagina"/>
      <w:jc w:val="center"/>
    </w:pPr>
    <w:r>
      <w:rPr>
        <w:sz w:val="16"/>
      </w:rPr>
      <w:t>Comune di Valtopina - Via Nazario Sauro, 34 - 06030 Valtopina (PG) - Tel. 0742 74625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6EA1A" w14:textId="77777777" w:rsidR="00A1769B" w:rsidRDefault="00A1769B">
      <w:pPr>
        <w:spacing w:after="0" w:line="240" w:lineRule="auto"/>
      </w:pPr>
      <w:r>
        <w:separator/>
      </w:r>
    </w:p>
  </w:footnote>
  <w:footnote w:type="continuationSeparator" w:id="0">
    <w:p w14:paraId="1FD1C131" w14:textId="77777777" w:rsidR="00A1769B" w:rsidRDefault="00A176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6431674">
    <w:abstractNumId w:val="8"/>
  </w:num>
  <w:num w:numId="2" w16cid:durableId="1305358284">
    <w:abstractNumId w:val="6"/>
  </w:num>
  <w:num w:numId="3" w16cid:durableId="1183933413">
    <w:abstractNumId w:val="5"/>
  </w:num>
  <w:num w:numId="4" w16cid:durableId="1906993351">
    <w:abstractNumId w:val="4"/>
  </w:num>
  <w:num w:numId="5" w16cid:durableId="2080403461">
    <w:abstractNumId w:val="7"/>
  </w:num>
  <w:num w:numId="6" w16cid:durableId="1159928024">
    <w:abstractNumId w:val="3"/>
  </w:num>
  <w:num w:numId="7" w16cid:durableId="251475526">
    <w:abstractNumId w:val="2"/>
  </w:num>
  <w:num w:numId="8" w16cid:durableId="649213247">
    <w:abstractNumId w:val="1"/>
  </w:num>
  <w:num w:numId="9" w16cid:durableId="40715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E48"/>
    <w:rsid w:val="000B1948"/>
    <w:rsid w:val="0015074B"/>
    <w:rsid w:val="00214EC6"/>
    <w:rsid w:val="0029201A"/>
    <w:rsid w:val="0029639D"/>
    <w:rsid w:val="00326F90"/>
    <w:rsid w:val="00465A7A"/>
    <w:rsid w:val="00535088"/>
    <w:rsid w:val="005C7614"/>
    <w:rsid w:val="00A1769B"/>
    <w:rsid w:val="00AA1D8D"/>
    <w:rsid w:val="00AC5445"/>
    <w:rsid w:val="00AF4DAF"/>
    <w:rsid w:val="00B47730"/>
    <w:rsid w:val="00C57F45"/>
    <w:rsid w:val="00CB0664"/>
    <w:rsid w:val="00CC0F74"/>
    <w:rsid w:val="00D6500C"/>
    <w:rsid w:val="00DC5BC1"/>
    <w:rsid w:val="00F07A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D02BA2"/>
  <w14:defaultImageDpi w14:val="300"/>
  <w15:docId w15:val="{16E40CBB-08B1-448C-AB42-DE0C4AC4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Servizi Segreteria</cp:lastModifiedBy>
  <cp:revision>6</cp:revision>
  <dcterms:created xsi:type="dcterms:W3CDTF">2026-09-11T08:07:00Z</dcterms:created>
  <dcterms:modified xsi:type="dcterms:W3CDTF">2026-09-15T07:37:00Z</dcterms:modified>
  <cp:category/>
</cp:coreProperties>
</file>