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D7858" w14:textId="77777777" w:rsidR="008B7505" w:rsidRPr="00163F37" w:rsidRDefault="00000000" w:rsidP="00163F37">
      <w:pPr>
        <w:spacing w:after="100"/>
        <w:jc w:val="right"/>
        <w:rPr>
          <w:b/>
          <w:sz w:val="24"/>
          <w:szCs w:val="24"/>
        </w:rPr>
      </w:pPr>
      <w:r w:rsidRPr="00163F37">
        <w:rPr>
          <w:b/>
          <w:sz w:val="24"/>
          <w:szCs w:val="24"/>
        </w:rPr>
        <w:t>AL COMUNE DI CHIARAMONTI</w:t>
      </w:r>
    </w:p>
    <w:p w14:paraId="5C072C64" w14:textId="458B4E1D" w:rsidR="00163F37" w:rsidRDefault="00163F37" w:rsidP="00163F37">
      <w:pPr>
        <w:spacing w:after="100"/>
        <w:jc w:val="right"/>
        <w:rPr>
          <w:b/>
          <w:sz w:val="24"/>
          <w:szCs w:val="24"/>
        </w:rPr>
      </w:pPr>
      <w:r w:rsidRPr="00163F37">
        <w:rPr>
          <w:b/>
          <w:sz w:val="24"/>
          <w:szCs w:val="24"/>
        </w:rPr>
        <w:t>UFFICIO SERVIZI SOCIALI</w:t>
      </w:r>
    </w:p>
    <w:p w14:paraId="05F81426" w14:textId="77777777" w:rsidR="00163F37" w:rsidRPr="00163F37" w:rsidRDefault="00163F37" w:rsidP="00163F37">
      <w:pPr>
        <w:spacing w:after="100"/>
        <w:jc w:val="right"/>
        <w:rPr>
          <w:sz w:val="24"/>
          <w:szCs w:val="24"/>
        </w:rPr>
      </w:pPr>
    </w:p>
    <w:p w14:paraId="7F27313D" w14:textId="44290B42" w:rsidR="008B7505" w:rsidRPr="00163F37" w:rsidRDefault="00163F37" w:rsidP="00163F37">
      <w:pPr>
        <w:spacing w:after="40"/>
        <w:jc w:val="both"/>
        <w:rPr>
          <w:sz w:val="24"/>
          <w:szCs w:val="24"/>
        </w:rPr>
      </w:pPr>
      <w:r w:rsidRPr="00163F37">
        <w:rPr>
          <w:b/>
          <w:sz w:val="24"/>
          <w:szCs w:val="24"/>
        </w:rPr>
        <w:t xml:space="preserve">OGGETTO: </w:t>
      </w:r>
      <w:r w:rsidR="00000000" w:rsidRPr="00163F37">
        <w:rPr>
          <w:b/>
          <w:sz w:val="24"/>
          <w:szCs w:val="24"/>
        </w:rPr>
        <w:t>MODULO DI MANIFESTAZIONE DI INTERESSE</w:t>
      </w:r>
      <w:r w:rsidRPr="00163F37">
        <w:rPr>
          <w:sz w:val="24"/>
          <w:szCs w:val="24"/>
        </w:rPr>
        <w:t xml:space="preserve"> </w:t>
      </w:r>
      <w:r w:rsidR="00000000" w:rsidRPr="00163F37">
        <w:rPr>
          <w:b/>
          <w:sz w:val="24"/>
          <w:szCs w:val="24"/>
        </w:rPr>
        <w:t>TOUR DELL’UMBRIA CON ASSISI</w:t>
      </w:r>
      <w:r w:rsidRPr="00163F37">
        <w:rPr>
          <w:sz w:val="24"/>
          <w:szCs w:val="24"/>
        </w:rPr>
        <w:t xml:space="preserve"> </w:t>
      </w:r>
      <w:r w:rsidR="00000000" w:rsidRPr="00163F37">
        <w:rPr>
          <w:b/>
          <w:sz w:val="24"/>
          <w:szCs w:val="24"/>
        </w:rPr>
        <w:t>9 – 14 NOVEMBRE 2026</w:t>
      </w:r>
    </w:p>
    <w:p w14:paraId="448C0648" w14:textId="77777777" w:rsidR="00163F37" w:rsidRPr="00163F37" w:rsidRDefault="00163F37">
      <w:pPr>
        <w:jc w:val="both"/>
        <w:rPr>
          <w:sz w:val="24"/>
          <w:szCs w:val="24"/>
        </w:rPr>
      </w:pPr>
    </w:p>
    <w:p w14:paraId="1D98EA79" w14:textId="00D9F4AB" w:rsidR="008B7505" w:rsidRPr="00163F37" w:rsidRDefault="00000000" w:rsidP="00163F37">
      <w:pPr>
        <w:jc w:val="both"/>
        <w:rPr>
          <w:sz w:val="24"/>
          <w:szCs w:val="24"/>
        </w:rPr>
      </w:pPr>
      <w:r w:rsidRPr="00163F37">
        <w:rPr>
          <w:sz w:val="24"/>
          <w:szCs w:val="24"/>
        </w:rPr>
        <w:t>Il/La sottoscritto/a</w:t>
      </w:r>
    </w:p>
    <w:p w14:paraId="0E67DA6F" w14:textId="77777777" w:rsidR="008B7505" w:rsidRPr="00163F37" w:rsidRDefault="00000000" w:rsidP="00163F37">
      <w:pPr>
        <w:spacing w:after="40"/>
        <w:jc w:val="both"/>
        <w:rPr>
          <w:sz w:val="24"/>
          <w:szCs w:val="24"/>
        </w:rPr>
      </w:pPr>
      <w:r w:rsidRPr="00163F37">
        <w:rPr>
          <w:sz w:val="24"/>
          <w:szCs w:val="24"/>
        </w:rPr>
        <w:t>Cognome e Nome: _________________________________________________</w:t>
      </w:r>
    </w:p>
    <w:p w14:paraId="413389D3" w14:textId="77777777" w:rsidR="008B7505" w:rsidRPr="00163F37" w:rsidRDefault="00000000" w:rsidP="00163F37">
      <w:pPr>
        <w:spacing w:after="40"/>
        <w:jc w:val="both"/>
        <w:rPr>
          <w:sz w:val="24"/>
          <w:szCs w:val="24"/>
        </w:rPr>
      </w:pPr>
      <w:r w:rsidRPr="00163F37">
        <w:rPr>
          <w:sz w:val="24"/>
          <w:szCs w:val="24"/>
        </w:rPr>
        <w:t>Nato/a a: __________________________________ il: __________________</w:t>
      </w:r>
    </w:p>
    <w:p w14:paraId="713B31A6" w14:textId="77777777" w:rsidR="008B7505" w:rsidRPr="00163F37" w:rsidRDefault="00000000" w:rsidP="00163F37">
      <w:pPr>
        <w:spacing w:after="40"/>
        <w:jc w:val="both"/>
        <w:rPr>
          <w:sz w:val="24"/>
          <w:szCs w:val="24"/>
        </w:rPr>
      </w:pPr>
      <w:r w:rsidRPr="00163F37">
        <w:rPr>
          <w:sz w:val="24"/>
          <w:szCs w:val="24"/>
        </w:rPr>
        <w:t>Residente a Chiaramonti in: _________________________________________</w:t>
      </w:r>
    </w:p>
    <w:p w14:paraId="06ECB0E2" w14:textId="77777777" w:rsidR="008B7505" w:rsidRPr="00163F37" w:rsidRDefault="00000000" w:rsidP="00163F37">
      <w:pPr>
        <w:spacing w:after="40"/>
        <w:jc w:val="both"/>
        <w:rPr>
          <w:sz w:val="24"/>
          <w:szCs w:val="24"/>
        </w:rPr>
      </w:pPr>
      <w:r w:rsidRPr="00163F37">
        <w:rPr>
          <w:sz w:val="24"/>
          <w:szCs w:val="24"/>
        </w:rPr>
        <w:t>Telefono: ___________________________________________________________</w:t>
      </w:r>
    </w:p>
    <w:p w14:paraId="414A8014" w14:textId="77777777" w:rsidR="008B7505" w:rsidRPr="00163F37" w:rsidRDefault="00000000">
      <w:pPr>
        <w:jc w:val="center"/>
        <w:rPr>
          <w:sz w:val="24"/>
          <w:szCs w:val="24"/>
        </w:rPr>
      </w:pPr>
      <w:r w:rsidRPr="00163F37">
        <w:rPr>
          <w:b/>
          <w:sz w:val="24"/>
          <w:szCs w:val="24"/>
        </w:rPr>
        <w:t>MANIFESTA IL PROPRIO INTERESSE</w:t>
      </w:r>
    </w:p>
    <w:p w14:paraId="62205F06" w14:textId="77777777" w:rsidR="008B7505" w:rsidRPr="00163F37" w:rsidRDefault="00000000" w:rsidP="00163F37">
      <w:pPr>
        <w:jc w:val="both"/>
        <w:rPr>
          <w:sz w:val="24"/>
          <w:szCs w:val="24"/>
        </w:rPr>
      </w:pPr>
      <w:r w:rsidRPr="00163F37">
        <w:rPr>
          <w:sz w:val="24"/>
          <w:szCs w:val="24"/>
        </w:rPr>
        <w:t>a partecipare al Tour dell’Umbria con Assisi, previsto dal 9 al 14 novembre 2026, della durata di 6 giorni/5 notti, con partenza e rientro a Chiaramonti.</w:t>
      </w:r>
    </w:p>
    <w:p w14:paraId="0EEA4844" w14:textId="4AD9E0E8" w:rsidR="008B7505" w:rsidRPr="00163F37" w:rsidRDefault="00000000" w:rsidP="00163F37">
      <w:pPr>
        <w:spacing w:before="100"/>
        <w:jc w:val="both"/>
        <w:rPr>
          <w:sz w:val="24"/>
          <w:szCs w:val="24"/>
        </w:rPr>
      </w:pPr>
      <w:r w:rsidRPr="00163F37">
        <w:rPr>
          <w:b/>
          <w:sz w:val="24"/>
          <w:szCs w:val="24"/>
        </w:rPr>
        <w:t>SISTEMAZIONE RICHIESTA</w:t>
      </w:r>
      <w:r w:rsidR="00163F37" w:rsidRPr="00163F37">
        <w:rPr>
          <w:b/>
          <w:sz w:val="24"/>
          <w:szCs w:val="24"/>
        </w:rPr>
        <w:t>:</w:t>
      </w:r>
    </w:p>
    <w:p w14:paraId="4CE31F6F" w14:textId="77777777" w:rsidR="008B7505" w:rsidRPr="00163F37" w:rsidRDefault="00000000" w:rsidP="00163F37">
      <w:pPr>
        <w:spacing w:after="40"/>
        <w:jc w:val="both"/>
        <w:rPr>
          <w:sz w:val="24"/>
          <w:szCs w:val="24"/>
        </w:rPr>
      </w:pPr>
      <w:r w:rsidRPr="00163F37">
        <w:rPr>
          <w:sz w:val="24"/>
          <w:szCs w:val="24"/>
        </w:rPr>
        <w:t>☐ Sistemazione ordinaria in camera doppia/matrimoniale e cabina doppia interna</w:t>
      </w:r>
    </w:p>
    <w:p w14:paraId="4039D125" w14:textId="77777777" w:rsidR="008B7505" w:rsidRPr="00163F37" w:rsidRDefault="00000000" w:rsidP="00163F37">
      <w:pPr>
        <w:spacing w:after="40"/>
        <w:jc w:val="both"/>
        <w:rPr>
          <w:sz w:val="24"/>
          <w:szCs w:val="24"/>
        </w:rPr>
      </w:pPr>
      <w:r w:rsidRPr="00163F37">
        <w:rPr>
          <w:sz w:val="24"/>
          <w:szCs w:val="24"/>
        </w:rPr>
        <w:t>☐ Camera singola – supplemento € 190,00</w:t>
      </w:r>
    </w:p>
    <w:p w14:paraId="051960E5" w14:textId="77777777" w:rsidR="008B7505" w:rsidRPr="00163F37" w:rsidRDefault="00000000" w:rsidP="00163F37">
      <w:pPr>
        <w:spacing w:after="40"/>
        <w:jc w:val="both"/>
        <w:rPr>
          <w:sz w:val="24"/>
          <w:szCs w:val="24"/>
        </w:rPr>
      </w:pPr>
      <w:r w:rsidRPr="00163F37">
        <w:rPr>
          <w:sz w:val="24"/>
          <w:szCs w:val="24"/>
        </w:rPr>
        <w:t>☐ Cabina esterna sul traghetto – supplemento € 50,00</w:t>
      </w:r>
    </w:p>
    <w:p w14:paraId="39A6EC9C" w14:textId="77777777" w:rsidR="008B7505" w:rsidRPr="00163F37" w:rsidRDefault="00000000" w:rsidP="00163F37">
      <w:pPr>
        <w:jc w:val="both"/>
        <w:rPr>
          <w:sz w:val="24"/>
          <w:szCs w:val="24"/>
        </w:rPr>
      </w:pPr>
      <w:r w:rsidRPr="00163F37">
        <w:rPr>
          <w:sz w:val="24"/>
          <w:szCs w:val="24"/>
        </w:rPr>
        <w:t>Eventuale persona con cui si desidera condividere la camera/cabina:</w:t>
      </w:r>
      <w:r w:rsidRPr="00163F37">
        <w:rPr>
          <w:sz w:val="24"/>
          <w:szCs w:val="24"/>
        </w:rPr>
        <w:br/>
        <w:t>________________________________________________________________________</w:t>
      </w:r>
    </w:p>
    <w:p w14:paraId="53CFF815" w14:textId="77777777" w:rsidR="008B7505" w:rsidRPr="00163F37" w:rsidRDefault="00000000" w:rsidP="00163F37">
      <w:pPr>
        <w:spacing w:before="100"/>
        <w:jc w:val="both"/>
        <w:rPr>
          <w:sz w:val="24"/>
          <w:szCs w:val="24"/>
        </w:rPr>
      </w:pPr>
      <w:r w:rsidRPr="00163F37">
        <w:rPr>
          <w:b/>
          <w:sz w:val="24"/>
          <w:szCs w:val="24"/>
        </w:rPr>
        <w:t>IL/LA SOTTOSCRITTO/A DICHIARA DI ESSERE A CONOSCENZA CHE:</w:t>
      </w:r>
    </w:p>
    <w:p w14:paraId="6C6D2E8B" w14:textId="77777777" w:rsidR="008B7505" w:rsidRPr="00163F37" w:rsidRDefault="00000000" w:rsidP="00163F37">
      <w:pPr>
        <w:spacing w:after="40"/>
        <w:ind w:left="397" w:hanging="198"/>
        <w:jc w:val="both"/>
        <w:rPr>
          <w:sz w:val="24"/>
          <w:szCs w:val="24"/>
        </w:rPr>
      </w:pPr>
      <w:r w:rsidRPr="00163F37">
        <w:rPr>
          <w:sz w:val="24"/>
          <w:szCs w:val="24"/>
        </w:rPr>
        <w:t>•  la presente manifestazione di interesse non costituisce iscrizione definitiva al viaggio;</w:t>
      </w:r>
    </w:p>
    <w:p w14:paraId="339F806F" w14:textId="77777777" w:rsidR="008B7505" w:rsidRPr="00163F37" w:rsidRDefault="00000000" w:rsidP="00163F37">
      <w:pPr>
        <w:spacing w:after="40"/>
        <w:ind w:left="397" w:hanging="198"/>
        <w:jc w:val="both"/>
        <w:rPr>
          <w:sz w:val="24"/>
          <w:szCs w:val="24"/>
        </w:rPr>
      </w:pPr>
      <w:r w:rsidRPr="00163F37">
        <w:rPr>
          <w:sz w:val="24"/>
          <w:szCs w:val="24"/>
        </w:rPr>
        <w:t>•  l’effettiva realizzazione del tour è subordinata al raggiungimento del numero minimo di 35 partecipanti e alla successiva definizione degli aspetti organizzativi ed economici;</w:t>
      </w:r>
    </w:p>
    <w:p w14:paraId="090EF892" w14:textId="77777777" w:rsidR="008B7505" w:rsidRPr="00163F37" w:rsidRDefault="00000000" w:rsidP="00163F37">
      <w:pPr>
        <w:spacing w:after="40"/>
        <w:ind w:left="397" w:hanging="198"/>
        <w:jc w:val="both"/>
        <w:rPr>
          <w:sz w:val="24"/>
          <w:szCs w:val="24"/>
        </w:rPr>
      </w:pPr>
      <w:r w:rsidRPr="00163F37">
        <w:rPr>
          <w:sz w:val="24"/>
          <w:szCs w:val="24"/>
        </w:rPr>
        <w:t>•  la quota individuale prevista, per un minimo di 35 partecipanti, è pari a € 925,00;</w:t>
      </w:r>
    </w:p>
    <w:p w14:paraId="1E62AF24" w14:textId="77777777" w:rsidR="008B7505" w:rsidRPr="00163F37" w:rsidRDefault="00000000" w:rsidP="00163F37">
      <w:pPr>
        <w:spacing w:after="40"/>
        <w:ind w:left="397" w:hanging="198"/>
        <w:jc w:val="both"/>
        <w:rPr>
          <w:sz w:val="24"/>
          <w:szCs w:val="24"/>
        </w:rPr>
      </w:pPr>
      <w:r w:rsidRPr="00163F37">
        <w:rPr>
          <w:sz w:val="24"/>
          <w:szCs w:val="24"/>
        </w:rPr>
        <w:t>•  l’eventuale supplemento per la camera singola è pari a € 190,00;</w:t>
      </w:r>
    </w:p>
    <w:p w14:paraId="4AE5B119" w14:textId="77777777" w:rsidR="008B7505" w:rsidRPr="00163F37" w:rsidRDefault="00000000" w:rsidP="00163F37">
      <w:pPr>
        <w:spacing w:after="40"/>
        <w:ind w:left="397" w:hanging="198"/>
        <w:jc w:val="both"/>
        <w:rPr>
          <w:sz w:val="24"/>
          <w:szCs w:val="24"/>
        </w:rPr>
      </w:pPr>
      <w:r w:rsidRPr="00163F37">
        <w:rPr>
          <w:sz w:val="24"/>
          <w:szCs w:val="24"/>
        </w:rPr>
        <w:t>•  l’eventuale supplemento per la cabina esterna è pari a € 50,00;</w:t>
      </w:r>
    </w:p>
    <w:p w14:paraId="68C7EEAF" w14:textId="77777777" w:rsidR="008B7505" w:rsidRPr="00163F37" w:rsidRDefault="00000000" w:rsidP="00163F37">
      <w:pPr>
        <w:spacing w:after="40"/>
        <w:ind w:left="397" w:hanging="198"/>
        <w:jc w:val="both"/>
        <w:rPr>
          <w:sz w:val="24"/>
          <w:szCs w:val="24"/>
        </w:rPr>
      </w:pPr>
      <w:r w:rsidRPr="00163F37">
        <w:rPr>
          <w:sz w:val="24"/>
          <w:szCs w:val="24"/>
        </w:rPr>
        <w:t>•  la tassa di soggiorno, attualmente indicata in € 4,00 per notte/persona, è esclusa e dovrà essere corrisposta in loco;</w:t>
      </w:r>
    </w:p>
    <w:p w14:paraId="591CB146" w14:textId="77777777" w:rsidR="008B7505" w:rsidRPr="00163F37" w:rsidRDefault="00000000" w:rsidP="00163F37">
      <w:pPr>
        <w:spacing w:after="40"/>
        <w:ind w:left="397" w:hanging="198"/>
        <w:jc w:val="both"/>
        <w:rPr>
          <w:sz w:val="24"/>
          <w:szCs w:val="24"/>
        </w:rPr>
      </w:pPr>
      <w:r w:rsidRPr="00163F37">
        <w:rPr>
          <w:sz w:val="24"/>
          <w:szCs w:val="24"/>
        </w:rPr>
        <w:t>•  la quota comprende il trasporto in bus per l’intero itinerario, i passaggi marittimi con cabina doppia interna, 3 pernottamenti in hotel con mezza pensione, 4 pranzi in ristorante, il servizio guida per 4 mezze giornate, l’assistenza telefonica h 24 e la polizza sanitaria e annullamento;</w:t>
      </w:r>
    </w:p>
    <w:p w14:paraId="3CC9B461" w14:textId="77777777" w:rsidR="008B7505" w:rsidRPr="00163F37" w:rsidRDefault="00000000" w:rsidP="00163F37">
      <w:pPr>
        <w:spacing w:after="40"/>
        <w:ind w:left="397" w:hanging="198"/>
        <w:jc w:val="both"/>
        <w:rPr>
          <w:sz w:val="24"/>
          <w:szCs w:val="24"/>
        </w:rPr>
      </w:pPr>
      <w:r w:rsidRPr="00163F37">
        <w:rPr>
          <w:sz w:val="24"/>
          <w:szCs w:val="24"/>
        </w:rPr>
        <w:t>•  ingressi, servizi non inclusi nell’itinerario e quanto non espressamente compreso restano a carico del partecipante;</w:t>
      </w:r>
    </w:p>
    <w:p w14:paraId="2119C0EF" w14:textId="77777777" w:rsidR="008B7505" w:rsidRPr="00163F37" w:rsidRDefault="00000000" w:rsidP="00163F37">
      <w:pPr>
        <w:spacing w:after="40"/>
        <w:ind w:left="397" w:hanging="198"/>
        <w:jc w:val="both"/>
        <w:rPr>
          <w:sz w:val="24"/>
          <w:szCs w:val="24"/>
        </w:rPr>
      </w:pPr>
      <w:r w:rsidRPr="00163F37">
        <w:rPr>
          <w:sz w:val="24"/>
          <w:szCs w:val="24"/>
        </w:rPr>
        <w:t>•  di aver preso visione dell’informativa sul trattamento dei dati personali ai sensi del Regolamento (UE) 2016/679 (GDPR).</w:t>
      </w:r>
    </w:p>
    <w:p w14:paraId="740B668A" w14:textId="77777777" w:rsidR="008B7505" w:rsidRPr="00163F37" w:rsidRDefault="00000000" w:rsidP="00163F37">
      <w:pPr>
        <w:jc w:val="both"/>
        <w:rPr>
          <w:sz w:val="24"/>
          <w:szCs w:val="24"/>
        </w:rPr>
      </w:pPr>
      <w:r w:rsidRPr="00163F37">
        <w:rPr>
          <w:sz w:val="24"/>
          <w:szCs w:val="24"/>
        </w:rPr>
        <w:t>Chiaramonti, ______________________________</w:t>
      </w:r>
    </w:p>
    <w:p w14:paraId="7469B48A" w14:textId="77777777" w:rsidR="008B7505" w:rsidRPr="00163F37" w:rsidRDefault="00000000" w:rsidP="00163F37">
      <w:pPr>
        <w:jc w:val="both"/>
        <w:rPr>
          <w:sz w:val="24"/>
          <w:szCs w:val="24"/>
        </w:rPr>
      </w:pPr>
      <w:r w:rsidRPr="00163F37">
        <w:rPr>
          <w:sz w:val="24"/>
          <w:szCs w:val="24"/>
        </w:rPr>
        <w:t>Firma ____________________________________</w:t>
      </w:r>
    </w:p>
    <w:p w14:paraId="16400E71" w14:textId="0ED63718" w:rsidR="008B7505" w:rsidRPr="00163F37" w:rsidRDefault="00000000" w:rsidP="00163F37">
      <w:pPr>
        <w:jc w:val="both"/>
        <w:rPr>
          <w:sz w:val="24"/>
          <w:szCs w:val="24"/>
        </w:rPr>
      </w:pPr>
      <w:r w:rsidRPr="00163F37">
        <w:rPr>
          <w:b/>
          <w:sz w:val="24"/>
          <w:szCs w:val="24"/>
        </w:rPr>
        <w:t xml:space="preserve">Il presente modulo deve essere presentato entro il </w:t>
      </w:r>
      <w:r w:rsidR="00163F37">
        <w:rPr>
          <w:b/>
          <w:sz w:val="24"/>
          <w:szCs w:val="24"/>
        </w:rPr>
        <w:t>30/09/2026</w:t>
      </w:r>
      <w:r w:rsidRPr="00163F37">
        <w:rPr>
          <w:b/>
          <w:sz w:val="24"/>
          <w:szCs w:val="24"/>
        </w:rPr>
        <w:t xml:space="preserve"> presso l’Ufficio Servizi Sociali del Comune di Chiaramonti.</w:t>
      </w:r>
    </w:p>
    <w:p w14:paraId="3276C5B7" w14:textId="77777777" w:rsidR="008B7505" w:rsidRPr="00163F37" w:rsidRDefault="00000000" w:rsidP="00163F37">
      <w:pPr>
        <w:spacing w:before="100"/>
        <w:jc w:val="both"/>
        <w:rPr>
          <w:sz w:val="24"/>
          <w:szCs w:val="24"/>
        </w:rPr>
      </w:pPr>
      <w:r w:rsidRPr="00163F37">
        <w:rPr>
          <w:b/>
          <w:sz w:val="24"/>
          <w:szCs w:val="24"/>
        </w:rPr>
        <w:t>INFORMATIVA SUL TRATTAMENTO DEI DATI PERSONALI</w:t>
      </w:r>
    </w:p>
    <w:p w14:paraId="118BCDF5" w14:textId="77777777" w:rsidR="008B7505" w:rsidRPr="00163F37" w:rsidRDefault="00000000" w:rsidP="00163F37">
      <w:pPr>
        <w:spacing w:after="40"/>
        <w:jc w:val="both"/>
        <w:rPr>
          <w:sz w:val="24"/>
          <w:szCs w:val="24"/>
        </w:rPr>
      </w:pPr>
      <w:r w:rsidRPr="00163F37">
        <w:rPr>
          <w:sz w:val="24"/>
          <w:szCs w:val="24"/>
        </w:rPr>
        <w:t xml:space="preserve">Informativa effettuata ai sensi dell’art. 13 del Regolamento (UE) 2016/679 (RGPD). Il Comune di Chiaramonti, con sede in Chiaramonti, Via Fratelli Cervi n. 1, e-mail: protocollo@comune.chiaramonti.ss.it, PEC: protocollo@pec.comune.chiaramonti.ss.it, tel. 079569092, in </w:t>
      </w:r>
      <w:r w:rsidRPr="00163F37">
        <w:rPr>
          <w:sz w:val="24"/>
          <w:szCs w:val="24"/>
        </w:rPr>
        <w:lastRenderedPageBreak/>
        <w:t>qualità di Titolare del trattamento, tratterà i dati personali conferiti con la presente modulistica, su supporto cartaceo e con modalità informatiche e telematiche, esclusivamente per le finalità connesse all’organizzazione del servizio richiesto e all’esecuzione dei compiti di interesse pubblico dell’Ente. Il trattamento avverrà nel rispetto dei principi di liceità, correttezza, trasparenza, minimizzazione, sicurezza e riservatezza. Il conferimento dei dati è facoltativo, ma il mancato conferimento può impedire la gestione della manifestazione di interesse. I dati potranno essere comunicati nei casi previsti dalla legge e saranno conservati per il periodo necessario allo svolgimento dell’attività amministrativa. Gli interessati possono esercitare i diritti previsti dagli artt. 15 e seguenti del RGPD. Il Responsabile della Protezione dei Dati dell’Ente è SIPAL srl, Via San Benedetto 60, Cagliari, tel. 070/42835, e-mail dpo@sipal.sardegna.it, PEC sipalpostacertificata@pec.sipal.sardegna.it.</w:t>
      </w:r>
    </w:p>
    <w:sectPr w:rsidR="008B7505" w:rsidRPr="00163F37" w:rsidSect="00034616">
      <w:pgSz w:w="12240" w:h="15840"/>
      <w:pgMar w:top="794" w:right="964" w:bottom="794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71223180">
    <w:abstractNumId w:val="8"/>
  </w:num>
  <w:num w:numId="2" w16cid:durableId="1669867234">
    <w:abstractNumId w:val="6"/>
  </w:num>
  <w:num w:numId="3" w16cid:durableId="1058940478">
    <w:abstractNumId w:val="5"/>
  </w:num>
  <w:num w:numId="4" w16cid:durableId="920020470">
    <w:abstractNumId w:val="4"/>
  </w:num>
  <w:num w:numId="5" w16cid:durableId="2064015555">
    <w:abstractNumId w:val="7"/>
  </w:num>
  <w:num w:numId="6" w16cid:durableId="1279411575">
    <w:abstractNumId w:val="3"/>
  </w:num>
  <w:num w:numId="7" w16cid:durableId="342975885">
    <w:abstractNumId w:val="2"/>
  </w:num>
  <w:num w:numId="8" w16cid:durableId="10421166">
    <w:abstractNumId w:val="1"/>
  </w:num>
  <w:num w:numId="9" w16cid:durableId="20079043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3F37"/>
    <w:rsid w:val="0029639D"/>
    <w:rsid w:val="00326F90"/>
    <w:rsid w:val="008B7505"/>
    <w:rsid w:val="00A33FA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E5DBF3"/>
  <w14:defaultImageDpi w14:val="300"/>
  <w15:docId w15:val="{4DE42A7F-B696-4CD0-B729-8EB5A6593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80" w:line="240" w:lineRule="auto"/>
    </w:pPr>
    <w:rPr>
      <w:rFonts w:ascii="Times New Roman" w:hAnsi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Sebastiana Mulas</cp:lastModifiedBy>
  <cp:revision>2</cp:revision>
  <dcterms:created xsi:type="dcterms:W3CDTF">2013-12-23T23:15:00Z</dcterms:created>
  <dcterms:modified xsi:type="dcterms:W3CDTF">2026-09-17T15:06:00Z</dcterms:modified>
  <cp:category/>
</cp:coreProperties>
</file>