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1191B4" w14:textId="5CE1084F" w:rsidR="007A64BB" w:rsidRDefault="008831B1" w:rsidP="00275023">
      <w:pPr>
        <w:ind w:left="8640"/>
        <w:jc w:val="center"/>
      </w:pPr>
      <w:r>
        <w:rPr>
          <w:b/>
        </w:rPr>
        <w:br/>
        <w:t>ALLEGATO B</w:t>
      </w:r>
    </w:p>
    <w:p w14:paraId="770F4914" w14:textId="7F9C9946" w:rsidR="007A64BB" w:rsidRDefault="00C77E23">
      <w:pPr>
        <w:jc w:val="right"/>
        <w:rPr>
          <w:b/>
        </w:rPr>
      </w:pPr>
      <w:r>
        <w:rPr>
          <w:b/>
        </w:rPr>
        <w:t xml:space="preserve">Al </w:t>
      </w:r>
      <w:proofErr w:type="spellStart"/>
      <w:r>
        <w:rPr>
          <w:b/>
        </w:rPr>
        <w:t>Comune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Trinità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D’agultu</w:t>
      </w:r>
      <w:proofErr w:type="spellEnd"/>
      <w:r>
        <w:rPr>
          <w:b/>
        </w:rPr>
        <w:t xml:space="preserve"> e Vignola</w:t>
      </w:r>
      <w:r w:rsidR="008831B1">
        <w:rPr>
          <w:b/>
        </w:rPr>
        <w:br/>
      </w:r>
      <w:proofErr w:type="spellStart"/>
      <w:r w:rsidR="008831B1">
        <w:rPr>
          <w:b/>
        </w:rPr>
        <w:t>Ufficio</w:t>
      </w:r>
      <w:proofErr w:type="spellEnd"/>
      <w:r w:rsidR="008831B1">
        <w:rPr>
          <w:b/>
        </w:rPr>
        <w:t xml:space="preserve"> </w:t>
      </w:r>
      <w:proofErr w:type="spellStart"/>
      <w:r w:rsidR="008831B1">
        <w:rPr>
          <w:b/>
        </w:rPr>
        <w:t>Servizi</w:t>
      </w:r>
      <w:proofErr w:type="spellEnd"/>
      <w:r w:rsidR="008831B1">
        <w:rPr>
          <w:b/>
        </w:rPr>
        <w:t xml:space="preserve"> </w:t>
      </w:r>
      <w:proofErr w:type="spellStart"/>
      <w:r w:rsidR="008831B1">
        <w:rPr>
          <w:b/>
        </w:rPr>
        <w:t>Sociali</w:t>
      </w:r>
      <w:proofErr w:type="spellEnd"/>
    </w:p>
    <w:p w14:paraId="4CCA21B4" w14:textId="77777777" w:rsidR="00275023" w:rsidRDefault="00275023">
      <w:pPr>
        <w:jc w:val="right"/>
        <w:rPr>
          <w:b/>
        </w:rPr>
      </w:pPr>
    </w:p>
    <w:p w14:paraId="070CCC4E" w14:textId="019B13E0" w:rsidR="00275023" w:rsidRPr="00275023" w:rsidRDefault="00275023" w:rsidP="00275023">
      <w:pPr>
        <w:rPr>
          <w:rFonts w:ascii="Times New Roman" w:hAnsi="Times New Roman" w:cs="Times New Roman"/>
          <w:sz w:val="22"/>
        </w:rPr>
      </w:pPr>
      <w:r w:rsidRPr="00275023">
        <w:rPr>
          <w:rFonts w:ascii="Times New Roman" w:hAnsi="Times New Roman" w:cs="Times New Roman"/>
          <w:b/>
          <w:sz w:val="22"/>
        </w:rPr>
        <w:t>OGGETTO: DOMANDA DI CONTRIBUTO PER IL SOSTEGNO ALLA LOCAZIONE</w:t>
      </w:r>
      <w:r>
        <w:rPr>
          <w:rFonts w:ascii="Times New Roman" w:hAnsi="Times New Roman" w:cs="Times New Roman"/>
          <w:sz w:val="22"/>
        </w:rPr>
        <w:t xml:space="preserve"> </w:t>
      </w:r>
      <w:r w:rsidRPr="00275023">
        <w:rPr>
          <w:rFonts w:ascii="Times New Roman" w:hAnsi="Times New Roman" w:cs="Times New Roman"/>
          <w:b/>
          <w:sz w:val="22"/>
        </w:rPr>
        <w:t xml:space="preserve">L. n. 431/1998, art. 11 - </w:t>
      </w:r>
      <w:proofErr w:type="spellStart"/>
      <w:r w:rsidRPr="00275023">
        <w:rPr>
          <w:rFonts w:ascii="Times New Roman" w:hAnsi="Times New Roman" w:cs="Times New Roman"/>
          <w:b/>
          <w:sz w:val="22"/>
        </w:rPr>
        <w:t>Annualità</w:t>
      </w:r>
      <w:proofErr w:type="spellEnd"/>
      <w:r w:rsidRPr="00275023">
        <w:rPr>
          <w:rFonts w:ascii="Times New Roman" w:hAnsi="Times New Roman" w:cs="Times New Roman"/>
          <w:b/>
          <w:sz w:val="22"/>
        </w:rPr>
        <w:t xml:space="preserve"> 2026</w:t>
      </w:r>
      <w:r>
        <w:rPr>
          <w:rFonts w:ascii="Times New Roman" w:hAnsi="Times New Roman" w:cs="Times New Roman"/>
          <w:b/>
          <w:sz w:val="22"/>
        </w:rPr>
        <w:t>;</w:t>
      </w:r>
    </w:p>
    <w:p w14:paraId="2073884B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t>1. DATI DEL RICHIEDENTE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32"/>
        <w:gridCol w:w="7200"/>
      </w:tblGrid>
      <w:tr w:rsidR="007A64BB" w:rsidRPr="00275023" w14:paraId="5BBFF29C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071C0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Cognome e nome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897AF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________________________________________________________________</w:t>
            </w:r>
          </w:p>
        </w:tc>
      </w:tr>
      <w:tr w:rsidR="007A64BB" w:rsidRPr="00275023" w14:paraId="453F3F1A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B22EF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Nato/a a - Prov. - data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0829FB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________________________________________________________________</w:t>
            </w:r>
          </w:p>
        </w:tc>
      </w:tr>
      <w:tr w:rsidR="007A64BB" w:rsidRPr="00275023" w14:paraId="582FC973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495C6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Codice fiscale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291C9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________________________________________________________________</w:t>
            </w:r>
          </w:p>
        </w:tc>
      </w:tr>
      <w:tr w:rsidR="007A64BB" w:rsidRPr="00275023" w14:paraId="4828FCFE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01D50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Residenza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16C6A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Comune __________________ Via/Piazza __________________ n. ____ CAP ______</w:t>
            </w:r>
          </w:p>
        </w:tc>
      </w:tr>
      <w:tr w:rsidR="007A64BB" w:rsidRPr="00275023" w14:paraId="6AD609E8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E77FC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Telefono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DE4F8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</w:t>
            </w:r>
          </w:p>
        </w:tc>
      </w:tr>
      <w:tr w:rsidR="007A64BB" w:rsidRPr="00275023" w14:paraId="1F6ED62B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70763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E-mail / PEC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32F6B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____________________________________________________</w:t>
            </w:r>
          </w:p>
        </w:tc>
      </w:tr>
    </w:tbl>
    <w:p w14:paraId="537BB0ED" w14:textId="77777777" w:rsidR="00716AF0" w:rsidRDefault="00716AF0">
      <w:pPr>
        <w:jc w:val="center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7A1AEF3B" w14:textId="59C0C613" w:rsidR="007A64BB" w:rsidRPr="00275023" w:rsidRDefault="008831B1">
      <w:pPr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>CHIEDE</w:t>
      </w:r>
    </w:p>
    <w:p w14:paraId="7658B2CD" w14:textId="77777777" w:rsidR="007A64BB" w:rsidRPr="00275023" w:rsidRDefault="008831B1" w:rsidP="00275023">
      <w:pPr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Times New Roman" w:hAnsi="Times New Roman" w:cs="Times New Roman"/>
          <w:color w:val="000000" w:themeColor="text1"/>
          <w:sz w:val="22"/>
        </w:rPr>
        <w:t>di essere ammesso/a al contributo per il sostegno all’accesso alle abitazioni in locazione di cui all’art. 11 della L. n. 431/1998, annualità 2026.</w:t>
      </w:r>
    </w:p>
    <w:p w14:paraId="43D052CA" w14:textId="77777777" w:rsidR="007A64BB" w:rsidRPr="00275023" w:rsidRDefault="008831B1" w:rsidP="00275023">
      <w:pPr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Times New Roman" w:hAnsi="Times New Roman" w:cs="Times New Roman"/>
          <w:color w:val="000000" w:themeColor="text1"/>
          <w:sz w:val="22"/>
        </w:rPr>
        <w:t>A tal fine, consapevole delle responsabilità e delle sanzioni previste in caso di dichiarazioni non veritiere, ai sensi degli artt. 46 e 47 del D.P.R. n. 445/2000, dichiara quanto segue.</w:t>
      </w:r>
    </w:p>
    <w:p w14:paraId="2A04F403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t>2. CITTADINANZA E TITOLO DI SOGGIORNO</w:t>
      </w:r>
    </w:p>
    <w:p w14:paraId="1B11EEC2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cittadino/a italiano/a</w:t>
      </w:r>
    </w:p>
    <w:p w14:paraId="1A014FE3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cittadino/a di uno Stato dell’Unione europea: ______________________________</w:t>
      </w:r>
    </w:p>
    <w:p w14:paraId="3F626EEA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cittadino/a extracomunitario/a, in possesso di regolare titolo di soggiorno</w:t>
      </w:r>
    </w:p>
    <w:p w14:paraId="3E45CA5E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t>3. ALLOGGIO E CONTRATTO DI LOCAZIONE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82"/>
        <w:gridCol w:w="5550"/>
      </w:tblGrid>
      <w:tr w:rsidR="007A64BB" w:rsidRPr="00275023" w14:paraId="46A12B02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15D4E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Indirizzo dell’alloggio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5350F" w14:textId="4CF8C50C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Via/Piazza ______________</w:t>
            </w:r>
            <w:r w:rsid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</w:t>
            </w: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</w:t>
            </w:r>
            <w:r w:rsidR="00C77E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_______________ n. ____ - </w:t>
            </w:r>
            <w:proofErr w:type="spellStart"/>
            <w:r w:rsidR="00C77E23">
              <w:rPr>
                <w:rFonts w:ascii="Times New Roman" w:hAnsi="Times New Roman" w:cs="Times New Roman"/>
                <w:color w:val="000000" w:themeColor="text1"/>
                <w:sz w:val="22"/>
              </w:rPr>
              <w:t>Trinità</w:t>
            </w:r>
            <w:proofErr w:type="spellEnd"/>
            <w:r w:rsidR="00C77E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="00C77E23">
              <w:rPr>
                <w:rFonts w:ascii="Times New Roman" w:hAnsi="Times New Roman" w:cs="Times New Roman"/>
                <w:color w:val="000000" w:themeColor="text1"/>
                <w:sz w:val="22"/>
              </w:rPr>
              <w:t>d’Agultu</w:t>
            </w:r>
            <w:proofErr w:type="spellEnd"/>
            <w:r w:rsidR="00C77E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e Vignola</w:t>
            </w:r>
          </w:p>
        </w:tc>
      </w:tr>
      <w:tr w:rsidR="007A64BB" w:rsidRPr="00275023" w14:paraId="07C21F1B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BCC29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Tipologia contratto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411F7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Segoe UI Symbol" w:hAnsi="Segoe UI Symbol" w:cs="Segoe UI Symbol"/>
                <w:color w:val="000000" w:themeColor="text1"/>
                <w:sz w:val="22"/>
              </w:rPr>
              <w:t>☐</w:t>
            </w: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locazione ordinaria   </w:t>
            </w:r>
            <w:r w:rsidRPr="00275023">
              <w:rPr>
                <w:rFonts w:ascii="Segoe UI Symbol" w:hAnsi="Segoe UI Symbol" w:cs="Segoe UI Symbol"/>
                <w:color w:val="000000" w:themeColor="text1"/>
                <w:sz w:val="22"/>
              </w:rPr>
              <w:t>☐</w:t>
            </w: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transitoria   </w:t>
            </w:r>
            <w:r w:rsidRPr="00275023">
              <w:rPr>
                <w:rFonts w:ascii="Segoe UI Symbol" w:hAnsi="Segoe UI Symbol" w:cs="Segoe UI Symbol"/>
                <w:color w:val="000000" w:themeColor="text1"/>
                <w:sz w:val="22"/>
              </w:rPr>
              <w:t>☐</w:t>
            </w: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sublocazione</w:t>
            </w:r>
          </w:p>
        </w:tc>
      </w:tr>
      <w:tr w:rsidR="007A64BB" w:rsidRPr="00275023" w14:paraId="2B3D5803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FF147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Data stipula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7F98C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</w:t>
            </w:r>
          </w:p>
        </w:tc>
      </w:tr>
      <w:tr w:rsidR="007A64BB" w:rsidRPr="00275023" w14:paraId="04F92EC2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63125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Periodo di titolarità nel 2026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85246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dal ____/____/2026 al ____/____/2026</w:t>
            </w:r>
          </w:p>
        </w:tc>
      </w:tr>
      <w:tr w:rsidR="007A64BB" w:rsidRPr="00275023" w14:paraId="0A902E73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38E75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Registrazione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D115E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Ufficio/estremi _________________________________________________</w:t>
            </w:r>
          </w:p>
        </w:tc>
      </w:tr>
      <w:tr w:rsidR="007A64BB" w:rsidRPr="00275023" w14:paraId="629F73C9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2A973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lastRenderedPageBreak/>
              <w:t>Locatore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B790A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Cognome e nome / denominazione ____________________________________</w:t>
            </w:r>
          </w:p>
        </w:tc>
      </w:tr>
      <w:tr w:rsidR="007A64BB" w:rsidRPr="00275023" w14:paraId="6B0DBAD4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9C94D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Categoria catastale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C5C4C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</w:t>
            </w:r>
          </w:p>
        </w:tc>
      </w:tr>
      <w:tr w:rsidR="007A64BB" w:rsidRPr="00275023" w14:paraId="24CAD1A2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55473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Canone mensile, esclusi oneri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575F4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€ __________________</w:t>
            </w:r>
          </w:p>
        </w:tc>
      </w:tr>
      <w:tr w:rsidR="007A64BB" w:rsidRPr="00275023" w14:paraId="7EA4D70B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8EBFA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Canone complessivamente dovuto nel 2026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18B2C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€ __________________</w:t>
            </w:r>
          </w:p>
        </w:tc>
      </w:tr>
    </w:tbl>
    <w:p w14:paraId="56BD6070" w14:textId="77777777" w:rsidR="00716AF0" w:rsidRDefault="00716AF0" w:rsidP="00275023">
      <w:pPr>
        <w:ind w:left="142"/>
        <w:jc w:val="both"/>
        <w:rPr>
          <w:rFonts w:ascii="Segoe UI Symbol" w:hAnsi="Segoe UI Symbol" w:cs="Segoe UI Symbol"/>
          <w:b/>
          <w:color w:val="000000" w:themeColor="text1"/>
          <w:sz w:val="22"/>
        </w:rPr>
      </w:pPr>
    </w:p>
    <w:p w14:paraId="14DACCD1" w14:textId="4B3F4EC3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l’alloggio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è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adibito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ad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abitazione principale e corrisponde alla residenza anagrafica del nucleo per il periodo per il quale si richiede il contributo</w:t>
      </w:r>
    </w:p>
    <w:p w14:paraId="28F01F4E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il contratto è intestato al/alla sottoscritto/a</w:t>
      </w:r>
    </w:p>
    <w:p w14:paraId="1EEDC1B7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l’immobile NON è classificato nelle categorie catastali A1, A8, A9 né in categorie riferite a usi non abitativi</w:t>
      </w:r>
    </w:p>
    <w:p w14:paraId="222D3CCF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il contratto NON è stipulato con parenti o affini entro il secondo grado né con il coniuge non legalmente separato</w:t>
      </w:r>
    </w:p>
    <w:p w14:paraId="3C8294EF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t>4. REQUISITI DEL NUCLEO FAMILIARE</w:t>
      </w:r>
    </w:p>
    <w:p w14:paraId="78987674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nessun componente del nucleo è assegnatario di alloggio a canone sociale ai sensi della L.R. n. 13/1989</w:t>
      </w:r>
    </w:p>
    <w:p w14:paraId="0C0533FC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nessun componente del nucleo è titolare di proprietà, usufrutto, uso o abitazione su un alloggio adeguato alle esigenze del nucleo familiare nel territorio nazionale</w:t>
      </w:r>
    </w:p>
    <w:p w14:paraId="3EA7F721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un componente è titolare esclusivamente di nuda proprietà</w:t>
      </w:r>
    </w:p>
    <w:p w14:paraId="4CC089C0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un componente è titolare di una quota di proprietà/usufrutto/uso/abitazione pari al ______ %; si chiede la valutazione dell’adeguatezza in relazione alla quota</w:t>
      </w:r>
    </w:p>
    <w:p w14:paraId="11715FA6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un componente, pur titolare di un diritto di proprietà, si trova nell’impossibilità giuridica di godere del bene. Specificare: ______________________________________________</w:t>
      </w:r>
    </w:p>
    <w:p w14:paraId="456F0F10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t>5. ISEE 2026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02"/>
        <w:gridCol w:w="5330"/>
      </w:tblGrid>
      <w:tr w:rsidR="007A64BB" w:rsidRPr="00275023" w14:paraId="4E48A89F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1B5A6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Valore ISEE 2026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27D2A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€ __________________________</w:t>
            </w:r>
          </w:p>
        </w:tc>
      </w:tr>
      <w:tr w:rsidR="007A64BB" w:rsidRPr="00275023" w14:paraId="66BD71DE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9B8F9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Protocollo attestazione ISEE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A00CC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_______________________________________________</w:t>
            </w:r>
          </w:p>
        </w:tc>
      </w:tr>
    </w:tbl>
    <w:p w14:paraId="0CC630BC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t>6. CONTRATTO COINTESTATO A SOGGETTI DI NUCLEI FAMILIARI DISTINTI</w:t>
      </w:r>
    </w:p>
    <w:p w14:paraId="2A486308" w14:textId="77777777" w:rsidR="007A64BB" w:rsidRPr="00275023" w:rsidRDefault="008831B1">
      <w:pPr>
        <w:ind w:left="142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il contratto NON è cointestato a soggetti appartenenti a nuclei familiari distinti</w:t>
      </w:r>
    </w:p>
    <w:p w14:paraId="360BEF5E" w14:textId="77777777" w:rsidR="007A64BB" w:rsidRPr="00275023" w:rsidRDefault="008831B1">
      <w:pPr>
        <w:ind w:left="142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il contratto È cointestato a soggetti appartenenti a nuclei familiari distinti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A64BB" w:rsidRPr="00275023" w14:paraId="50AE4F2E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AAB3D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Quota di canone riferibile al nucleo del richiedente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7FE93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€ __________________ / ______ %</w:t>
            </w:r>
          </w:p>
        </w:tc>
      </w:tr>
      <w:tr w:rsidR="007A64BB" w:rsidRPr="00275023" w14:paraId="42F0D236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07958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Documento da cui risulta la quota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BF271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Segoe UI Symbol" w:hAnsi="Segoe UI Symbol" w:cs="Segoe UI Symbol"/>
                <w:color w:val="000000" w:themeColor="text1"/>
                <w:sz w:val="22"/>
              </w:rPr>
              <w:t>☐</w:t>
            </w: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contratto   </w:t>
            </w:r>
            <w:r w:rsidRPr="00275023">
              <w:rPr>
                <w:rFonts w:ascii="Segoe UI Symbol" w:hAnsi="Segoe UI Symbol" w:cs="Segoe UI Symbol"/>
                <w:color w:val="000000" w:themeColor="text1"/>
                <w:sz w:val="22"/>
              </w:rPr>
              <w:t>☐</w:t>
            </w: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altra documentazione avente data certa</w:t>
            </w:r>
          </w:p>
        </w:tc>
      </w:tr>
    </w:tbl>
    <w:p w14:paraId="2BBD3071" w14:textId="77777777" w:rsidR="007A64BB" w:rsidRPr="00275023" w:rsidRDefault="008831B1">
      <w:pPr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Times New Roman" w:hAnsi="Times New Roman" w:cs="Times New Roman"/>
          <w:color w:val="000000" w:themeColor="text1"/>
          <w:sz w:val="22"/>
        </w:rPr>
        <w:t>La quota indicata deve trovare corrispondenza nella documentazione attestante il pagamento del canone.</w:t>
      </w:r>
    </w:p>
    <w:p w14:paraId="13F83C31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lastRenderedPageBreak/>
        <w:t>7. EVENTUALI LOCAZIONI IN ALTRI COMUNI NEL 2026</w:t>
      </w:r>
    </w:p>
    <w:p w14:paraId="3529CED0" w14:textId="77777777" w:rsidR="007A64BB" w:rsidRPr="00275023" w:rsidRDefault="008831B1">
      <w:pPr>
        <w:ind w:left="142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nel corso del 2026 NON sono stato/a titolare di contratti di locazione in altri Comuni</w:t>
      </w:r>
    </w:p>
    <w:p w14:paraId="1FEFBF15" w14:textId="77777777" w:rsidR="007A64BB" w:rsidRPr="00275023" w:rsidRDefault="008831B1">
      <w:pPr>
        <w:ind w:left="142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nel corso del 2026 sono stato/a titolare di contratti di locazione anche nei seguenti Comuni: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7A64BB" w:rsidRPr="00275023" w14:paraId="738CECB9" w14:textId="77777777">
        <w:trPr>
          <w:jc w:val="center"/>
        </w:trPr>
        <w:tc>
          <w:tcPr>
            <w:tcW w:w="2493" w:type="dxa"/>
            <w:shd w:val="clear" w:color="auto" w:fill="EDEDED"/>
          </w:tcPr>
          <w:p w14:paraId="4B8240F9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Comune</w:t>
            </w:r>
          </w:p>
        </w:tc>
        <w:tc>
          <w:tcPr>
            <w:tcW w:w="2493" w:type="dxa"/>
            <w:shd w:val="clear" w:color="auto" w:fill="EDEDED"/>
          </w:tcPr>
          <w:p w14:paraId="5F038113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Periodo di locazione</w:t>
            </w:r>
          </w:p>
        </w:tc>
        <w:tc>
          <w:tcPr>
            <w:tcW w:w="2493" w:type="dxa"/>
            <w:shd w:val="clear" w:color="auto" w:fill="EDEDED"/>
          </w:tcPr>
          <w:p w14:paraId="247B8FF8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Canone del periodo</w:t>
            </w:r>
          </w:p>
        </w:tc>
        <w:tc>
          <w:tcPr>
            <w:tcW w:w="2493" w:type="dxa"/>
            <w:shd w:val="clear" w:color="auto" w:fill="EDEDED"/>
          </w:tcPr>
          <w:p w14:paraId="334EDD4F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Domanda presentata / da presentare</w:t>
            </w:r>
          </w:p>
        </w:tc>
      </w:tr>
      <w:tr w:rsidR="007A64BB" w:rsidRPr="00275023" w14:paraId="2D11D822" w14:textId="77777777">
        <w:trPr>
          <w:jc w:val="center"/>
        </w:trPr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00626AEC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5AACA0FF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2BA9387F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15E92A8B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A64BB" w:rsidRPr="00275023" w14:paraId="1AE431D8" w14:textId="77777777">
        <w:trPr>
          <w:jc w:val="center"/>
        </w:trPr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209D6EB0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52AC23B6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30E2EBCA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0C7C62BA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A64BB" w:rsidRPr="00275023" w14:paraId="17673321" w14:textId="77777777">
        <w:trPr>
          <w:jc w:val="center"/>
        </w:trPr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3F58EEC1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51CC404C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23CB89D0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493" w:type="dxa"/>
            <w:tcMar>
              <w:top w:w="180" w:type="dxa"/>
              <w:left w:w="60" w:type="dxa"/>
              <w:bottom w:w="180" w:type="dxa"/>
              <w:right w:w="60" w:type="dxa"/>
            </w:tcMar>
          </w:tcPr>
          <w:p w14:paraId="5272C11C" w14:textId="77777777" w:rsidR="007A64BB" w:rsidRPr="00275023" w:rsidRDefault="007A64B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</w:tbl>
    <w:p w14:paraId="6D21384D" w14:textId="77777777" w:rsidR="007A64BB" w:rsidRPr="00275023" w:rsidRDefault="008831B1">
      <w:pPr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Times New Roman" w:hAnsi="Times New Roman" w:cs="Times New Roman"/>
          <w:color w:val="000000" w:themeColor="text1"/>
          <w:sz w:val="22"/>
        </w:rPr>
        <w:t>Il/La sottoscritto/a dichiara di non presentare domande riferite al medesimo periodo in Comuni differenti.</w:t>
      </w:r>
    </w:p>
    <w:p w14:paraId="2E79CE78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t>8. CANONI PAGATI E MOROSITÀ</w:t>
      </w:r>
    </w:p>
    <w:p w14:paraId="11F2AC09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i canoni relativi al periodo per il quale si richiede il contributo risultano pagati e saranno documentati con ricevute, bonifici o altra documentazione idonea</w:t>
      </w:r>
    </w:p>
    <w:p w14:paraId="25BE91F7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sussiste una morosità per canoni di locazione pari a € __________________; si allega la documentazione richiesta per l’eventuale pagamento al locatore, ove previsto dagli atti comunali</w:t>
      </w:r>
    </w:p>
    <w:p w14:paraId="1AF26927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t>9. ALTRI BENEFICI PER IL PAGAMENTO DEL CANONE</w:t>
      </w:r>
    </w:p>
    <w:p w14:paraId="60B8CE63" w14:textId="77777777" w:rsidR="007A64BB" w:rsidRPr="00275023" w:rsidRDefault="008831B1">
      <w:pPr>
        <w:ind w:left="142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NON ho percepito altri benefici relativi al sostegno alla locazione per l’annualità 2026</w:t>
      </w:r>
    </w:p>
    <w:p w14:paraId="2CD2A846" w14:textId="77777777" w:rsidR="007A64BB" w:rsidRPr="00275023" w:rsidRDefault="008831B1">
      <w:pPr>
        <w:ind w:left="142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ho percepito / percepirò i seguenti benefici relativi al sostegno alla locazione: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72"/>
        <w:gridCol w:w="6760"/>
      </w:tblGrid>
      <w:tr w:rsidR="007A64BB" w:rsidRPr="00275023" w14:paraId="0CBCE5E6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E4605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Tipologia beneficio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0F751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____________________________________________________________</w:t>
            </w:r>
          </w:p>
        </w:tc>
      </w:tr>
      <w:tr w:rsidR="007A64BB" w:rsidRPr="00275023" w14:paraId="6E68C069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C6B9E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Ente erogatore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955AE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____________________________________________________________</w:t>
            </w:r>
          </w:p>
        </w:tc>
      </w:tr>
      <w:tr w:rsidR="007A64BB" w:rsidRPr="00275023" w14:paraId="77A964F3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A71EF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Importo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1A5FA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€ __________________________</w:t>
            </w:r>
          </w:p>
        </w:tc>
      </w:tr>
    </w:tbl>
    <w:p w14:paraId="3892A54E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t>10. MODALITÀ DI PAGAMENTO</w:t>
      </w:r>
    </w:p>
    <w:p w14:paraId="6CDC71E2" w14:textId="77777777" w:rsidR="007A64BB" w:rsidRPr="00275023" w:rsidRDefault="008831B1">
      <w:pPr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Times New Roman" w:hAnsi="Times New Roman" w:cs="Times New Roman"/>
          <w:color w:val="000000" w:themeColor="text1"/>
          <w:sz w:val="22"/>
        </w:rPr>
        <w:t>In caso di ammissione al beneficio, chiedo l’accredito sul seguente conto: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32"/>
        <w:gridCol w:w="7200"/>
      </w:tblGrid>
      <w:tr w:rsidR="007A64BB" w:rsidRPr="00275023" w14:paraId="3FDCB214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9CF0E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IBAN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931E9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________________________________________________________________</w:t>
            </w:r>
          </w:p>
        </w:tc>
      </w:tr>
      <w:tr w:rsidR="007A64BB" w:rsidRPr="00275023" w14:paraId="17920F02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87B9D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Intestatario/i del conto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B016A" w14:textId="77777777" w:rsidR="007A64BB" w:rsidRPr="00275023" w:rsidRDefault="008831B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5023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____________________________________________________________</w:t>
            </w:r>
          </w:p>
        </w:tc>
      </w:tr>
    </w:tbl>
    <w:p w14:paraId="59568EDA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t>11. DOCUMENTI ALLEGATI</w:t>
      </w:r>
    </w:p>
    <w:p w14:paraId="68B313D7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copia documento di identità e codice fiscale;</w:t>
      </w:r>
    </w:p>
    <w:p w14:paraId="390D065B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copia del titolo di soggiorno, se dovuto;</w:t>
      </w:r>
    </w:p>
    <w:p w14:paraId="43B9B670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copia del contratto o dei contratti di locazione regolarmente registrati;</w:t>
      </w:r>
    </w:p>
    <w:p w14:paraId="4698B74F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documentazione relativa alla registrazione/cedolare secca, ove pertinente;</w:t>
      </w:r>
    </w:p>
    <w:p w14:paraId="6BBD3C9F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attestazione ISEE 2026 o indicazione del relativo protocollo;</w:t>
      </w:r>
    </w:p>
    <w:p w14:paraId="55CB8151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lastRenderedPageBreak/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ricevute, bonifici o altra documentazione idonea relativa ai canoni 2026 già corrisposti;</w:t>
      </w:r>
    </w:p>
    <w:p w14:paraId="7B2CED71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documentazione avente data certa sulla ripartizione del canone, se necessaria per contratto cointestato;</w:t>
      </w:r>
    </w:p>
    <w:p w14:paraId="059E1345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copia dell’IBAN;</w:t>
      </w:r>
    </w:p>
    <w:p w14:paraId="1C56046D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documentazione relativa ad altri benefici per il pagamento del canone, se presente;</w:t>
      </w:r>
    </w:p>
    <w:p w14:paraId="2AF49294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documentazione relativa al subentro nel contratto, in caso di decesso dell’intestatario;</w:t>
      </w:r>
    </w:p>
    <w:p w14:paraId="03A80E76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documentazione per morosità/delega al locatore, se applicabile.</w:t>
      </w:r>
    </w:p>
    <w:p w14:paraId="613F7E69" w14:textId="77777777" w:rsidR="007A64BB" w:rsidRPr="00275023" w:rsidRDefault="008831B1">
      <w:pPr>
        <w:pStyle w:val="Titolo1"/>
        <w:rPr>
          <w:rFonts w:ascii="Times New Roman" w:hAnsi="Times New Roman" w:cs="Times New Roman"/>
          <w:color w:val="000000" w:themeColor="text1"/>
          <w:szCs w:val="22"/>
        </w:rPr>
      </w:pPr>
      <w:r w:rsidRPr="00275023">
        <w:rPr>
          <w:rFonts w:ascii="Times New Roman" w:hAnsi="Times New Roman" w:cs="Times New Roman"/>
          <w:color w:val="000000" w:themeColor="text1"/>
          <w:szCs w:val="22"/>
        </w:rPr>
        <w:t>12. DICHIARAZIONI FINALI</w:t>
      </w:r>
    </w:p>
    <w:p w14:paraId="5BE16F2A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di aver preso visione dell’Avviso comunale 2026 e di accettarne le condizioni;</w:t>
      </w:r>
    </w:p>
    <w:p w14:paraId="7272831C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che quanto dichiarato nella presente domanda corrisponde al vero;</w:t>
      </w:r>
    </w:p>
    <w:p w14:paraId="2E1CB5BF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di impegnarsi a comunicare tempestivamente eventuali variazioni rilevanti ai fini del procedimento;</w:t>
      </w:r>
    </w:p>
    <w:p w14:paraId="1E751B82" w14:textId="77777777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>di essere consapevole che il Comune effettuerà controlli sulle dichiarazioni rese ai sensi del D.P.R. n. 445/2000 e potrà richiedere integrazioni documentali;</w:t>
      </w:r>
    </w:p>
    <w:p w14:paraId="0DAD09C5" w14:textId="6C1636B3" w:rsidR="007A64BB" w:rsidRPr="00275023" w:rsidRDefault="008831B1" w:rsidP="00275023">
      <w:pPr>
        <w:ind w:left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Segoe UI Symbol" w:hAnsi="Segoe UI Symbol" w:cs="Segoe UI Symbol"/>
          <w:b/>
          <w:color w:val="000000" w:themeColor="text1"/>
          <w:sz w:val="22"/>
        </w:rPr>
        <w:t>☐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di aver preso visione dell’informativa sul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trattamento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dei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dati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personali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resa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dal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Comune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ai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sensi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del</w:t>
      </w:r>
      <w:r w:rsidR="00275023" w:rsidRPr="002750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275023">
        <w:rPr>
          <w:rFonts w:ascii="Times New Roman" w:hAnsi="Times New Roman" w:cs="Times New Roman"/>
          <w:color w:val="000000" w:themeColor="text1"/>
          <w:sz w:val="22"/>
        </w:rPr>
        <w:t>Regolamento</w:t>
      </w:r>
      <w:proofErr w:type="spellEnd"/>
      <w:r w:rsidRPr="00275023">
        <w:rPr>
          <w:rFonts w:ascii="Times New Roman" w:hAnsi="Times New Roman" w:cs="Times New Roman"/>
          <w:color w:val="000000" w:themeColor="text1"/>
          <w:sz w:val="22"/>
        </w:rPr>
        <w:t xml:space="preserve"> (UE) 2016/679.</w:t>
      </w:r>
    </w:p>
    <w:p w14:paraId="6BD7FCAA" w14:textId="77777777" w:rsidR="00275023" w:rsidRPr="00275023" w:rsidRDefault="00275023">
      <w:pPr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4F7B5176" w14:textId="77777777" w:rsidR="00275023" w:rsidRPr="00275023" w:rsidRDefault="00275023">
      <w:pPr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425C7F3E" w14:textId="4177AEC6" w:rsidR="007A64BB" w:rsidRPr="00275023" w:rsidRDefault="00C77E23">
      <w:pPr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2"/>
        </w:rPr>
        <w:t>Trinità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2"/>
        </w:rPr>
        <w:t>D’agultu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2"/>
        </w:rPr>
        <w:t xml:space="preserve"> e Vignola</w:t>
      </w:r>
      <w:r w:rsidR="008831B1" w:rsidRPr="00275023">
        <w:rPr>
          <w:rFonts w:ascii="Times New Roman" w:hAnsi="Times New Roman" w:cs="Times New Roman"/>
          <w:b/>
          <w:color w:val="000000" w:themeColor="text1"/>
          <w:sz w:val="22"/>
        </w:rPr>
        <w:t>, ____/____/2026</w:t>
      </w:r>
    </w:p>
    <w:p w14:paraId="718A3B99" w14:textId="77777777" w:rsidR="007A64BB" w:rsidRPr="00275023" w:rsidRDefault="008831B1" w:rsidP="00275023">
      <w:pPr>
        <w:ind w:left="4320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t>Firma del/della richiedente</w:t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br/>
      </w:r>
      <w:r w:rsidRPr="00275023">
        <w:rPr>
          <w:rFonts w:ascii="Times New Roman" w:hAnsi="Times New Roman" w:cs="Times New Roman"/>
          <w:b/>
          <w:color w:val="000000" w:themeColor="text1"/>
          <w:sz w:val="22"/>
        </w:rPr>
        <w:br/>
        <w:t>____________________________________</w:t>
      </w:r>
    </w:p>
    <w:p w14:paraId="61AA680A" w14:textId="77777777" w:rsidR="00AB1B41" w:rsidRDefault="00AB1B41" w:rsidP="00AB1B41">
      <w:pPr>
        <w:rPr>
          <w:rFonts w:ascii="Times New Roman" w:hAnsi="Times New Roman" w:cs="Times New Roman"/>
          <w:b/>
          <w:bCs/>
          <w:color w:val="000000" w:themeColor="text1"/>
          <w:sz w:val="22"/>
          <w:lang w:val="it-IT"/>
        </w:rPr>
      </w:pPr>
    </w:p>
    <w:p w14:paraId="2AED3947" w14:textId="77777777" w:rsidR="00AB1B41" w:rsidRDefault="00AB1B41" w:rsidP="00AB1B41">
      <w:pPr>
        <w:rPr>
          <w:rFonts w:ascii="Times New Roman" w:hAnsi="Times New Roman" w:cs="Times New Roman"/>
          <w:b/>
          <w:bCs/>
          <w:color w:val="000000" w:themeColor="text1"/>
          <w:sz w:val="22"/>
          <w:lang w:val="it-IT"/>
        </w:rPr>
      </w:pPr>
    </w:p>
    <w:p w14:paraId="4DA381BF" w14:textId="77777777" w:rsidR="00AB1B41" w:rsidRDefault="00AB1B41" w:rsidP="00AB1B41">
      <w:pPr>
        <w:rPr>
          <w:rFonts w:ascii="Times New Roman" w:hAnsi="Times New Roman" w:cs="Times New Roman"/>
          <w:b/>
          <w:bCs/>
          <w:color w:val="000000" w:themeColor="text1"/>
          <w:sz w:val="22"/>
          <w:lang w:val="it-IT"/>
        </w:rPr>
      </w:pPr>
    </w:p>
    <w:p w14:paraId="4686B929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397A3E86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21BD7259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7BD887BC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3CDC3B79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67E25451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70C98C94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7F22EBD8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79BEB4D4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242C107E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498185C5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08F5A1CC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524CD0AC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67EE2DD9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3761D618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3F5F1EA6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3F27AE88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705F6448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169705EF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3ACB6B54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28E156A0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  <w:u w:val="single"/>
        </w:rPr>
      </w:pPr>
    </w:p>
    <w:p w14:paraId="29143F82" w14:textId="77777777" w:rsidR="00C77E23" w:rsidRDefault="00C77E23" w:rsidP="00C77E23">
      <w:pPr>
        <w:widowControl w:val="0"/>
        <w:autoSpaceDE w:val="0"/>
        <w:autoSpaceDN w:val="0"/>
        <w:ind w:left="2261" w:right="2267"/>
        <w:jc w:val="center"/>
        <w:outlineLvl w:val="1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  <w:u w:val="single"/>
        </w:rPr>
        <w:t>(RGDP)</w:t>
      </w:r>
    </w:p>
    <w:p w14:paraId="76A0F82C" w14:textId="77777777" w:rsidR="00C77E23" w:rsidRDefault="00C77E23" w:rsidP="00F77C67">
      <w:pPr>
        <w:spacing w:before="94" w:line="360" w:lineRule="auto"/>
        <w:ind w:right="146"/>
        <w:jc w:val="both"/>
        <w:rPr>
          <w:sz w:val="18"/>
          <w:szCs w:val="18"/>
        </w:rPr>
      </w:pPr>
      <w:r>
        <w:rPr>
          <w:sz w:val="18"/>
          <w:szCs w:val="18"/>
        </w:rPr>
        <w:t>Il</w:t>
      </w:r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Comune</w:t>
      </w:r>
      <w:proofErr w:type="spellEnd"/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di</w:t>
      </w:r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Trinità</w:t>
      </w:r>
      <w:proofErr w:type="spellEnd"/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d’Agultu</w:t>
      </w:r>
      <w:proofErr w:type="spellEnd"/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e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Vignola,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con</w:t>
      </w:r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sede</w:t>
      </w:r>
      <w:proofErr w:type="spellEnd"/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in</w:t>
      </w:r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Trinità</w:t>
      </w:r>
      <w:proofErr w:type="spellEnd"/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d’Agultu</w:t>
      </w:r>
      <w:proofErr w:type="spellEnd"/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Via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Sassari,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n.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27,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email/pec:</w:t>
      </w:r>
      <w:r>
        <w:rPr>
          <w:spacing w:val="1"/>
          <w:sz w:val="18"/>
          <w:szCs w:val="18"/>
        </w:rPr>
        <w:t xml:space="preserve"> </w:t>
      </w:r>
      <w:hyperlink r:id="rId10">
        <w:r>
          <w:rPr>
            <w:sz w:val="18"/>
            <w:szCs w:val="18"/>
          </w:rPr>
          <w:t xml:space="preserve">protocollo.trinitadagultu@legalmail.it, </w:t>
        </w:r>
      </w:hyperlink>
      <w:proofErr w:type="spellStart"/>
      <w:r>
        <w:rPr>
          <w:sz w:val="18"/>
          <w:szCs w:val="18"/>
        </w:rPr>
        <w:t>tel</w:t>
      </w:r>
      <w:proofErr w:type="spellEnd"/>
      <w:r>
        <w:rPr>
          <w:sz w:val="18"/>
          <w:szCs w:val="18"/>
        </w:rPr>
        <w:t xml:space="preserve">: 0796109905, </w:t>
      </w:r>
      <w:proofErr w:type="spellStart"/>
      <w:r>
        <w:rPr>
          <w:sz w:val="18"/>
          <w:szCs w:val="18"/>
        </w:rPr>
        <w:t>nella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sua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qualità</w:t>
      </w:r>
      <w:proofErr w:type="spellEnd"/>
      <w:r>
        <w:rPr>
          <w:sz w:val="18"/>
          <w:szCs w:val="18"/>
        </w:rPr>
        <w:t xml:space="preserve"> di </w:t>
      </w:r>
      <w:proofErr w:type="spellStart"/>
      <w:r>
        <w:rPr>
          <w:sz w:val="18"/>
          <w:szCs w:val="18"/>
          <w:u w:val="single"/>
        </w:rPr>
        <w:t>Titolare</w:t>
      </w:r>
      <w:proofErr w:type="spellEnd"/>
      <w:r>
        <w:rPr>
          <w:sz w:val="18"/>
          <w:szCs w:val="18"/>
          <w:u w:val="single"/>
        </w:rPr>
        <w:t xml:space="preserve"> del </w:t>
      </w:r>
      <w:proofErr w:type="spellStart"/>
      <w:r>
        <w:rPr>
          <w:sz w:val="18"/>
          <w:szCs w:val="18"/>
          <w:u w:val="single"/>
        </w:rPr>
        <w:t>trattamento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dei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dat</w:t>
      </w:r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tratterà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dati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personali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conferiti</w:t>
      </w:r>
      <w:proofErr w:type="spellEnd"/>
      <w:r>
        <w:rPr>
          <w:sz w:val="18"/>
          <w:szCs w:val="18"/>
        </w:rPr>
        <w:t xml:space="preserve"> con la</w:t>
      </w:r>
      <w:r>
        <w:rPr>
          <w:spacing w:val="-37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presente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modulistica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sia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supporto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cartaceo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sia</w:t>
      </w:r>
      <w:proofErr w:type="spellEnd"/>
      <w:r>
        <w:rPr>
          <w:sz w:val="18"/>
          <w:szCs w:val="18"/>
        </w:rPr>
        <w:t xml:space="preserve"> con </w:t>
      </w:r>
      <w:proofErr w:type="spellStart"/>
      <w:r>
        <w:rPr>
          <w:sz w:val="18"/>
          <w:szCs w:val="18"/>
        </w:rPr>
        <w:t>modalità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informatiche</w:t>
      </w:r>
      <w:proofErr w:type="spellEnd"/>
      <w:r>
        <w:rPr>
          <w:sz w:val="18"/>
          <w:szCs w:val="18"/>
        </w:rPr>
        <w:t xml:space="preserve"> e </w:t>
      </w:r>
      <w:proofErr w:type="spellStart"/>
      <w:r>
        <w:rPr>
          <w:sz w:val="18"/>
          <w:szCs w:val="18"/>
        </w:rPr>
        <w:t>telematiche</w:t>
      </w:r>
      <w:proofErr w:type="spellEnd"/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  <w:u w:val="single"/>
        </w:rPr>
        <w:t>esclusivamente</w:t>
      </w:r>
      <w:proofErr w:type="spellEnd"/>
      <w:r>
        <w:rPr>
          <w:sz w:val="18"/>
          <w:szCs w:val="18"/>
          <w:u w:val="single"/>
        </w:rPr>
        <w:t xml:space="preserve"> al fine di </w:t>
      </w:r>
      <w:proofErr w:type="spellStart"/>
      <w:r>
        <w:rPr>
          <w:sz w:val="18"/>
          <w:szCs w:val="18"/>
          <w:u w:val="single"/>
        </w:rPr>
        <w:t>espletare</w:t>
      </w:r>
      <w:proofErr w:type="spellEnd"/>
      <w:r>
        <w:rPr>
          <w:sz w:val="18"/>
          <w:szCs w:val="18"/>
          <w:u w:val="single"/>
        </w:rPr>
        <w:t xml:space="preserve"> le </w:t>
      </w:r>
      <w:proofErr w:type="spellStart"/>
      <w:r>
        <w:rPr>
          <w:sz w:val="18"/>
          <w:szCs w:val="18"/>
          <w:u w:val="single"/>
        </w:rPr>
        <w:t>attività</w:t>
      </w:r>
      <w:proofErr w:type="spellEnd"/>
      <w:r>
        <w:rPr>
          <w:sz w:val="18"/>
          <w:szCs w:val="18"/>
          <w:u w:val="single"/>
        </w:rPr>
        <w:t xml:space="preserve"> d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  <w:u w:val="single"/>
        </w:rPr>
        <w:t>erogazione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dei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servizi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richiesti</w:t>
      </w:r>
      <w:proofErr w:type="spellEnd"/>
      <w:r>
        <w:rPr>
          <w:sz w:val="18"/>
          <w:szCs w:val="18"/>
          <w:u w:val="single"/>
        </w:rPr>
        <w:t xml:space="preserve">, </w:t>
      </w:r>
      <w:proofErr w:type="spellStart"/>
      <w:r>
        <w:rPr>
          <w:sz w:val="18"/>
          <w:szCs w:val="18"/>
          <w:u w:val="single"/>
        </w:rPr>
        <w:t>nell’esecuzione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dei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compiti</w:t>
      </w:r>
      <w:proofErr w:type="spellEnd"/>
      <w:r>
        <w:rPr>
          <w:sz w:val="18"/>
          <w:szCs w:val="18"/>
          <w:u w:val="single"/>
        </w:rPr>
        <w:t xml:space="preserve"> di </w:t>
      </w:r>
      <w:proofErr w:type="spellStart"/>
      <w:r>
        <w:rPr>
          <w:sz w:val="18"/>
          <w:szCs w:val="18"/>
          <w:u w:val="single"/>
        </w:rPr>
        <w:t>interesse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pubblico</w:t>
      </w:r>
      <w:proofErr w:type="spellEnd"/>
      <w:r>
        <w:rPr>
          <w:sz w:val="18"/>
          <w:szCs w:val="18"/>
          <w:u w:val="single"/>
        </w:rPr>
        <w:t xml:space="preserve"> o </w:t>
      </w:r>
      <w:proofErr w:type="spellStart"/>
      <w:r>
        <w:rPr>
          <w:sz w:val="18"/>
          <w:szCs w:val="18"/>
          <w:u w:val="single"/>
        </w:rPr>
        <w:t>comunque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connessi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all’esercizio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dei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pubblici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poteri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propri</w:t>
      </w:r>
      <w:proofErr w:type="spellEnd"/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  <w:u w:val="single"/>
        </w:rPr>
        <w:t>dell’Ente</w:t>
      </w:r>
      <w:proofErr w:type="spellEnd"/>
      <w:r>
        <w:rPr>
          <w:sz w:val="18"/>
          <w:szCs w:val="18"/>
        </w:rPr>
        <w:t>,</w:t>
      </w:r>
      <w:r>
        <w:rPr>
          <w:spacing w:val="38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nel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rispetto</w:t>
      </w:r>
      <w:proofErr w:type="spellEnd"/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dei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principi</w:t>
      </w:r>
      <w:proofErr w:type="spellEnd"/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di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cui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al</w:t>
      </w:r>
      <w:r>
        <w:rPr>
          <w:spacing w:val="-3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Regolamento</w:t>
      </w:r>
      <w:proofErr w:type="spellEnd"/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UE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2016/679.</w:t>
      </w:r>
    </w:p>
    <w:p w14:paraId="5CC9F85B" w14:textId="77777777" w:rsidR="00C77E23" w:rsidRDefault="00C77E23" w:rsidP="00C77E23">
      <w:pPr>
        <w:spacing w:line="360" w:lineRule="auto"/>
        <w:ind w:left="138" w:right="14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La </w:t>
      </w:r>
      <w:proofErr w:type="spellStart"/>
      <w:r>
        <w:rPr>
          <w:bCs/>
          <w:sz w:val="18"/>
          <w:szCs w:val="18"/>
        </w:rPr>
        <w:t>informiamo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che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il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trattamento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Suoi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personali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avverrà</w:t>
      </w:r>
      <w:proofErr w:type="spellEnd"/>
      <w:r>
        <w:rPr>
          <w:bCs/>
          <w:sz w:val="18"/>
          <w:szCs w:val="18"/>
        </w:rPr>
        <w:t xml:space="preserve"> secondo </w:t>
      </w:r>
      <w:proofErr w:type="spellStart"/>
      <w:r>
        <w:rPr>
          <w:bCs/>
          <w:sz w:val="18"/>
          <w:szCs w:val="18"/>
        </w:rPr>
        <w:t>modalità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idonee</w:t>
      </w:r>
      <w:proofErr w:type="spellEnd"/>
      <w:r>
        <w:rPr>
          <w:bCs/>
          <w:sz w:val="18"/>
          <w:szCs w:val="18"/>
        </w:rPr>
        <w:t xml:space="preserve"> a </w:t>
      </w:r>
      <w:proofErr w:type="spellStart"/>
      <w:r>
        <w:rPr>
          <w:bCs/>
          <w:sz w:val="18"/>
          <w:szCs w:val="18"/>
        </w:rPr>
        <w:t>garantire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sicurezza</w:t>
      </w:r>
      <w:proofErr w:type="spellEnd"/>
      <w:r>
        <w:rPr>
          <w:bCs/>
          <w:sz w:val="18"/>
          <w:szCs w:val="18"/>
        </w:rPr>
        <w:t xml:space="preserve"> e </w:t>
      </w:r>
      <w:proofErr w:type="spellStart"/>
      <w:r>
        <w:rPr>
          <w:bCs/>
          <w:sz w:val="18"/>
          <w:szCs w:val="18"/>
        </w:rPr>
        <w:t>riservatezza</w:t>
      </w:r>
      <w:proofErr w:type="spellEnd"/>
      <w:r>
        <w:rPr>
          <w:bCs/>
          <w:sz w:val="18"/>
          <w:szCs w:val="18"/>
        </w:rPr>
        <w:t xml:space="preserve"> e </w:t>
      </w:r>
      <w:proofErr w:type="spellStart"/>
      <w:r>
        <w:rPr>
          <w:bCs/>
          <w:sz w:val="18"/>
          <w:szCs w:val="18"/>
        </w:rPr>
        <w:t>sarà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effettuato</w:t>
      </w:r>
      <w:proofErr w:type="spellEnd"/>
      <w:r>
        <w:rPr>
          <w:bCs/>
          <w:spacing w:val="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utilizzando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supporti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cartacei</w:t>
      </w:r>
      <w:proofErr w:type="spellEnd"/>
      <w:r>
        <w:rPr>
          <w:bCs/>
          <w:sz w:val="18"/>
          <w:szCs w:val="18"/>
        </w:rPr>
        <w:t>,</w:t>
      </w:r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informatici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e/o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telematici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per</w:t>
      </w:r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lo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svolgimento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delle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attività</w:t>
      </w:r>
      <w:proofErr w:type="spellEnd"/>
      <w:r>
        <w:rPr>
          <w:bCs/>
          <w:spacing w:val="2"/>
          <w:sz w:val="18"/>
          <w:szCs w:val="18"/>
        </w:rPr>
        <w:t xml:space="preserve"> </w:t>
      </w:r>
      <w:r>
        <w:rPr>
          <w:bCs/>
          <w:sz w:val="18"/>
          <w:szCs w:val="18"/>
        </w:rPr>
        <w:t>dell’</w:t>
      </w:r>
      <w:r>
        <w:rPr>
          <w:bCs/>
          <w:spacing w:val="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Amministrazione</w:t>
      </w:r>
      <w:proofErr w:type="spellEnd"/>
      <w:r>
        <w:rPr>
          <w:bCs/>
          <w:sz w:val="18"/>
          <w:szCs w:val="18"/>
        </w:rPr>
        <w:t>.</w:t>
      </w:r>
    </w:p>
    <w:p w14:paraId="63910E51" w14:textId="77777777" w:rsidR="00C77E23" w:rsidRDefault="00C77E23" w:rsidP="00C77E23">
      <w:pPr>
        <w:spacing w:line="360" w:lineRule="auto"/>
        <w:ind w:left="138" w:right="14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Il </w:t>
      </w:r>
      <w:proofErr w:type="spellStart"/>
      <w:r>
        <w:rPr>
          <w:bCs/>
          <w:sz w:val="18"/>
          <w:szCs w:val="18"/>
        </w:rPr>
        <w:t>trattamento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z w:val="18"/>
          <w:szCs w:val="18"/>
        </w:rPr>
        <w:t xml:space="preserve"> è</w:t>
      </w:r>
      <w:r>
        <w:rPr>
          <w:bCs/>
          <w:spacing w:val="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improntato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principi</w:t>
      </w:r>
      <w:proofErr w:type="spellEnd"/>
      <w:r>
        <w:rPr>
          <w:bCs/>
          <w:sz w:val="18"/>
          <w:szCs w:val="18"/>
        </w:rPr>
        <w:t xml:space="preserve"> di </w:t>
      </w:r>
      <w:proofErr w:type="spellStart"/>
      <w:r>
        <w:rPr>
          <w:bCs/>
          <w:sz w:val="18"/>
          <w:szCs w:val="18"/>
        </w:rPr>
        <w:t>liceità</w:t>
      </w:r>
      <w:proofErr w:type="spellEnd"/>
      <w:r>
        <w:rPr>
          <w:bCs/>
          <w:sz w:val="18"/>
          <w:szCs w:val="18"/>
        </w:rPr>
        <w:t xml:space="preserve">, </w:t>
      </w:r>
      <w:proofErr w:type="spellStart"/>
      <w:r>
        <w:rPr>
          <w:bCs/>
          <w:sz w:val="18"/>
          <w:szCs w:val="18"/>
        </w:rPr>
        <w:t>correttezza</w:t>
      </w:r>
      <w:proofErr w:type="spellEnd"/>
      <w:r>
        <w:rPr>
          <w:bCs/>
          <w:sz w:val="18"/>
          <w:szCs w:val="18"/>
        </w:rPr>
        <w:t xml:space="preserve"> e </w:t>
      </w:r>
      <w:proofErr w:type="spellStart"/>
      <w:r>
        <w:rPr>
          <w:bCs/>
          <w:sz w:val="18"/>
          <w:szCs w:val="18"/>
        </w:rPr>
        <w:t>trasparenza</w:t>
      </w:r>
      <w:proofErr w:type="spellEnd"/>
      <w:r>
        <w:rPr>
          <w:bCs/>
          <w:spacing w:val="1"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e, in </w:t>
      </w:r>
      <w:proofErr w:type="spellStart"/>
      <w:r>
        <w:rPr>
          <w:bCs/>
          <w:sz w:val="18"/>
          <w:szCs w:val="18"/>
        </w:rPr>
        <w:t>conformità</w:t>
      </w:r>
      <w:proofErr w:type="spellEnd"/>
      <w:r>
        <w:rPr>
          <w:bCs/>
          <w:sz w:val="18"/>
          <w:szCs w:val="18"/>
        </w:rPr>
        <w:t xml:space="preserve"> al principio di cd “</w:t>
      </w:r>
      <w:proofErr w:type="spellStart"/>
      <w:r>
        <w:rPr>
          <w:bCs/>
          <w:sz w:val="18"/>
          <w:szCs w:val="18"/>
        </w:rPr>
        <w:t>minimizzazione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z w:val="18"/>
          <w:szCs w:val="18"/>
        </w:rPr>
        <w:t xml:space="preserve">” , </w:t>
      </w:r>
      <w:proofErr w:type="spellStart"/>
      <w:r>
        <w:rPr>
          <w:bCs/>
          <w:sz w:val="18"/>
          <w:szCs w:val="18"/>
        </w:rPr>
        <w:t>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pacing w:val="-37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richiesti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sono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adeguati</w:t>
      </w:r>
      <w:proofErr w:type="spellEnd"/>
      <w:r>
        <w:rPr>
          <w:bCs/>
          <w:sz w:val="18"/>
          <w:szCs w:val="18"/>
        </w:rPr>
        <w:t>,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pertinenti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e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limitati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rispetto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alle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finalità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per</w:t>
      </w:r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le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quali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sono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trattati</w:t>
      </w:r>
      <w:proofErr w:type="spellEnd"/>
      <w:r>
        <w:rPr>
          <w:bCs/>
          <w:sz w:val="18"/>
          <w:szCs w:val="18"/>
        </w:rPr>
        <w:t>.</w:t>
      </w:r>
    </w:p>
    <w:p w14:paraId="023879AA" w14:textId="14FC6369" w:rsidR="00C77E23" w:rsidRDefault="00C77E23" w:rsidP="00F77C67">
      <w:pPr>
        <w:ind w:left="138"/>
        <w:rPr>
          <w:bCs/>
          <w:sz w:val="18"/>
          <w:szCs w:val="18"/>
        </w:rPr>
      </w:pPr>
      <w:r>
        <w:rPr>
          <w:bCs/>
          <w:sz w:val="18"/>
          <w:szCs w:val="18"/>
        </w:rPr>
        <w:t>In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particolare</w:t>
      </w:r>
      <w:proofErr w:type="spellEnd"/>
      <w:r>
        <w:rPr>
          <w:bCs/>
          <w:sz w:val="18"/>
          <w:szCs w:val="18"/>
        </w:rPr>
        <w:t>,</w:t>
      </w:r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sono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raccolti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e</w:t>
      </w:r>
      <w:r>
        <w:rPr>
          <w:bCs/>
          <w:spacing w:val="-5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registrati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unicamente</w:t>
      </w:r>
      <w:proofErr w:type="spellEnd"/>
      <w:r>
        <w:rPr>
          <w:bCs/>
          <w:spacing w:val="-6"/>
          <w:sz w:val="18"/>
          <w:szCs w:val="18"/>
        </w:rPr>
        <w:t xml:space="preserve"> </w:t>
      </w:r>
      <w:r>
        <w:rPr>
          <w:bCs/>
          <w:sz w:val="18"/>
          <w:szCs w:val="18"/>
        </w:rPr>
        <w:t>per</w:t>
      </w:r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gli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scopi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sopraindicati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e</w:t>
      </w:r>
      <w:r>
        <w:rPr>
          <w:bCs/>
          <w:spacing w:val="-5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saranno</w:t>
      </w:r>
      <w:proofErr w:type="spellEnd"/>
      <w:r>
        <w:rPr>
          <w:bCs/>
          <w:spacing w:val="-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tutelate</w:t>
      </w:r>
      <w:proofErr w:type="spellEnd"/>
      <w:r>
        <w:rPr>
          <w:bCs/>
          <w:spacing w:val="-5"/>
          <w:sz w:val="18"/>
          <w:szCs w:val="18"/>
        </w:rPr>
        <w:t xml:space="preserve"> </w:t>
      </w:r>
      <w:r>
        <w:rPr>
          <w:bCs/>
          <w:sz w:val="18"/>
          <w:szCs w:val="18"/>
        </w:rPr>
        <w:t>la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Sua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dignità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e</w:t>
      </w:r>
      <w:r>
        <w:rPr>
          <w:bCs/>
          <w:spacing w:val="-5"/>
          <w:sz w:val="18"/>
          <w:szCs w:val="18"/>
        </w:rPr>
        <w:t xml:space="preserve"> </w:t>
      </w:r>
      <w:r>
        <w:rPr>
          <w:bCs/>
          <w:sz w:val="18"/>
          <w:szCs w:val="18"/>
        </w:rPr>
        <w:t>la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Sua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riservatezza</w:t>
      </w:r>
      <w:proofErr w:type="spellEnd"/>
      <w:r>
        <w:rPr>
          <w:bCs/>
          <w:sz w:val="18"/>
          <w:szCs w:val="18"/>
        </w:rPr>
        <w:t>.</w:t>
      </w:r>
      <w:bookmarkStart w:id="0" w:name="_GoBack"/>
      <w:bookmarkEnd w:id="0"/>
    </w:p>
    <w:p w14:paraId="5ADAD79F" w14:textId="77777777" w:rsidR="00C77E23" w:rsidRDefault="00C77E23" w:rsidP="00C77E23">
      <w:pPr>
        <w:widowControl w:val="0"/>
        <w:autoSpaceDE w:val="0"/>
        <w:autoSpaceDN w:val="0"/>
        <w:spacing w:line="360" w:lineRule="auto"/>
        <w:ind w:left="138" w:right="143"/>
        <w:jc w:val="both"/>
        <w:outlineLvl w:val="1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Il </w:t>
      </w:r>
      <w:proofErr w:type="spellStart"/>
      <w:r>
        <w:rPr>
          <w:bCs/>
          <w:sz w:val="18"/>
          <w:szCs w:val="18"/>
        </w:rPr>
        <w:t>conferimento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z w:val="18"/>
          <w:szCs w:val="18"/>
        </w:rPr>
        <w:t xml:space="preserve"> di cui </w:t>
      </w:r>
      <w:proofErr w:type="spellStart"/>
      <w:r>
        <w:rPr>
          <w:bCs/>
          <w:sz w:val="18"/>
          <w:szCs w:val="18"/>
        </w:rPr>
        <w:t>alla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presente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modulistica</w:t>
      </w:r>
      <w:proofErr w:type="spellEnd"/>
      <w:r>
        <w:rPr>
          <w:bCs/>
          <w:sz w:val="18"/>
          <w:szCs w:val="18"/>
        </w:rPr>
        <w:t xml:space="preserve"> è </w:t>
      </w:r>
      <w:proofErr w:type="spellStart"/>
      <w:r>
        <w:rPr>
          <w:bCs/>
          <w:sz w:val="18"/>
          <w:szCs w:val="18"/>
        </w:rPr>
        <w:t>facoltativo</w:t>
      </w:r>
      <w:proofErr w:type="spellEnd"/>
      <w:r>
        <w:rPr>
          <w:bCs/>
          <w:sz w:val="18"/>
          <w:szCs w:val="18"/>
        </w:rPr>
        <w:t xml:space="preserve">, ma un </w:t>
      </w:r>
      <w:proofErr w:type="spellStart"/>
      <w:r>
        <w:rPr>
          <w:bCs/>
          <w:sz w:val="18"/>
          <w:szCs w:val="18"/>
        </w:rPr>
        <w:t>eventuale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rifiuto</w:t>
      </w:r>
      <w:proofErr w:type="spellEnd"/>
      <w:r>
        <w:rPr>
          <w:bCs/>
          <w:sz w:val="18"/>
          <w:szCs w:val="18"/>
        </w:rPr>
        <w:t xml:space="preserve"> di </w:t>
      </w:r>
      <w:proofErr w:type="spellStart"/>
      <w:r>
        <w:rPr>
          <w:bCs/>
          <w:sz w:val="18"/>
          <w:szCs w:val="18"/>
        </w:rPr>
        <w:t>fornirli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comporterà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l'impossibilità</w:t>
      </w:r>
      <w:proofErr w:type="spellEnd"/>
      <w:r>
        <w:rPr>
          <w:bCs/>
          <w:sz w:val="18"/>
          <w:szCs w:val="18"/>
        </w:rPr>
        <w:t xml:space="preserve"> per</w:t>
      </w:r>
      <w:r>
        <w:rPr>
          <w:bCs/>
          <w:spacing w:val="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l’Amministrazione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di</w:t>
      </w:r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utilizzare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per</w:t>
      </w:r>
      <w:r>
        <w:rPr>
          <w:bCs/>
          <w:spacing w:val="-3"/>
          <w:sz w:val="18"/>
          <w:szCs w:val="18"/>
        </w:rPr>
        <w:t xml:space="preserve"> </w:t>
      </w:r>
      <w:r>
        <w:rPr>
          <w:bCs/>
          <w:sz w:val="18"/>
          <w:szCs w:val="18"/>
        </w:rPr>
        <w:t>le</w:t>
      </w:r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finalità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r>
        <w:rPr>
          <w:bCs/>
          <w:sz w:val="18"/>
          <w:szCs w:val="18"/>
        </w:rPr>
        <w:t>indicate,</w:t>
      </w:r>
      <w:r>
        <w:rPr>
          <w:bCs/>
          <w:spacing w:val="-3"/>
          <w:sz w:val="18"/>
          <w:szCs w:val="18"/>
        </w:rPr>
        <w:t xml:space="preserve"> </w:t>
      </w:r>
      <w:r>
        <w:rPr>
          <w:bCs/>
          <w:sz w:val="18"/>
          <w:szCs w:val="18"/>
        </w:rPr>
        <w:t>con</w:t>
      </w:r>
      <w:r>
        <w:rPr>
          <w:bCs/>
          <w:spacing w:val="-5"/>
          <w:sz w:val="18"/>
          <w:szCs w:val="18"/>
        </w:rPr>
        <w:t xml:space="preserve"> </w:t>
      </w:r>
      <w:r>
        <w:rPr>
          <w:bCs/>
          <w:sz w:val="18"/>
          <w:szCs w:val="18"/>
        </w:rPr>
        <w:t>la</w:t>
      </w:r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conseguenza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che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non</w:t>
      </w:r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sarà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possibile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l’erogazione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servizi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richiesti</w:t>
      </w:r>
      <w:proofErr w:type="spellEnd"/>
      <w:r>
        <w:rPr>
          <w:bCs/>
          <w:sz w:val="18"/>
          <w:szCs w:val="18"/>
        </w:rPr>
        <w:t>.</w:t>
      </w:r>
    </w:p>
    <w:p w14:paraId="3D167B0D" w14:textId="77777777" w:rsidR="00C77E23" w:rsidRDefault="00C77E23" w:rsidP="00C77E23">
      <w:pPr>
        <w:spacing w:line="360" w:lineRule="auto"/>
        <w:ind w:left="138" w:right="145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I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raccolti</w:t>
      </w:r>
      <w:proofErr w:type="spellEnd"/>
      <w:r>
        <w:rPr>
          <w:bCs/>
          <w:sz w:val="18"/>
          <w:szCs w:val="18"/>
        </w:rPr>
        <w:t xml:space="preserve"> con la </w:t>
      </w:r>
      <w:proofErr w:type="spellStart"/>
      <w:r>
        <w:rPr>
          <w:bCs/>
          <w:sz w:val="18"/>
          <w:szCs w:val="18"/>
        </w:rPr>
        <w:t>presente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domanda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potranno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essere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comunicati</w:t>
      </w:r>
      <w:proofErr w:type="spellEnd"/>
      <w:r>
        <w:rPr>
          <w:bCs/>
          <w:sz w:val="18"/>
          <w:szCs w:val="18"/>
        </w:rPr>
        <w:t xml:space="preserve">, se </w:t>
      </w:r>
      <w:proofErr w:type="spellStart"/>
      <w:r>
        <w:rPr>
          <w:bCs/>
          <w:sz w:val="18"/>
          <w:szCs w:val="18"/>
        </w:rPr>
        <w:t>previsto</w:t>
      </w:r>
      <w:proofErr w:type="spellEnd"/>
      <w:r>
        <w:rPr>
          <w:bCs/>
          <w:sz w:val="18"/>
          <w:szCs w:val="18"/>
        </w:rPr>
        <w:t xml:space="preserve"> da </w:t>
      </w:r>
      <w:proofErr w:type="spellStart"/>
      <w:r>
        <w:rPr>
          <w:bCs/>
          <w:sz w:val="18"/>
          <w:szCs w:val="18"/>
        </w:rPr>
        <w:t>norma</w:t>
      </w:r>
      <w:proofErr w:type="spellEnd"/>
      <w:r>
        <w:rPr>
          <w:bCs/>
          <w:sz w:val="18"/>
          <w:szCs w:val="18"/>
        </w:rPr>
        <w:t xml:space="preserve"> di </w:t>
      </w:r>
      <w:proofErr w:type="spellStart"/>
      <w:r>
        <w:rPr>
          <w:bCs/>
          <w:sz w:val="18"/>
          <w:szCs w:val="18"/>
        </w:rPr>
        <w:t>legge</w:t>
      </w:r>
      <w:proofErr w:type="spellEnd"/>
      <w:r>
        <w:rPr>
          <w:bCs/>
          <w:sz w:val="18"/>
          <w:szCs w:val="18"/>
        </w:rPr>
        <w:t xml:space="preserve"> o di </w:t>
      </w:r>
      <w:proofErr w:type="spellStart"/>
      <w:r>
        <w:rPr>
          <w:bCs/>
          <w:sz w:val="18"/>
          <w:szCs w:val="18"/>
        </w:rPr>
        <w:t>regolamento</w:t>
      </w:r>
      <w:proofErr w:type="spellEnd"/>
      <w:r>
        <w:rPr>
          <w:bCs/>
          <w:sz w:val="18"/>
          <w:szCs w:val="18"/>
        </w:rPr>
        <w:t xml:space="preserve">, ad </w:t>
      </w:r>
      <w:proofErr w:type="spellStart"/>
      <w:r>
        <w:rPr>
          <w:bCs/>
          <w:sz w:val="18"/>
          <w:szCs w:val="18"/>
        </w:rPr>
        <w:t>altri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soggetti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pubblici</w:t>
      </w:r>
      <w:proofErr w:type="spellEnd"/>
      <w:r>
        <w:rPr>
          <w:bCs/>
          <w:spacing w:val="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espressamente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individuati</w:t>
      </w:r>
      <w:proofErr w:type="spellEnd"/>
      <w:r>
        <w:rPr>
          <w:bCs/>
          <w:sz w:val="18"/>
          <w:szCs w:val="18"/>
        </w:rPr>
        <w:t xml:space="preserve"> e/o </w:t>
      </w:r>
      <w:proofErr w:type="spellStart"/>
      <w:r>
        <w:rPr>
          <w:bCs/>
          <w:sz w:val="18"/>
          <w:szCs w:val="18"/>
        </w:rPr>
        <w:t>diffusi</w:t>
      </w:r>
      <w:proofErr w:type="spellEnd"/>
      <w:r>
        <w:rPr>
          <w:bCs/>
          <w:sz w:val="18"/>
          <w:szCs w:val="18"/>
        </w:rPr>
        <w:t xml:space="preserve">, </w:t>
      </w:r>
      <w:proofErr w:type="spellStart"/>
      <w:r>
        <w:rPr>
          <w:bCs/>
          <w:sz w:val="18"/>
          <w:szCs w:val="18"/>
        </w:rPr>
        <w:t>laddove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obbligatorio</w:t>
      </w:r>
      <w:proofErr w:type="spellEnd"/>
      <w:r>
        <w:rPr>
          <w:bCs/>
          <w:sz w:val="18"/>
          <w:szCs w:val="18"/>
        </w:rPr>
        <w:t xml:space="preserve">, a </w:t>
      </w:r>
      <w:proofErr w:type="spellStart"/>
      <w:r>
        <w:rPr>
          <w:bCs/>
          <w:sz w:val="18"/>
          <w:szCs w:val="18"/>
        </w:rPr>
        <w:t>seguito</w:t>
      </w:r>
      <w:proofErr w:type="spellEnd"/>
      <w:r>
        <w:rPr>
          <w:bCs/>
          <w:sz w:val="18"/>
          <w:szCs w:val="18"/>
        </w:rPr>
        <w:t xml:space="preserve"> di </w:t>
      </w:r>
      <w:proofErr w:type="spellStart"/>
      <w:r>
        <w:rPr>
          <w:bCs/>
          <w:sz w:val="18"/>
          <w:szCs w:val="18"/>
        </w:rPr>
        <w:t>pubblicazione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all’Albo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Pretorio</w:t>
      </w:r>
      <w:proofErr w:type="spellEnd"/>
      <w:r>
        <w:rPr>
          <w:bCs/>
          <w:sz w:val="18"/>
          <w:szCs w:val="18"/>
        </w:rPr>
        <w:t xml:space="preserve"> On line (</w:t>
      </w:r>
      <w:proofErr w:type="spellStart"/>
      <w:r>
        <w:rPr>
          <w:bCs/>
          <w:sz w:val="18"/>
          <w:szCs w:val="18"/>
        </w:rPr>
        <w:t>ai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sensi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dell’art</w:t>
      </w:r>
      <w:proofErr w:type="spellEnd"/>
      <w:r>
        <w:rPr>
          <w:bCs/>
          <w:sz w:val="18"/>
          <w:szCs w:val="18"/>
        </w:rPr>
        <w:t>. 32, L. 69/2009)</w:t>
      </w:r>
      <w:r>
        <w:rPr>
          <w:bCs/>
          <w:spacing w:val="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ovvero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nella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Sezione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r>
        <w:rPr>
          <w:bCs/>
          <w:sz w:val="18"/>
          <w:szCs w:val="18"/>
        </w:rPr>
        <w:t>del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sito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istituzionale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dell’Ente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denominata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r>
        <w:rPr>
          <w:bCs/>
          <w:sz w:val="18"/>
          <w:szCs w:val="18"/>
        </w:rPr>
        <w:t>“</w:t>
      </w:r>
      <w:proofErr w:type="spellStart"/>
      <w:r>
        <w:rPr>
          <w:bCs/>
          <w:sz w:val="18"/>
          <w:szCs w:val="18"/>
        </w:rPr>
        <w:t>Amministrazione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Trasparente</w:t>
      </w:r>
      <w:proofErr w:type="spellEnd"/>
      <w:r>
        <w:rPr>
          <w:bCs/>
          <w:sz w:val="18"/>
          <w:szCs w:val="18"/>
        </w:rPr>
        <w:t>”</w:t>
      </w:r>
      <w:r>
        <w:rPr>
          <w:bCs/>
          <w:spacing w:val="2"/>
          <w:sz w:val="18"/>
          <w:szCs w:val="18"/>
        </w:rPr>
        <w:t xml:space="preserve"> </w:t>
      </w:r>
      <w:r>
        <w:rPr>
          <w:bCs/>
          <w:sz w:val="18"/>
          <w:szCs w:val="18"/>
        </w:rPr>
        <w:t>(</w:t>
      </w:r>
      <w:proofErr w:type="spellStart"/>
      <w:r>
        <w:rPr>
          <w:bCs/>
          <w:sz w:val="18"/>
          <w:szCs w:val="18"/>
        </w:rPr>
        <w:t>ai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sensi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del</w:t>
      </w:r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D.</w:t>
      </w:r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Lgs</w:t>
      </w:r>
      <w:proofErr w:type="spellEnd"/>
      <w:r>
        <w:rPr>
          <w:bCs/>
          <w:sz w:val="18"/>
          <w:szCs w:val="18"/>
        </w:rPr>
        <w:t>. 33/2013</w:t>
      </w:r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e</w:t>
      </w:r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ss.mm.ii</w:t>
      </w:r>
      <w:proofErr w:type="spellEnd"/>
      <w:r>
        <w:rPr>
          <w:bCs/>
          <w:sz w:val="18"/>
          <w:szCs w:val="18"/>
        </w:rPr>
        <w:t>).</w:t>
      </w:r>
    </w:p>
    <w:p w14:paraId="227B7B0A" w14:textId="77777777" w:rsidR="00C77E23" w:rsidRDefault="00C77E23" w:rsidP="00C77E23">
      <w:pPr>
        <w:spacing w:line="360" w:lineRule="auto"/>
        <w:ind w:left="138" w:right="141"/>
        <w:jc w:val="both"/>
        <w:rPr>
          <w:bCs/>
          <w:sz w:val="18"/>
          <w:szCs w:val="18"/>
        </w:rPr>
      </w:pPr>
      <w:proofErr w:type="spellStart"/>
      <w:r>
        <w:rPr>
          <w:bCs/>
          <w:sz w:val="18"/>
          <w:szCs w:val="18"/>
        </w:rPr>
        <w:t>Gli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stessi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potranno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formare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oggetto</w:t>
      </w:r>
      <w:proofErr w:type="spellEnd"/>
      <w:r>
        <w:rPr>
          <w:bCs/>
          <w:sz w:val="18"/>
          <w:szCs w:val="18"/>
        </w:rPr>
        <w:t xml:space="preserve"> di </w:t>
      </w:r>
      <w:proofErr w:type="spellStart"/>
      <w:r>
        <w:rPr>
          <w:bCs/>
          <w:sz w:val="18"/>
          <w:szCs w:val="18"/>
        </w:rPr>
        <w:t>istanza</w:t>
      </w:r>
      <w:proofErr w:type="spellEnd"/>
      <w:r>
        <w:rPr>
          <w:bCs/>
          <w:sz w:val="18"/>
          <w:szCs w:val="18"/>
        </w:rPr>
        <w:t xml:space="preserve"> di accesso </w:t>
      </w:r>
      <w:proofErr w:type="spellStart"/>
      <w:r>
        <w:rPr>
          <w:bCs/>
          <w:sz w:val="18"/>
          <w:szCs w:val="18"/>
        </w:rPr>
        <w:t>documentale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sensi</w:t>
      </w:r>
      <w:proofErr w:type="spellEnd"/>
      <w:r>
        <w:rPr>
          <w:bCs/>
          <w:sz w:val="18"/>
          <w:szCs w:val="18"/>
        </w:rPr>
        <w:t xml:space="preserve"> e </w:t>
      </w:r>
      <w:proofErr w:type="spellStart"/>
      <w:r>
        <w:rPr>
          <w:bCs/>
          <w:sz w:val="18"/>
          <w:szCs w:val="18"/>
        </w:rPr>
        <w:t>nei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limiti</w:t>
      </w:r>
      <w:proofErr w:type="spellEnd"/>
      <w:r>
        <w:rPr>
          <w:bCs/>
          <w:sz w:val="18"/>
          <w:szCs w:val="18"/>
        </w:rPr>
        <w:t xml:space="preserve"> di cui </w:t>
      </w:r>
      <w:proofErr w:type="spellStart"/>
      <w:r>
        <w:rPr>
          <w:bCs/>
          <w:sz w:val="18"/>
          <w:szCs w:val="18"/>
        </w:rPr>
        <w:t>agli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artt</w:t>
      </w:r>
      <w:proofErr w:type="spellEnd"/>
      <w:r>
        <w:rPr>
          <w:bCs/>
          <w:sz w:val="18"/>
          <w:szCs w:val="18"/>
        </w:rPr>
        <w:t xml:space="preserve">. 22 e ss. L. 241/90, </w:t>
      </w:r>
      <w:proofErr w:type="spellStart"/>
      <w:r>
        <w:rPr>
          <w:bCs/>
          <w:sz w:val="18"/>
          <w:szCs w:val="18"/>
        </w:rPr>
        <w:t>ovvero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potranno</w:t>
      </w:r>
      <w:proofErr w:type="spellEnd"/>
      <w:r>
        <w:rPr>
          <w:bCs/>
          <w:spacing w:val="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formare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oggetto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di </w:t>
      </w:r>
      <w:proofErr w:type="spellStart"/>
      <w:r>
        <w:rPr>
          <w:bCs/>
          <w:sz w:val="18"/>
          <w:szCs w:val="18"/>
        </w:rPr>
        <w:t>richiesta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di</w:t>
      </w:r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accesso</w:t>
      </w:r>
      <w:r>
        <w:rPr>
          <w:bCs/>
          <w:spacing w:val="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civico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“</w:t>
      </w:r>
      <w:proofErr w:type="spellStart"/>
      <w:r>
        <w:rPr>
          <w:bCs/>
          <w:sz w:val="18"/>
          <w:szCs w:val="18"/>
        </w:rPr>
        <w:t>generalizzato</w:t>
      </w:r>
      <w:proofErr w:type="spellEnd"/>
      <w:r>
        <w:rPr>
          <w:bCs/>
          <w:sz w:val="18"/>
          <w:szCs w:val="18"/>
        </w:rPr>
        <w:t>”,</w:t>
      </w:r>
      <w:r>
        <w:rPr>
          <w:bCs/>
          <w:spacing w:val="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ai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sensi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dall’art</w:t>
      </w:r>
      <w:proofErr w:type="spellEnd"/>
      <w:r>
        <w:rPr>
          <w:bCs/>
          <w:sz w:val="18"/>
          <w:szCs w:val="18"/>
        </w:rPr>
        <w:t>.</w:t>
      </w:r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5,</w:t>
      </w:r>
      <w:r>
        <w:rPr>
          <w:bCs/>
          <w:spacing w:val="-3"/>
          <w:sz w:val="18"/>
          <w:szCs w:val="18"/>
        </w:rPr>
        <w:t xml:space="preserve"> </w:t>
      </w:r>
      <w:r>
        <w:rPr>
          <w:bCs/>
          <w:sz w:val="18"/>
          <w:szCs w:val="18"/>
        </w:rPr>
        <w:t>comma</w:t>
      </w:r>
      <w:r>
        <w:rPr>
          <w:bCs/>
          <w:spacing w:val="-3"/>
          <w:sz w:val="18"/>
          <w:szCs w:val="18"/>
        </w:rPr>
        <w:t xml:space="preserve"> </w:t>
      </w:r>
      <w:r>
        <w:rPr>
          <w:bCs/>
          <w:sz w:val="18"/>
          <w:szCs w:val="18"/>
        </w:rPr>
        <w:t>2, e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dall’art</w:t>
      </w:r>
      <w:proofErr w:type="spellEnd"/>
      <w:r>
        <w:rPr>
          <w:bCs/>
          <w:sz w:val="18"/>
          <w:szCs w:val="18"/>
        </w:rPr>
        <w:t>. 5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bis</w:t>
      </w:r>
      <w:proofErr w:type="spellEnd"/>
      <w:r>
        <w:rPr>
          <w:bCs/>
          <w:sz w:val="18"/>
          <w:szCs w:val="18"/>
        </w:rPr>
        <w:t>,</w:t>
      </w:r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D.</w:t>
      </w:r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Lgs</w:t>
      </w:r>
      <w:proofErr w:type="spellEnd"/>
      <w:r>
        <w:rPr>
          <w:bCs/>
          <w:sz w:val="18"/>
          <w:szCs w:val="18"/>
        </w:rPr>
        <w:t>. 33/2013.</w:t>
      </w:r>
    </w:p>
    <w:p w14:paraId="0F84FBB4" w14:textId="77777777" w:rsidR="00C77E23" w:rsidRDefault="00C77E23" w:rsidP="00C77E23">
      <w:pPr>
        <w:spacing w:line="360" w:lineRule="auto"/>
        <w:ind w:left="138"/>
        <w:rPr>
          <w:bCs/>
          <w:sz w:val="18"/>
          <w:szCs w:val="18"/>
        </w:rPr>
      </w:pPr>
      <w:r>
        <w:rPr>
          <w:bCs/>
          <w:sz w:val="18"/>
          <w:szCs w:val="18"/>
        </w:rPr>
        <w:t>I</w:t>
      </w:r>
      <w:r>
        <w:rPr>
          <w:bCs/>
          <w:spacing w:val="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pacing w:val="8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conferiti</w:t>
      </w:r>
      <w:proofErr w:type="spellEnd"/>
      <w:r>
        <w:rPr>
          <w:bCs/>
          <w:sz w:val="18"/>
          <w:szCs w:val="18"/>
        </w:rPr>
        <w:t>,</w:t>
      </w:r>
      <w:r>
        <w:rPr>
          <w:bCs/>
          <w:spacing w:val="7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saranno</w:t>
      </w:r>
      <w:proofErr w:type="spellEnd"/>
      <w:r>
        <w:rPr>
          <w:bCs/>
          <w:spacing w:val="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trattati</w:t>
      </w:r>
      <w:proofErr w:type="spellEnd"/>
      <w:r>
        <w:rPr>
          <w:bCs/>
          <w:spacing w:val="5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dall’Amministrazione</w:t>
      </w:r>
      <w:proofErr w:type="spellEnd"/>
      <w:r>
        <w:rPr>
          <w:bCs/>
          <w:spacing w:val="5"/>
          <w:sz w:val="18"/>
          <w:szCs w:val="18"/>
        </w:rPr>
        <w:t xml:space="preserve"> </w:t>
      </w:r>
      <w:r>
        <w:rPr>
          <w:bCs/>
          <w:sz w:val="18"/>
          <w:szCs w:val="18"/>
        </w:rPr>
        <w:t>per</w:t>
      </w:r>
      <w:r>
        <w:rPr>
          <w:bCs/>
          <w:spacing w:val="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il</w:t>
      </w:r>
      <w:proofErr w:type="spellEnd"/>
      <w:r>
        <w:rPr>
          <w:bCs/>
          <w:spacing w:val="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periodo</w:t>
      </w:r>
      <w:proofErr w:type="spellEnd"/>
      <w:r>
        <w:rPr>
          <w:bCs/>
          <w:spacing w:val="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necessario</w:t>
      </w:r>
      <w:proofErr w:type="spellEnd"/>
      <w:r>
        <w:rPr>
          <w:bCs/>
          <w:spacing w:val="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allo</w:t>
      </w:r>
      <w:proofErr w:type="spellEnd"/>
      <w:r>
        <w:rPr>
          <w:bCs/>
          <w:spacing w:val="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svolgimento</w:t>
      </w:r>
      <w:proofErr w:type="spellEnd"/>
      <w:r>
        <w:rPr>
          <w:bCs/>
          <w:spacing w:val="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dell’attività</w:t>
      </w:r>
      <w:proofErr w:type="spellEnd"/>
      <w:r>
        <w:rPr>
          <w:bCs/>
          <w:spacing w:val="5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amministrativa</w:t>
      </w:r>
      <w:proofErr w:type="spellEnd"/>
      <w:r>
        <w:rPr>
          <w:bCs/>
          <w:spacing w:val="7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correlata</w:t>
      </w:r>
      <w:proofErr w:type="spellEnd"/>
      <w:r>
        <w:rPr>
          <w:bCs/>
          <w:spacing w:val="7"/>
          <w:sz w:val="18"/>
          <w:szCs w:val="18"/>
        </w:rPr>
        <w:t xml:space="preserve"> </w:t>
      </w:r>
      <w:r>
        <w:rPr>
          <w:bCs/>
          <w:sz w:val="18"/>
          <w:szCs w:val="18"/>
        </w:rPr>
        <w:t>e</w:t>
      </w:r>
      <w:r>
        <w:rPr>
          <w:bCs/>
          <w:spacing w:val="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conservati</w:t>
      </w:r>
      <w:proofErr w:type="spellEnd"/>
      <w:r>
        <w:rPr>
          <w:bCs/>
          <w:spacing w:val="7"/>
          <w:sz w:val="18"/>
          <w:szCs w:val="18"/>
        </w:rPr>
        <w:t xml:space="preserve"> </w:t>
      </w:r>
      <w:r>
        <w:rPr>
          <w:bCs/>
          <w:sz w:val="18"/>
          <w:szCs w:val="18"/>
        </w:rPr>
        <w:t>in</w:t>
      </w:r>
      <w:r>
        <w:rPr>
          <w:bCs/>
          <w:spacing w:val="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conformità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alle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norme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sulla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conservazione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della</w:t>
      </w:r>
      <w:proofErr w:type="spellEnd"/>
      <w:r>
        <w:rPr>
          <w:bCs/>
          <w:spacing w:val="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documentazione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amministrativa</w:t>
      </w:r>
      <w:proofErr w:type="spellEnd"/>
      <w:r>
        <w:rPr>
          <w:bCs/>
          <w:sz w:val="18"/>
          <w:szCs w:val="18"/>
        </w:rPr>
        <w:t>.</w:t>
      </w:r>
    </w:p>
    <w:p w14:paraId="7BB8F424" w14:textId="77777777" w:rsidR="00C77E23" w:rsidRDefault="00C77E23" w:rsidP="00C77E23">
      <w:pPr>
        <w:spacing w:line="360" w:lineRule="auto"/>
        <w:ind w:left="138" w:right="50"/>
        <w:rPr>
          <w:bCs/>
          <w:sz w:val="18"/>
          <w:szCs w:val="18"/>
        </w:rPr>
      </w:pPr>
      <w:r>
        <w:rPr>
          <w:bCs/>
          <w:sz w:val="18"/>
          <w:szCs w:val="18"/>
        </w:rPr>
        <w:t>I</w:t>
      </w:r>
      <w:r>
        <w:rPr>
          <w:bCs/>
          <w:spacing w:val="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pacing w:val="8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saranno</w:t>
      </w:r>
      <w:proofErr w:type="spellEnd"/>
      <w:r>
        <w:rPr>
          <w:bCs/>
          <w:spacing w:val="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trattati</w:t>
      </w:r>
      <w:proofErr w:type="spellEnd"/>
      <w:r>
        <w:rPr>
          <w:bCs/>
          <w:spacing w:val="5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esclusivamente</w:t>
      </w:r>
      <w:proofErr w:type="spellEnd"/>
      <w:r>
        <w:rPr>
          <w:bCs/>
          <w:spacing w:val="5"/>
          <w:sz w:val="18"/>
          <w:szCs w:val="18"/>
        </w:rPr>
        <w:t xml:space="preserve"> </w:t>
      </w:r>
      <w:r>
        <w:rPr>
          <w:bCs/>
          <w:sz w:val="18"/>
          <w:szCs w:val="18"/>
        </w:rPr>
        <w:t>dal</w:t>
      </w:r>
      <w:r>
        <w:rPr>
          <w:bCs/>
          <w:spacing w:val="5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personale</w:t>
      </w:r>
      <w:proofErr w:type="spellEnd"/>
      <w:r>
        <w:rPr>
          <w:bCs/>
          <w:sz w:val="18"/>
          <w:szCs w:val="18"/>
        </w:rPr>
        <w:t>,</w:t>
      </w:r>
      <w:r>
        <w:rPr>
          <w:bCs/>
          <w:spacing w:val="8"/>
          <w:sz w:val="18"/>
          <w:szCs w:val="18"/>
        </w:rPr>
        <w:t xml:space="preserve"> </w:t>
      </w:r>
      <w:r>
        <w:rPr>
          <w:bCs/>
          <w:sz w:val="18"/>
          <w:szCs w:val="18"/>
        </w:rPr>
        <w:t>da</w:t>
      </w:r>
      <w:r>
        <w:rPr>
          <w:bCs/>
          <w:spacing w:val="7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collaboratori</w:t>
      </w:r>
      <w:proofErr w:type="spellEnd"/>
      <w:r>
        <w:rPr>
          <w:bCs/>
          <w:spacing w:val="5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dell’Ente</w:t>
      </w:r>
      <w:proofErr w:type="spellEnd"/>
      <w:r>
        <w:rPr>
          <w:bCs/>
          <w:spacing w:val="5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ovvero</w:t>
      </w:r>
      <w:proofErr w:type="spellEnd"/>
      <w:r>
        <w:rPr>
          <w:bCs/>
          <w:spacing w:val="6"/>
          <w:sz w:val="18"/>
          <w:szCs w:val="18"/>
        </w:rPr>
        <w:t xml:space="preserve"> </w:t>
      </w:r>
      <w:r>
        <w:rPr>
          <w:bCs/>
          <w:sz w:val="18"/>
          <w:szCs w:val="18"/>
        </w:rPr>
        <w:t>da</w:t>
      </w:r>
      <w:r>
        <w:rPr>
          <w:bCs/>
          <w:spacing w:val="7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soggetti</w:t>
      </w:r>
      <w:proofErr w:type="spellEnd"/>
      <w:r>
        <w:rPr>
          <w:bCs/>
          <w:spacing w:val="8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esterni</w:t>
      </w:r>
      <w:proofErr w:type="spellEnd"/>
      <w:r>
        <w:rPr>
          <w:bCs/>
          <w:spacing w:val="8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espressamente</w:t>
      </w:r>
      <w:proofErr w:type="spellEnd"/>
      <w:r>
        <w:rPr>
          <w:bCs/>
          <w:spacing w:val="5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nominati</w:t>
      </w:r>
      <w:proofErr w:type="spellEnd"/>
      <w:r>
        <w:rPr>
          <w:bCs/>
          <w:spacing w:val="5"/>
          <w:sz w:val="18"/>
          <w:szCs w:val="18"/>
        </w:rPr>
        <w:t xml:space="preserve"> </w:t>
      </w:r>
      <w:r>
        <w:rPr>
          <w:bCs/>
          <w:sz w:val="18"/>
          <w:szCs w:val="18"/>
        </w:rPr>
        <w:t>come</w:t>
      </w:r>
      <w:r>
        <w:rPr>
          <w:bCs/>
          <w:spacing w:val="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Responsabili</w:t>
      </w:r>
      <w:proofErr w:type="spellEnd"/>
      <w:r>
        <w:rPr>
          <w:bCs/>
          <w:spacing w:val="1"/>
          <w:sz w:val="18"/>
          <w:szCs w:val="18"/>
        </w:rPr>
        <w:t xml:space="preserve"> </w:t>
      </w:r>
      <w:r>
        <w:rPr>
          <w:bCs/>
          <w:sz w:val="18"/>
          <w:szCs w:val="18"/>
        </w:rPr>
        <w:t>del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trattamento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dal</w:t>
      </w:r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Titolare</w:t>
      </w:r>
      <w:proofErr w:type="spellEnd"/>
      <w:r>
        <w:rPr>
          <w:bCs/>
          <w:sz w:val="18"/>
          <w:szCs w:val="18"/>
        </w:rPr>
        <w:t>.</w:t>
      </w:r>
    </w:p>
    <w:p w14:paraId="017AFB6C" w14:textId="77777777" w:rsidR="00C77E23" w:rsidRDefault="00C77E23" w:rsidP="00C77E23">
      <w:pPr>
        <w:spacing w:before="1"/>
        <w:ind w:left="138"/>
        <w:rPr>
          <w:bCs/>
          <w:sz w:val="18"/>
          <w:szCs w:val="18"/>
        </w:rPr>
      </w:pPr>
      <w:r>
        <w:rPr>
          <w:bCs/>
          <w:sz w:val="18"/>
          <w:szCs w:val="18"/>
        </w:rPr>
        <w:t>Al</w:t>
      </w:r>
      <w:r>
        <w:rPr>
          <w:bCs/>
          <w:spacing w:val="-4"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di </w:t>
      </w:r>
      <w:proofErr w:type="spellStart"/>
      <w:r>
        <w:rPr>
          <w:bCs/>
          <w:sz w:val="18"/>
          <w:szCs w:val="18"/>
        </w:rPr>
        <w:t>fuori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delle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ipotesi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sopra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richiamate</w:t>
      </w:r>
      <w:proofErr w:type="spellEnd"/>
      <w:r>
        <w:rPr>
          <w:bCs/>
          <w:sz w:val="18"/>
          <w:szCs w:val="18"/>
        </w:rPr>
        <w:t>,</w:t>
      </w:r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r>
        <w:rPr>
          <w:bCs/>
          <w:sz w:val="18"/>
          <w:szCs w:val="18"/>
        </w:rPr>
        <w:t>non</w:t>
      </w:r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saranno</w:t>
      </w:r>
      <w:proofErr w:type="spellEnd"/>
      <w:r>
        <w:rPr>
          <w:bCs/>
          <w:spacing w:val="-5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comunicati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r>
        <w:rPr>
          <w:bCs/>
          <w:sz w:val="18"/>
          <w:szCs w:val="18"/>
        </w:rPr>
        <w:t>a</w:t>
      </w:r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terzi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né</w:t>
      </w:r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diffusi</w:t>
      </w:r>
      <w:proofErr w:type="spellEnd"/>
      <w:r>
        <w:rPr>
          <w:bCs/>
          <w:sz w:val="18"/>
          <w:szCs w:val="18"/>
        </w:rPr>
        <w:t>.</w:t>
      </w:r>
    </w:p>
    <w:p w14:paraId="7924385F" w14:textId="77777777" w:rsidR="00C77E23" w:rsidRDefault="00C77E23" w:rsidP="00C77E23">
      <w:pPr>
        <w:spacing w:before="161" w:line="360" w:lineRule="auto"/>
        <w:ind w:left="138"/>
        <w:rPr>
          <w:bCs/>
          <w:sz w:val="18"/>
          <w:szCs w:val="18"/>
        </w:rPr>
      </w:pPr>
      <w:proofErr w:type="spellStart"/>
      <w:r>
        <w:rPr>
          <w:bCs/>
          <w:sz w:val="18"/>
          <w:szCs w:val="18"/>
        </w:rPr>
        <w:t>Gli</w:t>
      </w:r>
      <w:proofErr w:type="spellEnd"/>
      <w:r>
        <w:rPr>
          <w:bCs/>
          <w:spacing w:val="2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interessati</w:t>
      </w:r>
      <w:proofErr w:type="spellEnd"/>
      <w:r>
        <w:rPr>
          <w:bCs/>
          <w:spacing w:val="2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hanno</w:t>
      </w:r>
      <w:proofErr w:type="spellEnd"/>
      <w:r>
        <w:rPr>
          <w:bCs/>
          <w:spacing w:val="2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il</w:t>
      </w:r>
      <w:proofErr w:type="spellEnd"/>
      <w:r>
        <w:rPr>
          <w:bCs/>
          <w:spacing w:val="2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diritto</w:t>
      </w:r>
      <w:proofErr w:type="spellEnd"/>
      <w:r>
        <w:rPr>
          <w:bCs/>
          <w:spacing w:val="22"/>
          <w:sz w:val="18"/>
          <w:szCs w:val="18"/>
        </w:rPr>
        <w:t xml:space="preserve"> </w:t>
      </w:r>
      <w:r>
        <w:rPr>
          <w:bCs/>
          <w:sz w:val="18"/>
          <w:szCs w:val="18"/>
        </w:rPr>
        <w:t>di</w:t>
      </w:r>
      <w:r>
        <w:rPr>
          <w:bCs/>
          <w:spacing w:val="2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chiedere</w:t>
      </w:r>
      <w:proofErr w:type="spellEnd"/>
      <w:r>
        <w:rPr>
          <w:bCs/>
          <w:spacing w:val="21"/>
          <w:sz w:val="18"/>
          <w:szCs w:val="18"/>
        </w:rPr>
        <w:t xml:space="preserve"> </w:t>
      </w:r>
      <w:r>
        <w:rPr>
          <w:bCs/>
          <w:sz w:val="18"/>
          <w:szCs w:val="18"/>
        </w:rPr>
        <w:t>al</w:t>
      </w:r>
      <w:r>
        <w:rPr>
          <w:bCs/>
          <w:spacing w:val="2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Titolare</w:t>
      </w:r>
      <w:proofErr w:type="spellEnd"/>
      <w:r>
        <w:rPr>
          <w:bCs/>
          <w:spacing w:val="20"/>
          <w:sz w:val="18"/>
          <w:szCs w:val="18"/>
        </w:rPr>
        <w:t xml:space="preserve"> </w:t>
      </w:r>
      <w:r>
        <w:rPr>
          <w:bCs/>
          <w:sz w:val="18"/>
          <w:szCs w:val="18"/>
        </w:rPr>
        <w:t>del</w:t>
      </w:r>
      <w:r>
        <w:rPr>
          <w:bCs/>
          <w:spacing w:val="2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trattamento</w:t>
      </w:r>
      <w:proofErr w:type="spellEnd"/>
      <w:r>
        <w:rPr>
          <w:bCs/>
          <w:spacing w:val="2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l’accesso</w:t>
      </w:r>
      <w:proofErr w:type="spellEnd"/>
      <w:r>
        <w:rPr>
          <w:bCs/>
          <w:spacing w:val="2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ai</w:t>
      </w:r>
      <w:proofErr w:type="spellEnd"/>
      <w:r>
        <w:rPr>
          <w:bCs/>
          <w:spacing w:val="2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pacing w:val="2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personali</w:t>
      </w:r>
      <w:proofErr w:type="spellEnd"/>
      <w:r>
        <w:rPr>
          <w:bCs/>
          <w:spacing w:val="24"/>
          <w:sz w:val="18"/>
          <w:szCs w:val="18"/>
        </w:rPr>
        <w:t xml:space="preserve"> </w:t>
      </w:r>
      <w:r>
        <w:rPr>
          <w:bCs/>
          <w:sz w:val="18"/>
          <w:szCs w:val="18"/>
        </w:rPr>
        <w:t>e</w:t>
      </w:r>
      <w:r>
        <w:rPr>
          <w:bCs/>
          <w:spacing w:val="21"/>
          <w:sz w:val="18"/>
          <w:szCs w:val="18"/>
        </w:rPr>
        <w:t xml:space="preserve"> </w:t>
      </w:r>
      <w:r>
        <w:rPr>
          <w:bCs/>
          <w:sz w:val="18"/>
          <w:szCs w:val="18"/>
        </w:rPr>
        <w:t>la</w:t>
      </w:r>
      <w:r>
        <w:rPr>
          <w:bCs/>
          <w:spacing w:val="2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rettifica</w:t>
      </w:r>
      <w:proofErr w:type="spellEnd"/>
      <w:r>
        <w:rPr>
          <w:bCs/>
          <w:spacing w:val="21"/>
          <w:sz w:val="18"/>
          <w:szCs w:val="18"/>
        </w:rPr>
        <w:t xml:space="preserve"> </w:t>
      </w:r>
      <w:r>
        <w:rPr>
          <w:bCs/>
          <w:sz w:val="18"/>
          <w:szCs w:val="18"/>
        </w:rPr>
        <w:t>o</w:t>
      </w:r>
      <w:r>
        <w:rPr>
          <w:bCs/>
          <w:spacing w:val="21"/>
          <w:sz w:val="18"/>
          <w:szCs w:val="18"/>
        </w:rPr>
        <w:t xml:space="preserve"> </w:t>
      </w:r>
      <w:r>
        <w:rPr>
          <w:bCs/>
          <w:sz w:val="18"/>
          <w:szCs w:val="18"/>
        </w:rPr>
        <w:t>la</w:t>
      </w:r>
      <w:r>
        <w:rPr>
          <w:bCs/>
          <w:spacing w:val="2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cancellazione</w:t>
      </w:r>
      <w:proofErr w:type="spellEnd"/>
      <w:r>
        <w:rPr>
          <w:bCs/>
          <w:spacing w:val="2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degli</w:t>
      </w:r>
      <w:proofErr w:type="spellEnd"/>
      <w:r>
        <w:rPr>
          <w:bCs/>
          <w:spacing w:val="2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stessi</w:t>
      </w:r>
      <w:proofErr w:type="spellEnd"/>
      <w:r>
        <w:rPr>
          <w:bCs/>
          <w:spacing w:val="2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o</w:t>
      </w:r>
      <w:proofErr w:type="spellEnd"/>
      <w:r>
        <w:rPr>
          <w:bCs/>
          <w:spacing w:val="22"/>
          <w:sz w:val="18"/>
          <w:szCs w:val="18"/>
        </w:rPr>
        <w:t xml:space="preserve"> </w:t>
      </w:r>
      <w:r>
        <w:rPr>
          <w:bCs/>
          <w:sz w:val="18"/>
          <w:szCs w:val="18"/>
        </w:rPr>
        <w:t>la</w:t>
      </w:r>
      <w:r>
        <w:rPr>
          <w:bCs/>
          <w:spacing w:val="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limitazione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r>
        <w:rPr>
          <w:bCs/>
          <w:sz w:val="18"/>
          <w:szCs w:val="18"/>
        </w:rPr>
        <w:t>del</w:t>
      </w:r>
      <w:r>
        <w:rPr>
          <w:bCs/>
          <w:spacing w:val="-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trattamento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che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li </w:t>
      </w:r>
      <w:proofErr w:type="spellStart"/>
      <w:r>
        <w:rPr>
          <w:bCs/>
          <w:sz w:val="18"/>
          <w:szCs w:val="18"/>
        </w:rPr>
        <w:t>riguarda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o</w:t>
      </w:r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di </w:t>
      </w:r>
      <w:proofErr w:type="spellStart"/>
      <w:r>
        <w:rPr>
          <w:bCs/>
          <w:sz w:val="18"/>
          <w:szCs w:val="18"/>
        </w:rPr>
        <w:t>opporsi</w:t>
      </w:r>
      <w:proofErr w:type="spellEnd"/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al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trattamento</w:t>
      </w:r>
      <w:proofErr w:type="spellEnd"/>
      <w:r>
        <w:rPr>
          <w:bCs/>
          <w:sz w:val="18"/>
          <w:szCs w:val="18"/>
        </w:rPr>
        <w:t>,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ai</w:t>
      </w:r>
      <w:proofErr w:type="spellEnd"/>
      <w:r>
        <w:rPr>
          <w:bCs/>
          <w:spacing w:val="1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sensi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degli</w:t>
      </w:r>
      <w:proofErr w:type="spellEnd"/>
      <w:r>
        <w:rPr>
          <w:bCs/>
          <w:spacing w:val="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artt</w:t>
      </w:r>
      <w:proofErr w:type="spellEnd"/>
      <w:r>
        <w:rPr>
          <w:bCs/>
          <w:sz w:val="18"/>
          <w:szCs w:val="18"/>
        </w:rPr>
        <w:t>.</w:t>
      </w:r>
      <w:r>
        <w:rPr>
          <w:bCs/>
          <w:spacing w:val="-3"/>
          <w:sz w:val="18"/>
          <w:szCs w:val="18"/>
        </w:rPr>
        <w:t xml:space="preserve"> </w:t>
      </w:r>
      <w:r>
        <w:rPr>
          <w:bCs/>
          <w:sz w:val="18"/>
          <w:szCs w:val="18"/>
        </w:rPr>
        <w:t>15</w:t>
      </w:r>
      <w:r>
        <w:rPr>
          <w:bCs/>
          <w:spacing w:val="1"/>
          <w:sz w:val="18"/>
          <w:szCs w:val="18"/>
        </w:rPr>
        <w:t xml:space="preserve"> </w:t>
      </w:r>
      <w:r>
        <w:rPr>
          <w:bCs/>
          <w:sz w:val="18"/>
          <w:szCs w:val="18"/>
        </w:rPr>
        <w:t>e</w:t>
      </w:r>
      <w:r>
        <w:rPr>
          <w:bCs/>
          <w:spacing w:val="-3"/>
          <w:sz w:val="18"/>
          <w:szCs w:val="18"/>
        </w:rPr>
        <w:t xml:space="preserve"> </w:t>
      </w:r>
      <w:r>
        <w:rPr>
          <w:bCs/>
          <w:sz w:val="18"/>
          <w:szCs w:val="18"/>
        </w:rPr>
        <w:t>ss.</w:t>
      </w:r>
      <w:r>
        <w:rPr>
          <w:bCs/>
          <w:spacing w:val="1"/>
          <w:sz w:val="18"/>
          <w:szCs w:val="18"/>
        </w:rPr>
        <w:t xml:space="preserve"> </w:t>
      </w:r>
      <w:r>
        <w:rPr>
          <w:bCs/>
          <w:sz w:val="18"/>
          <w:szCs w:val="18"/>
        </w:rPr>
        <w:t>RGDP.</w:t>
      </w:r>
    </w:p>
    <w:p w14:paraId="7D9393BD" w14:textId="77777777" w:rsidR="00C77E23" w:rsidRDefault="00C77E23" w:rsidP="00C77E23">
      <w:pPr>
        <w:spacing w:line="362" w:lineRule="auto"/>
        <w:ind w:left="138"/>
        <w:rPr>
          <w:sz w:val="18"/>
          <w:szCs w:val="18"/>
        </w:rPr>
      </w:pPr>
      <w:proofErr w:type="spellStart"/>
      <w:r>
        <w:rPr>
          <w:sz w:val="18"/>
          <w:szCs w:val="18"/>
        </w:rPr>
        <w:t>Apposita</w:t>
      </w:r>
      <w:proofErr w:type="spellEnd"/>
      <w:r>
        <w:rPr>
          <w:spacing w:val="8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istanza</w:t>
      </w:r>
      <w:proofErr w:type="spellEnd"/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è</w:t>
      </w:r>
      <w:r>
        <w:rPr>
          <w:spacing w:val="7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presentata</w:t>
      </w:r>
      <w:proofErr w:type="spellEnd"/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al</w:t>
      </w:r>
      <w:r>
        <w:rPr>
          <w:spacing w:val="7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Responsabile</w:t>
      </w:r>
      <w:proofErr w:type="spellEnd"/>
      <w:r>
        <w:rPr>
          <w:spacing w:val="7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della</w:t>
      </w:r>
      <w:proofErr w:type="spellEnd"/>
      <w:r>
        <w:rPr>
          <w:spacing w:val="9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Protezione</w:t>
      </w:r>
      <w:proofErr w:type="spellEnd"/>
      <w:r>
        <w:rPr>
          <w:spacing w:val="7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dei</w:t>
      </w:r>
      <w:proofErr w:type="spellEnd"/>
      <w:r>
        <w:rPr>
          <w:spacing w:val="9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dati</w:t>
      </w:r>
      <w:proofErr w:type="spellEnd"/>
      <w:r>
        <w:rPr>
          <w:spacing w:val="10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dell’Ente</w:t>
      </w:r>
      <w:proofErr w:type="spellEnd"/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ex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art</w:t>
      </w:r>
      <w:proofErr w:type="spellEnd"/>
      <w:r>
        <w:rPr>
          <w:sz w:val="18"/>
          <w:szCs w:val="18"/>
        </w:rPr>
        <w:t>.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38,</w:t>
      </w:r>
      <w:r>
        <w:rPr>
          <w:spacing w:val="7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paragrafo</w:t>
      </w:r>
      <w:proofErr w:type="spellEnd"/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4,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RGDP),</w:t>
      </w:r>
      <w:r>
        <w:rPr>
          <w:spacing w:val="9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individuato</w:t>
      </w:r>
      <w:proofErr w:type="spellEnd"/>
      <w:r>
        <w:rPr>
          <w:spacing w:val="8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nella</w:t>
      </w:r>
      <w:proofErr w:type="spellEnd"/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 xml:space="preserve">DASEIN </w:t>
      </w:r>
      <w:proofErr w:type="spellStart"/>
      <w:r>
        <w:rPr>
          <w:sz w:val="18"/>
          <w:szCs w:val="18"/>
        </w:rPr>
        <w:t>srl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nella</w:t>
      </w:r>
      <w:proofErr w:type="spellEnd"/>
      <w:r>
        <w:rPr>
          <w:sz w:val="18"/>
          <w:szCs w:val="18"/>
        </w:rPr>
        <w:t xml:space="preserve"> persona di Giovanni </w:t>
      </w:r>
      <w:proofErr w:type="spellStart"/>
      <w:r>
        <w:rPr>
          <w:sz w:val="18"/>
          <w:szCs w:val="18"/>
        </w:rPr>
        <w:t>Sanna</w:t>
      </w:r>
      <w:proofErr w:type="spellEnd"/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con</w:t>
      </w:r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sede</w:t>
      </w:r>
      <w:proofErr w:type="spellEnd"/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Oristano</w:t>
      </w:r>
      <w:proofErr w:type="spellEnd"/>
      <w:r>
        <w:rPr>
          <w:sz w:val="18"/>
          <w:szCs w:val="18"/>
        </w:rPr>
        <w:t xml:space="preserve"> (OR) Via </w:t>
      </w:r>
      <w:proofErr w:type="spellStart"/>
      <w:r>
        <w:rPr>
          <w:sz w:val="18"/>
          <w:szCs w:val="18"/>
        </w:rPr>
        <w:t>Sardegna</w:t>
      </w:r>
      <w:proofErr w:type="spellEnd"/>
      <w:r>
        <w:rPr>
          <w:sz w:val="18"/>
          <w:szCs w:val="18"/>
        </w:rPr>
        <w:t xml:space="preserve"> 69/A–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Tel:0783/310611–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 xml:space="preserve">email:  </w:t>
      </w:r>
      <w:hyperlink r:id="rId11" w:history="1">
        <w:r>
          <w:rPr>
            <w:rStyle w:val="Collegamentoipertestuale"/>
            <w:sz w:val="18"/>
            <w:szCs w:val="18"/>
          </w:rPr>
          <w:t>info@dasein.it</w:t>
        </w:r>
      </w:hyperlink>
      <w:r>
        <w:rPr>
          <w:sz w:val="18"/>
          <w:szCs w:val="18"/>
        </w:rPr>
        <w:t xml:space="preserve"> –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pec:</w:t>
      </w:r>
      <w:r>
        <w:rPr>
          <w:spacing w:val="-4"/>
          <w:sz w:val="18"/>
          <w:szCs w:val="18"/>
        </w:rPr>
        <w:t xml:space="preserve"> </w:t>
      </w:r>
      <w:hyperlink r:id="rId12" w:history="1">
        <w:r>
          <w:rPr>
            <w:rStyle w:val="Collegamentoipertestuale"/>
            <w:sz w:val="18"/>
            <w:szCs w:val="18"/>
          </w:rPr>
          <w:t>giannisanna59@pec.it</w:t>
        </w:r>
      </w:hyperlink>
      <w:r>
        <w:rPr>
          <w:sz w:val="18"/>
          <w:szCs w:val="18"/>
        </w:rPr>
        <w:t xml:space="preserve"> </w:t>
      </w:r>
    </w:p>
    <w:p w14:paraId="517ACACB" w14:textId="77777777" w:rsidR="00C77E23" w:rsidRDefault="00C77E23" w:rsidP="00C77E23">
      <w:pPr>
        <w:ind w:left="138"/>
        <w:rPr>
          <w:bCs/>
          <w:sz w:val="18"/>
          <w:szCs w:val="18"/>
        </w:rPr>
      </w:pPr>
      <w:proofErr w:type="spellStart"/>
      <w:r>
        <w:rPr>
          <w:bCs/>
          <w:sz w:val="18"/>
          <w:szCs w:val="18"/>
        </w:rPr>
        <w:t>Dichiaro</w:t>
      </w:r>
      <w:proofErr w:type="spellEnd"/>
      <w:r>
        <w:rPr>
          <w:bCs/>
          <w:spacing w:val="-6"/>
          <w:sz w:val="18"/>
          <w:szCs w:val="18"/>
        </w:rPr>
        <w:t xml:space="preserve"> </w:t>
      </w:r>
      <w:r>
        <w:rPr>
          <w:bCs/>
          <w:sz w:val="18"/>
          <w:szCs w:val="18"/>
        </w:rPr>
        <w:t>di</w:t>
      </w:r>
      <w:r>
        <w:rPr>
          <w:bCs/>
          <w:spacing w:val="-4"/>
          <w:sz w:val="18"/>
          <w:szCs w:val="18"/>
        </w:rPr>
        <w:t xml:space="preserve"> </w:t>
      </w:r>
      <w:r>
        <w:rPr>
          <w:bCs/>
          <w:sz w:val="18"/>
          <w:szCs w:val="18"/>
        </w:rPr>
        <w:t>aver</w:t>
      </w:r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ricevuto</w:t>
      </w:r>
      <w:proofErr w:type="spellEnd"/>
      <w:r>
        <w:rPr>
          <w:bCs/>
          <w:spacing w:val="-6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tutte</w:t>
      </w:r>
      <w:proofErr w:type="spellEnd"/>
      <w:r>
        <w:rPr>
          <w:bCs/>
          <w:spacing w:val="-5"/>
          <w:sz w:val="18"/>
          <w:szCs w:val="18"/>
        </w:rPr>
        <w:t xml:space="preserve"> </w:t>
      </w:r>
      <w:r>
        <w:rPr>
          <w:bCs/>
          <w:sz w:val="18"/>
          <w:szCs w:val="18"/>
        </w:rPr>
        <w:t>le</w:t>
      </w:r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informazioni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r>
        <w:rPr>
          <w:bCs/>
          <w:sz w:val="18"/>
          <w:szCs w:val="18"/>
        </w:rPr>
        <w:t>di</w:t>
      </w:r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cui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all’art</w:t>
      </w:r>
      <w:proofErr w:type="spellEnd"/>
      <w:r>
        <w:rPr>
          <w:bCs/>
          <w:sz w:val="18"/>
          <w:szCs w:val="18"/>
        </w:rPr>
        <w:t>.</w:t>
      </w:r>
      <w:r>
        <w:rPr>
          <w:bCs/>
          <w:spacing w:val="-4"/>
          <w:sz w:val="18"/>
          <w:szCs w:val="18"/>
        </w:rPr>
        <w:t xml:space="preserve"> </w:t>
      </w:r>
      <w:r>
        <w:rPr>
          <w:bCs/>
          <w:sz w:val="18"/>
          <w:szCs w:val="18"/>
        </w:rPr>
        <w:t>13</w:t>
      </w:r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RGDP</w:t>
      </w:r>
      <w:r>
        <w:rPr>
          <w:bCs/>
          <w:spacing w:val="-3"/>
          <w:sz w:val="18"/>
          <w:szCs w:val="18"/>
        </w:rPr>
        <w:t xml:space="preserve"> </w:t>
      </w:r>
      <w:r>
        <w:rPr>
          <w:bCs/>
          <w:sz w:val="18"/>
          <w:szCs w:val="18"/>
        </w:rPr>
        <w:t>in</w:t>
      </w:r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relazione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ai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contenuti</w:t>
      </w:r>
      <w:proofErr w:type="spellEnd"/>
      <w:r>
        <w:rPr>
          <w:bCs/>
          <w:spacing w:val="-2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nell’allegata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modulistica</w:t>
      </w:r>
      <w:proofErr w:type="spellEnd"/>
      <w:r>
        <w:rPr>
          <w:bCs/>
          <w:sz w:val="18"/>
          <w:szCs w:val="18"/>
        </w:rPr>
        <w:t>.</w:t>
      </w:r>
    </w:p>
    <w:p w14:paraId="6EC2BC30" w14:textId="77777777" w:rsidR="00C77E23" w:rsidRDefault="00C77E23" w:rsidP="00C77E23">
      <w:pPr>
        <w:rPr>
          <w:bCs/>
          <w:sz w:val="18"/>
          <w:szCs w:val="18"/>
        </w:rPr>
      </w:pPr>
    </w:p>
    <w:p w14:paraId="3FBA739A" w14:textId="77777777" w:rsidR="00C77E23" w:rsidRDefault="00C77E23" w:rsidP="00C77E23">
      <w:pPr>
        <w:spacing w:before="161"/>
        <w:ind w:left="138" w:firstLineChars="2850" w:firstLine="5130"/>
        <w:rPr>
          <w:bCs/>
          <w:sz w:val="18"/>
          <w:szCs w:val="18"/>
        </w:rPr>
      </w:pPr>
      <w:proofErr w:type="spellStart"/>
      <w:r>
        <w:rPr>
          <w:bCs/>
          <w:sz w:val="18"/>
          <w:szCs w:val="18"/>
        </w:rPr>
        <w:t>L’interessato</w:t>
      </w:r>
      <w:proofErr w:type="spellEnd"/>
      <w:r>
        <w:rPr>
          <w:bCs/>
          <w:spacing w:val="-4"/>
          <w:sz w:val="18"/>
          <w:szCs w:val="18"/>
        </w:rPr>
        <w:t xml:space="preserve"> </w:t>
      </w:r>
      <w:r>
        <w:rPr>
          <w:bCs/>
          <w:sz w:val="18"/>
          <w:szCs w:val="18"/>
        </w:rPr>
        <w:t>al</w:t>
      </w:r>
      <w:r>
        <w:rPr>
          <w:bCs/>
          <w:spacing w:val="-4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trattamento</w:t>
      </w:r>
      <w:proofErr w:type="spellEnd"/>
      <w:r>
        <w:rPr>
          <w:bCs/>
          <w:spacing w:val="-5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dei</w:t>
      </w:r>
      <w:proofErr w:type="spellEnd"/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dati</w:t>
      </w:r>
      <w:proofErr w:type="spellEnd"/>
    </w:p>
    <w:p w14:paraId="6EF19FA7" w14:textId="77777777" w:rsidR="00C77E23" w:rsidRDefault="00C77E23" w:rsidP="00C77E23">
      <w:pPr>
        <w:spacing w:before="92"/>
        <w:ind w:left="138" w:firstLineChars="2150" w:firstLine="3870"/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</w:t>
      </w:r>
      <w:r>
        <w:rPr>
          <w:bCs/>
          <w:spacing w:val="-5"/>
          <w:sz w:val="18"/>
          <w:szCs w:val="18"/>
        </w:rPr>
        <w:t xml:space="preserve"> </w:t>
      </w:r>
      <w:r>
        <w:rPr>
          <w:bCs/>
          <w:sz w:val="18"/>
          <w:szCs w:val="18"/>
        </w:rPr>
        <w:t>(Firma</w:t>
      </w:r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per</w:t>
      </w:r>
      <w:r>
        <w:rPr>
          <w:bCs/>
          <w:spacing w:val="-3"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esteso</w:t>
      </w:r>
      <w:proofErr w:type="spellEnd"/>
      <w:r>
        <w:rPr>
          <w:bCs/>
          <w:sz w:val="18"/>
          <w:szCs w:val="18"/>
        </w:rPr>
        <w:t>)</w:t>
      </w:r>
    </w:p>
    <w:p w14:paraId="77D454FB" w14:textId="0647C0B3" w:rsidR="007A64BB" w:rsidRPr="00716AF0" w:rsidRDefault="007A64BB">
      <w:pPr>
        <w:rPr>
          <w:rFonts w:ascii="Times New Roman" w:hAnsi="Times New Roman" w:cs="Times New Roman"/>
          <w:color w:val="000000" w:themeColor="text1"/>
          <w:sz w:val="22"/>
        </w:rPr>
      </w:pPr>
    </w:p>
    <w:sectPr w:rsidR="007A64BB" w:rsidRPr="00716AF0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75023"/>
    <w:rsid w:val="0029639D"/>
    <w:rsid w:val="00326F90"/>
    <w:rsid w:val="00716AF0"/>
    <w:rsid w:val="007A64BB"/>
    <w:rsid w:val="007D798A"/>
    <w:rsid w:val="008831B1"/>
    <w:rsid w:val="00AA1D8D"/>
    <w:rsid w:val="00AB1B41"/>
    <w:rsid w:val="00B47730"/>
    <w:rsid w:val="00C77E23"/>
    <w:rsid w:val="00CB0664"/>
    <w:rsid w:val="00F77C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AE08E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hAnsi="Arial"/>
      <w:sz w:val="17"/>
    </w:rPr>
  </w:style>
  <w:style w:type="character" w:styleId="Collegamentoipertestuale">
    <w:name w:val="Hyperlink"/>
    <w:rsid w:val="00C77E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hAnsi="Arial"/>
      <w:sz w:val="17"/>
    </w:rPr>
  </w:style>
  <w:style w:type="character" w:styleId="Collegamentoipertestuale">
    <w:name w:val="Hyperlink"/>
    <w:rsid w:val="00C77E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giannisanna59@pec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dasein.it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protocollo.trinitadagultu@legalmail.i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49ede7-b6e6-4696-984a-b18c52499d24" xsi:nil="true"/>
    <lcf76f155ced4ddcb4097134ff3c332f xmlns="aa023bc3-9628-459b-a318-a5f61f9f41a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A300D6A9E65D47A3E0B33CBF241C3B" ma:contentTypeVersion="13" ma:contentTypeDescription="Creare un nuovo documento." ma:contentTypeScope="" ma:versionID="8b9f2ac2a466901892d69743cdce0f1f">
  <xsd:schema xmlns:xsd="http://www.w3.org/2001/XMLSchema" xmlns:xs="http://www.w3.org/2001/XMLSchema" xmlns:p="http://schemas.microsoft.com/office/2006/metadata/properties" xmlns:ns2="aa023bc3-9628-459b-a318-a5f61f9f41ad" xmlns:ns3="d349ede7-b6e6-4696-984a-b18c52499d24" targetNamespace="http://schemas.microsoft.com/office/2006/metadata/properties" ma:root="true" ma:fieldsID="4e9b075d00aedf916eaa9fbde4b47f48" ns2:_="" ns3:_="">
    <xsd:import namespace="aa023bc3-9628-459b-a318-a5f61f9f41ad"/>
    <xsd:import namespace="d349ede7-b6e6-4696-984a-b18c52499d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23bc3-9628-459b-a318-a5f61f9f4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4c9de15-d9c6-413c-987e-f1f41d590c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9ede7-b6e6-4696-984a-b18c52499d2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84ea28e-523e-4290-a27e-37247ef18a8b}" ma:internalName="TaxCatchAll" ma:showField="CatchAllData" ma:web="d349ede7-b6e6-4696-984a-b18c52499d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3F8B67-CA22-41A1-B60C-20C71054C4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946940-88D4-4DEA-89D1-7B69FD753BAF}">
  <ds:schemaRefs>
    <ds:schemaRef ds:uri="http://schemas.microsoft.com/office/2006/metadata/properties"/>
    <ds:schemaRef ds:uri="http://schemas.microsoft.com/office/infopath/2007/PartnerControls"/>
    <ds:schemaRef ds:uri="d349ede7-b6e6-4696-984a-b18c52499d24"/>
    <ds:schemaRef ds:uri="aa023bc3-9628-459b-a318-a5f61f9f41ad"/>
  </ds:schemaRefs>
</ds:datastoreItem>
</file>

<file path=customXml/itemProps3.xml><?xml version="1.0" encoding="utf-8"?>
<ds:datastoreItem xmlns:ds="http://schemas.openxmlformats.org/officeDocument/2006/customXml" ds:itemID="{1CD4A3B5-AB8D-4E1A-9A44-6607DD1DB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023bc3-9628-459b-a318-a5f61f9f41ad"/>
    <ds:schemaRef ds:uri="d349ede7-b6e6-4696-984a-b18c52499d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2C137C-E15F-41DC-BF9C-45A127449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1541</Words>
  <Characters>8788</Characters>
  <Application>Microsoft Office Word</Application>
  <DocSecurity>0</DocSecurity>
  <Lines>73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Ornella Leoni</cp:lastModifiedBy>
  <cp:revision>3</cp:revision>
  <dcterms:created xsi:type="dcterms:W3CDTF">2026-09-23T06:25:00Z</dcterms:created>
  <dcterms:modified xsi:type="dcterms:W3CDTF">2026-09-23T06:31:00Z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0x01010029A300D6A9E65D47A3E0B33CBF241C3B</vt:lpwstr>
  </property>
</Properties>
</file>