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05"/>
      </w:tblGrid>
      <w:tr w:rsidR="00203128">
        <w:trPr>
          <w:jc w:val="center"/>
        </w:trPr>
        <w:tc>
          <w:tcPr>
            <w:tcW w:w="9605" w:type="dxa"/>
            <w:shd w:val="clear" w:color="auto" w:fill="003366"/>
            <w:tcMar>
              <w:top w:w="180" w:type="dxa"/>
              <w:left w:w="200" w:type="dxa"/>
              <w:bottom w:w="180" w:type="dxa"/>
              <w:right w:w="200" w:type="dxa"/>
            </w:tcMar>
          </w:tcPr>
          <w:p w:rsidR="00203128" w:rsidRDefault="00F14506">
            <w:pPr>
              <w:spacing w:after="40"/>
              <w:jc w:val="center"/>
            </w:pPr>
            <w:bookmarkStart w:id="0" w:name="_GoBack"/>
            <w:bookmarkEnd w:id="0"/>
            <w:r>
              <w:rPr>
                <w:b/>
                <w:color w:val="FFFFFF"/>
                <w:sz w:val="28"/>
              </w:rPr>
              <w:t>COMUNE DI PERFUGAS</w:t>
            </w:r>
            <w:r>
              <w:rPr>
                <w:b/>
                <w:color w:val="FFFFFF"/>
                <w:sz w:val="28"/>
              </w:rPr>
              <w:br/>
            </w:r>
            <w:r>
              <w:rPr>
                <w:b/>
                <w:color w:val="E6F0FF"/>
              </w:rPr>
              <w:t>SETTORE SERVIZI SCOLASTICI E PUBBLICA ISTRUZIONE</w:t>
            </w:r>
            <w:r>
              <w:rPr>
                <w:b/>
                <w:color w:val="E6F0FF"/>
              </w:rPr>
              <w:br/>
            </w:r>
            <w:r>
              <w:rPr>
                <w:i/>
                <w:color w:val="C8DCF5"/>
                <w:sz w:val="18"/>
              </w:rPr>
              <w:t>Servizio di Ristorazione Scolastica</w:t>
            </w:r>
          </w:p>
        </w:tc>
      </w:tr>
    </w:tbl>
    <w:p w:rsidR="00203128" w:rsidRDefault="00203128">
      <w:pPr>
        <w:spacing w:after="120"/>
      </w:pPr>
    </w:p>
    <w:p w:rsidR="00203128" w:rsidRDefault="00F14506">
      <w:pPr>
        <w:spacing w:before="120" w:after="80"/>
        <w:jc w:val="center"/>
      </w:pPr>
      <w:r>
        <w:rPr>
          <w:b/>
          <w:color w:val="003366"/>
          <w:sz w:val="28"/>
        </w:rPr>
        <w:t>RICHIESTA DI SOMMINISTRAZIONE DIETA SPECIALE</w:t>
      </w:r>
    </w:p>
    <w:p w:rsidR="00203128" w:rsidRDefault="00F14506">
      <w:pPr>
        <w:spacing w:after="280"/>
        <w:jc w:val="center"/>
      </w:pPr>
      <w:r>
        <w:rPr>
          <w:i/>
        </w:rPr>
        <w:t>Modulo di segnalazione per patologie, intolleranze/allergie o motivi etico-religiosi</w:t>
      </w:r>
      <w:r>
        <w:rPr>
          <w:i/>
        </w:rPr>
        <w:br/>
        <w:t xml:space="preserve">Anno Scolastico </w:t>
      </w:r>
      <w:r>
        <w:rPr>
          <w:i/>
        </w:rPr>
        <w:t>20___ / 20___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75"/>
      </w:tblGrid>
      <w:tr w:rsidR="00203128">
        <w:trPr>
          <w:jc w:val="center"/>
        </w:trPr>
        <w:tc>
          <w:tcPr>
            <w:tcW w:w="9605" w:type="dxa"/>
            <w:tcBorders>
              <w:left w:val="single" w:sz="24" w:space="0" w:color="003366"/>
            </w:tcBorders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203128" w:rsidRDefault="00F14506">
            <w:pPr>
              <w:spacing w:after="0"/>
            </w:pPr>
            <w:r>
              <w:rPr>
                <w:b/>
                <w:color w:val="003366"/>
                <w:sz w:val="21"/>
              </w:rPr>
              <w:t>1. DATI DEL GENITORE / TUTORE LEGALE</w:t>
            </w:r>
          </w:p>
        </w:tc>
      </w:tr>
    </w:tbl>
    <w:p w:rsidR="00203128" w:rsidRDefault="00203128">
      <w:pPr>
        <w:spacing w:after="80"/>
      </w:pPr>
    </w:p>
    <w:p w:rsidR="00203128" w:rsidRDefault="00F14506">
      <w:pPr>
        <w:spacing w:after="240" w:line="312" w:lineRule="auto"/>
      </w:pPr>
      <w:r>
        <w:rPr>
          <w:b/>
        </w:rPr>
        <w:t xml:space="preserve">Il/La sottoscritto/a (Nome e Cognome): </w:t>
      </w:r>
      <w:r>
        <w:t>____________________________________________________</w:t>
      </w:r>
      <w:r>
        <w:br/>
      </w:r>
      <w:r>
        <w:rPr>
          <w:b/>
        </w:rPr>
        <w:t xml:space="preserve">Codice Fiscale: </w:t>
      </w:r>
      <w:r>
        <w:t xml:space="preserve">________________________________________ </w:t>
      </w:r>
      <w:r>
        <w:rPr>
          <w:b/>
        </w:rPr>
        <w:t xml:space="preserve">In qualità di: </w:t>
      </w:r>
      <w:r>
        <w:t>[  ] Genitore   [  ] Tutore</w:t>
      </w:r>
      <w:r>
        <w:br/>
      </w:r>
      <w:r>
        <w:rPr>
          <w:b/>
        </w:rPr>
        <w:t>Residente a</w:t>
      </w:r>
      <w:r>
        <w:rPr>
          <w:b/>
        </w:rPr>
        <w:t xml:space="preserve">: </w:t>
      </w:r>
      <w:r>
        <w:t xml:space="preserve">___________________________________ </w:t>
      </w:r>
      <w:r>
        <w:rPr>
          <w:b/>
        </w:rPr>
        <w:t xml:space="preserve">Prov: </w:t>
      </w:r>
      <w:r>
        <w:t xml:space="preserve">______ </w:t>
      </w:r>
      <w:r>
        <w:rPr>
          <w:b/>
        </w:rPr>
        <w:t xml:space="preserve">CAP: </w:t>
      </w:r>
      <w:r>
        <w:t>_________</w:t>
      </w:r>
      <w:r>
        <w:br/>
      </w:r>
      <w:r>
        <w:rPr>
          <w:b/>
        </w:rPr>
        <w:t xml:space="preserve">Indirizzo: </w:t>
      </w:r>
      <w:r>
        <w:t xml:space="preserve">_____________________________________________________ </w:t>
      </w:r>
      <w:r>
        <w:rPr>
          <w:b/>
        </w:rPr>
        <w:t xml:space="preserve">N°: </w:t>
      </w:r>
      <w:r>
        <w:t>________</w:t>
      </w:r>
      <w:r>
        <w:br/>
      </w:r>
      <w:r>
        <w:rPr>
          <w:b/>
        </w:rPr>
        <w:t xml:space="preserve">Telefono / Cellulare: </w:t>
      </w:r>
      <w:r>
        <w:t xml:space="preserve">_______________________ </w:t>
      </w:r>
      <w:r>
        <w:rPr>
          <w:b/>
        </w:rPr>
        <w:t xml:space="preserve">E-mail: </w:t>
      </w:r>
      <w:r>
        <w:t>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75"/>
      </w:tblGrid>
      <w:tr w:rsidR="00203128">
        <w:trPr>
          <w:jc w:val="center"/>
        </w:trPr>
        <w:tc>
          <w:tcPr>
            <w:tcW w:w="9605" w:type="dxa"/>
            <w:tcBorders>
              <w:left w:val="single" w:sz="24" w:space="0" w:color="003366"/>
            </w:tcBorders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203128" w:rsidRDefault="00F14506">
            <w:pPr>
              <w:spacing w:after="0"/>
            </w:pPr>
            <w:r>
              <w:rPr>
                <w:b/>
                <w:color w:val="003366"/>
                <w:sz w:val="21"/>
              </w:rPr>
              <w:t>2. DATI DELL'ALUNNO/A</w:t>
            </w:r>
            <w:r>
              <w:rPr>
                <w:b/>
                <w:color w:val="003366"/>
                <w:sz w:val="21"/>
              </w:rPr>
              <w:t xml:space="preserve"> USUFRUITORE/TRICE DEL SERVIZIO</w:t>
            </w:r>
          </w:p>
        </w:tc>
      </w:tr>
    </w:tbl>
    <w:p w:rsidR="00203128" w:rsidRDefault="00203128">
      <w:pPr>
        <w:spacing w:after="80"/>
      </w:pPr>
    </w:p>
    <w:p w:rsidR="00203128" w:rsidRDefault="00F14506">
      <w:pPr>
        <w:spacing w:after="240" w:line="312" w:lineRule="auto"/>
      </w:pPr>
      <w:r>
        <w:rPr>
          <w:b/>
        </w:rPr>
        <w:t xml:space="preserve">Nome e Cognome: </w:t>
      </w:r>
      <w:r>
        <w:t>___________________________________________________________________</w:t>
      </w:r>
      <w:r>
        <w:br/>
      </w:r>
      <w:r>
        <w:rPr>
          <w:b/>
        </w:rPr>
        <w:t xml:space="preserve">Nato/a a: </w:t>
      </w:r>
      <w:r>
        <w:t xml:space="preserve">_________________________________ </w:t>
      </w:r>
      <w:r>
        <w:rPr>
          <w:b/>
        </w:rPr>
        <w:t xml:space="preserve">Prov: </w:t>
      </w:r>
      <w:r>
        <w:t xml:space="preserve">______ </w:t>
      </w:r>
      <w:r>
        <w:rPr>
          <w:b/>
        </w:rPr>
        <w:t xml:space="preserve">il: </w:t>
      </w:r>
      <w:r>
        <w:t>____ / ____ / ________</w:t>
      </w:r>
      <w:r>
        <w:br/>
      </w:r>
      <w:r>
        <w:rPr>
          <w:b/>
        </w:rPr>
        <w:t xml:space="preserve">Scuola: </w:t>
      </w:r>
      <w:r>
        <w:t xml:space="preserve">[  ] Infanzia   [  ] Primaria   [  ] </w:t>
      </w:r>
      <w:r>
        <w:t>Secondaria di I° grado</w:t>
      </w:r>
      <w:r>
        <w:br/>
      </w:r>
      <w:r>
        <w:rPr>
          <w:b/>
        </w:rPr>
        <w:t xml:space="preserve">Plesso scolastico: </w:t>
      </w:r>
      <w:r>
        <w:t xml:space="preserve">____________________________________ </w:t>
      </w:r>
      <w:r>
        <w:rPr>
          <w:b/>
        </w:rPr>
        <w:t xml:space="preserve">Classe: </w:t>
      </w:r>
      <w:r>
        <w:t xml:space="preserve">_______ </w:t>
      </w:r>
      <w:r>
        <w:rPr>
          <w:b/>
        </w:rPr>
        <w:t xml:space="preserve">Sezione: </w:t>
      </w:r>
      <w:r>
        <w:t>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75"/>
      </w:tblGrid>
      <w:tr w:rsidR="00203128">
        <w:trPr>
          <w:jc w:val="center"/>
        </w:trPr>
        <w:tc>
          <w:tcPr>
            <w:tcW w:w="9605" w:type="dxa"/>
            <w:tcBorders>
              <w:left w:val="single" w:sz="24" w:space="0" w:color="003366"/>
            </w:tcBorders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203128" w:rsidRDefault="00F14506">
            <w:pPr>
              <w:spacing w:after="0"/>
            </w:pPr>
            <w:r>
              <w:rPr>
                <w:b/>
                <w:color w:val="003366"/>
                <w:sz w:val="21"/>
              </w:rPr>
              <w:t>3. TIPOLOGIA DI DIETA SPECIALE RICHIESTA (Barrare l'opzione d'interesse)</w:t>
            </w:r>
          </w:p>
        </w:tc>
      </w:tr>
    </w:tbl>
    <w:p w:rsidR="00203128" w:rsidRDefault="00203128">
      <w:pPr>
        <w:spacing w:after="80"/>
      </w:pPr>
    </w:p>
    <w:p w:rsidR="00203128" w:rsidRDefault="00F14506">
      <w:pPr>
        <w:spacing w:after="120"/>
      </w:pPr>
      <w:r>
        <w:rPr>
          <w:i/>
        </w:rPr>
        <w:t>CHIEDE la somministrazione di una dieta personalizzata per il proprio</w:t>
      </w:r>
      <w:r>
        <w:rPr>
          <w:i/>
        </w:rPr>
        <w:t>/a figlio/a conforme a: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89"/>
      </w:tblGrid>
      <w:tr w:rsidR="00203128">
        <w:trPr>
          <w:jc w:val="center"/>
        </w:trPr>
        <w:tc>
          <w:tcPr>
            <w:tcW w:w="96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03128" w:rsidRDefault="00F14506">
            <w:pPr>
              <w:spacing w:after="80"/>
            </w:pPr>
            <w:r>
              <w:rPr>
                <w:b/>
                <w:color w:val="003366"/>
              </w:rPr>
              <w:t>[  ] OPZIONE A — MOTIVI SANITARI (Allergie, Intolleranze, Patologie)</w:t>
            </w:r>
            <w:r>
              <w:rPr>
                <w:b/>
                <w:color w:val="003366"/>
              </w:rPr>
              <w:br/>
            </w:r>
          </w:p>
          <w:p w:rsidR="00203128" w:rsidRDefault="00F14506">
            <w:pPr>
              <w:spacing w:after="0" w:line="300" w:lineRule="auto"/>
            </w:pPr>
            <w:r>
              <w:t xml:space="preserve">  [  ] Allergia alimentare a: ___________________________________________________________________</w:t>
            </w:r>
            <w:r>
              <w:br/>
              <w:t xml:space="preserve">  [  ] Intolleranza alimentare a: ______________________________</w:t>
            </w:r>
            <w:r>
              <w:t>__________________________________</w:t>
            </w:r>
            <w:r>
              <w:br/>
              <w:t xml:space="preserve">  [  ] Celiachia (dieta priva di glutine)</w:t>
            </w:r>
            <w:r>
              <w:br/>
              <w:t xml:space="preserve">  [  ] Favismo (deficit G6PD)</w:t>
            </w:r>
            <w:r>
              <w:br/>
              <w:t xml:space="preserve">  [  ] Altra patologia/condizione medica (es. diabete, malattie metaboliche, disfagia, ecc.):</w:t>
            </w:r>
            <w:r>
              <w:br/>
              <w:t xml:space="preserve">        _______________________________________________</w:t>
            </w:r>
            <w:r>
              <w:t>________________________________________</w:t>
            </w:r>
            <w:r>
              <w:br/>
            </w:r>
            <w:r>
              <w:br/>
            </w:r>
            <w:r>
              <w:rPr>
                <w:i/>
                <w:sz w:val="17"/>
              </w:rPr>
              <w:t>N.B. È OBBLIGATORIO allegare certificato medico originale rilasciato dal Pediatra di Libera Scelta o da uno Medico Specialistico, recante l'indicazione precisa degli alimenti da escludere e la durata della dieta.</w:t>
            </w:r>
          </w:p>
        </w:tc>
      </w:tr>
    </w:tbl>
    <w:p w:rsidR="00203128" w:rsidRDefault="00203128">
      <w:pPr>
        <w:spacing w:after="8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89"/>
      </w:tblGrid>
      <w:tr w:rsidR="00203128">
        <w:trPr>
          <w:jc w:val="center"/>
        </w:trPr>
        <w:tc>
          <w:tcPr>
            <w:tcW w:w="96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03128" w:rsidRDefault="00F14506">
            <w:pPr>
              <w:spacing w:after="80"/>
            </w:pPr>
            <w:r>
              <w:rPr>
                <w:b/>
                <w:color w:val="003366"/>
              </w:rPr>
              <w:t>[  ] OPZIONE B — MOTIVI ETICO - RELIGIOSI</w:t>
            </w:r>
            <w:r>
              <w:rPr>
                <w:b/>
                <w:color w:val="003366"/>
              </w:rPr>
              <w:br/>
            </w:r>
          </w:p>
          <w:p w:rsidR="00203128" w:rsidRDefault="00F14506">
            <w:pPr>
              <w:spacing w:after="0" w:line="300" w:lineRule="auto"/>
            </w:pPr>
            <w:r>
              <w:lastRenderedPageBreak/>
              <w:t xml:space="preserve">  [  ] Esclusione di tutti i tipi di carne (Dieta Vegetariana)</w:t>
            </w:r>
            <w:r>
              <w:br/>
              <w:t xml:space="preserve">  [  ] Esclusione di tutti i cibi di origine animale e loro derivati (Dieta Vegana)</w:t>
            </w:r>
            <w:r>
              <w:br/>
              <w:t xml:space="preserve">  [  ] Esclusione della carne suina e derivati</w:t>
            </w:r>
            <w:r>
              <w:br/>
              <w:t xml:space="preserve">  [  ] Esclusione </w:t>
            </w:r>
            <w:r>
              <w:t>della carne bovina e derivati</w:t>
            </w:r>
            <w:r>
              <w:br/>
              <w:t xml:space="preserve">  [  ] Esclusione di tutti i tipi di carne (è ammessa la somministrazione di pesce)</w:t>
            </w:r>
            <w:r>
              <w:br/>
              <w:t xml:space="preserve">  [  ] Altra prescrizione etico-religiosa: _______________________________________________________</w:t>
            </w:r>
            <w:r>
              <w:br/>
            </w:r>
            <w:r>
              <w:br/>
            </w:r>
            <w:r>
              <w:rPr>
                <w:i/>
                <w:sz w:val="17"/>
              </w:rPr>
              <w:t>N.B. Per le diete etico-religiose NON è ne</w:t>
            </w:r>
            <w:r>
              <w:rPr>
                <w:i/>
                <w:sz w:val="17"/>
              </w:rPr>
              <w:t>cessaria la certificazione medica.</w:t>
            </w:r>
          </w:p>
        </w:tc>
      </w:tr>
    </w:tbl>
    <w:p w:rsidR="00203128" w:rsidRDefault="00203128">
      <w:pPr>
        <w:spacing w:after="1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75"/>
      </w:tblGrid>
      <w:tr w:rsidR="00203128">
        <w:trPr>
          <w:jc w:val="center"/>
        </w:trPr>
        <w:tc>
          <w:tcPr>
            <w:tcW w:w="9605" w:type="dxa"/>
            <w:tcBorders>
              <w:left w:val="single" w:sz="24" w:space="0" w:color="003366"/>
            </w:tcBorders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203128" w:rsidRDefault="00F14506">
            <w:pPr>
              <w:spacing w:after="0"/>
            </w:pPr>
            <w:r>
              <w:rPr>
                <w:b/>
                <w:color w:val="003366"/>
                <w:sz w:val="21"/>
              </w:rPr>
              <w:t>4. ALLEGATI E DICHIARAZIONE SOSTITUTIVA (Art. 46 D.P.R. 445/2000)</w:t>
            </w:r>
          </w:p>
        </w:tc>
      </w:tr>
    </w:tbl>
    <w:p w:rsidR="00203128" w:rsidRDefault="00203128">
      <w:pPr>
        <w:spacing w:after="80"/>
      </w:pPr>
    </w:p>
    <w:p w:rsidR="00203128" w:rsidRDefault="00F14506">
      <w:pPr>
        <w:spacing w:after="160" w:line="288" w:lineRule="auto"/>
      </w:pPr>
      <w:r>
        <w:rPr>
          <w:b/>
        </w:rPr>
        <w:t>Si allegano alla presente domanda:</w:t>
      </w:r>
      <w:r>
        <w:rPr>
          <w:b/>
        </w:rPr>
        <w:br/>
      </w:r>
      <w:r>
        <w:t xml:space="preserve">  [  ] Copia del documento di identità del richiedente in corso di validità (Obbligatorio)</w:t>
      </w:r>
      <w:r>
        <w:br/>
        <w:t xml:space="preserve">  [  ] Certificato medico</w:t>
      </w:r>
      <w:r>
        <w:t xml:space="preserve"> attestante le allergie/intolleranze o patologie (Obbligatorio per Opzione A)</w:t>
      </w:r>
      <w:r>
        <w:br/>
      </w:r>
      <w:r>
        <w:br/>
        <w:t>Il/La sottoscritto/a, consapevole delle sanzioni penali previste dall'art. 76 del D.P.R. 28/12/2000 n. 445 in caso di dichiarazioni mendaci, dichiara sotto la propria responsabi</w:t>
      </w:r>
      <w:r>
        <w:t>lità che quanto riportato nel presente modulo corrisponde al vero.</w:t>
      </w:r>
      <w:r>
        <w:br/>
      </w:r>
      <w:r>
        <w:br/>
      </w:r>
      <w:r>
        <w:rPr>
          <w:b/>
        </w:rPr>
        <w:t xml:space="preserve">Informativa Privacy (Regolamento UE 2016/679 - GDPR): </w:t>
      </w:r>
      <w:r>
        <w:rPr>
          <w:sz w:val="17"/>
        </w:rPr>
        <w:t>I dati personali e i dati relativi alla salute forniti con la presente richiesta saranno trattati dall'Amministrazione Comunale di Per</w:t>
      </w:r>
      <w:r>
        <w:rPr>
          <w:sz w:val="17"/>
        </w:rPr>
        <w:t>fugas e dal Soggetto Gestore della Ristorazione Scolastica esclusivamente per l'espletamento del servizio di refezione e la tutela della salute del minore.</w:t>
      </w:r>
    </w:p>
    <w:p w:rsidR="00203128" w:rsidRDefault="00203128">
      <w:pPr>
        <w:spacing w:after="2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95"/>
        <w:gridCol w:w="4810"/>
      </w:tblGrid>
      <w:tr w:rsidR="00203128">
        <w:trPr>
          <w:jc w:val="center"/>
        </w:trPr>
        <w:tc>
          <w:tcPr>
            <w:tcW w:w="4795" w:type="dxa"/>
          </w:tcPr>
          <w:p w:rsidR="00203128" w:rsidRDefault="00F14506">
            <w:r>
              <w:rPr>
                <w:b/>
              </w:rPr>
              <w:t>Perfugas, il ____ / ____ / ________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</w:p>
        </w:tc>
        <w:tc>
          <w:tcPr>
            <w:tcW w:w="4810" w:type="dxa"/>
          </w:tcPr>
          <w:p w:rsidR="00203128" w:rsidRDefault="00F14506">
            <w:r>
              <w:rPr>
                <w:b/>
              </w:rPr>
              <w:t>Firma del Genitore / Tutore Legale: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t>_____________________________________________</w:t>
            </w:r>
          </w:p>
        </w:tc>
      </w:tr>
      <w:tr w:rsidR="00203128">
        <w:trPr>
          <w:jc w:val="center"/>
        </w:trPr>
        <w:tc>
          <w:tcPr>
            <w:tcW w:w="4795" w:type="dxa"/>
          </w:tcPr>
          <w:p w:rsidR="00203128" w:rsidRDefault="00F14506">
            <w:pPr>
              <w:spacing w:before="280"/>
            </w:pPr>
            <w:r>
              <w:rPr>
                <w:sz w:val="17"/>
              </w:rPr>
              <w:t>Riservato all'Ufficio Protocollo - Comune di Perfugas:</w:t>
            </w:r>
            <w:r>
              <w:rPr>
                <w:sz w:val="17"/>
              </w:rPr>
              <w:br/>
              <w:t>Data ricezione: ____ / ____ / ________</w:t>
            </w:r>
            <w:r>
              <w:rPr>
                <w:sz w:val="17"/>
              </w:rPr>
              <w:br/>
              <w:t>N° Protocollo: _______________________</w:t>
            </w:r>
          </w:p>
        </w:tc>
        <w:tc>
          <w:tcPr>
            <w:tcW w:w="4810" w:type="dxa"/>
          </w:tcPr>
          <w:p w:rsidR="00203128" w:rsidRDefault="00F14506">
            <w:pPr>
              <w:spacing w:before="280"/>
            </w:pPr>
            <w:r>
              <w:rPr>
                <w:sz w:val="17"/>
              </w:rPr>
              <w:t>Firma del secondo genitore (se richiesto):</w:t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  <w:t>________________________________</w:t>
            </w:r>
            <w:r>
              <w:rPr>
                <w:sz w:val="17"/>
              </w:rPr>
              <w:t>_____________</w:t>
            </w:r>
          </w:p>
        </w:tc>
      </w:tr>
    </w:tbl>
    <w:p w:rsidR="00000000" w:rsidRDefault="00F14506"/>
    <w:sectPr w:rsidR="00000000" w:rsidSect="00034616">
      <w:pgSz w:w="11909" w:h="16834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03128"/>
    <w:rsid w:val="0029639D"/>
    <w:rsid w:val="00326F90"/>
    <w:rsid w:val="00AA1D8D"/>
    <w:rsid w:val="00B47730"/>
    <w:rsid w:val="00CB0664"/>
    <w:rsid w:val="00F1450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7720A74C-6D3D-4FF6-B463-85233F04C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color w:val="333333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1BC818A-DBBD-404E-BE00-E24FEF918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Alberto Uggias</cp:lastModifiedBy>
  <cp:revision>2</cp:revision>
  <dcterms:created xsi:type="dcterms:W3CDTF">2026-09-16T11:02:00Z</dcterms:created>
  <dcterms:modified xsi:type="dcterms:W3CDTF">2026-09-16T11:02:00Z</dcterms:modified>
  <cp:category/>
</cp:coreProperties>
</file>