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3A3" w:rsidRDefault="00B26579">
      <w:pPr>
        <w:spacing w:after="0"/>
        <w:jc w:val="center"/>
      </w:pPr>
      <w:r>
        <w:rPr>
          <w:b/>
          <w:sz w:val="32"/>
        </w:rPr>
        <w:t>COMUNE DI CASTIGLIONE A CASAURIA</w:t>
      </w:r>
    </w:p>
    <w:p w:rsidR="009673A3" w:rsidRDefault="00B26579">
      <w:pPr>
        <w:spacing w:after="80"/>
        <w:jc w:val="center"/>
      </w:pPr>
      <w:proofErr w:type="spellStart"/>
      <w:r>
        <w:rPr>
          <w:i/>
        </w:rPr>
        <w:t>Provincia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di</w:t>
      </w:r>
      <w:proofErr w:type="spellEnd"/>
      <w:r>
        <w:rPr>
          <w:i/>
        </w:rPr>
        <w:t xml:space="preserve"> Pescara</w:t>
      </w:r>
    </w:p>
    <w:p w:rsidR="009673A3" w:rsidRDefault="009673A3">
      <w:pPr>
        <w:pBdr>
          <w:bottom w:val="single" w:sz="10" w:space="1" w:color="000000"/>
        </w:pBdr>
      </w:pPr>
    </w:p>
    <w:p w:rsidR="009673A3" w:rsidRDefault="00B26579">
      <w:pPr>
        <w:jc w:val="center"/>
      </w:pPr>
      <w:r>
        <w:rPr>
          <w:b/>
          <w:sz w:val="25"/>
        </w:rPr>
        <w:t>DOMANDA DI ISCRIZIONE ALL'ALBO DELLE PERSONE IDONEE</w:t>
      </w:r>
      <w:r>
        <w:rPr>
          <w:b/>
          <w:sz w:val="25"/>
        </w:rPr>
        <w:br/>
        <w:t>ALL'UFFICIO DI PRESIDENTE DI SEGGIO ELETTORALE</w:t>
      </w:r>
    </w:p>
    <w:p w:rsidR="009673A3" w:rsidRDefault="00B26579">
      <w:pPr>
        <w:jc w:val="right"/>
      </w:pPr>
      <w:r>
        <w:rPr>
          <w:b/>
        </w:rPr>
        <w:t xml:space="preserve">Al </w:t>
      </w:r>
      <w:proofErr w:type="spellStart"/>
      <w:r>
        <w:rPr>
          <w:b/>
        </w:rPr>
        <w:t>Sindaco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Comune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Castiglione a </w:t>
      </w:r>
      <w:proofErr w:type="spellStart"/>
      <w:r>
        <w:rPr>
          <w:b/>
        </w:rPr>
        <w:t>Casauria</w:t>
      </w:r>
      <w:proofErr w:type="spellEnd"/>
    </w:p>
    <w:p w:rsidR="009673A3" w:rsidRDefault="00B26579"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r>
        <w:t>______________________________________________________________</w:t>
      </w:r>
    </w:p>
    <w:p w:rsidR="009673A3" w:rsidRDefault="00B26579">
      <w:proofErr w:type="spellStart"/>
      <w:r>
        <w:t>nato</w:t>
      </w:r>
      <w:proofErr w:type="spellEnd"/>
      <w:r>
        <w:t xml:space="preserve">/a a ______________________________________________ (____) </w:t>
      </w:r>
      <w:proofErr w:type="spellStart"/>
      <w:r>
        <w:t>il</w:t>
      </w:r>
      <w:proofErr w:type="spellEnd"/>
      <w:r>
        <w:t xml:space="preserve"> ____/____/________</w:t>
      </w:r>
    </w:p>
    <w:p w:rsidR="009673A3" w:rsidRDefault="00B26579">
      <w:proofErr w:type="spellStart"/>
      <w:r>
        <w:t>residente</w:t>
      </w:r>
      <w:proofErr w:type="spellEnd"/>
      <w:r>
        <w:t xml:space="preserve"> a Castiglione a </w:t>
      </w:r>
      <w:proofErr w:type="spellStart"/>
      <w:r>
        <w:t>Casauria</w:t>
      </w:r>
      <w:proofErr w:type="spellEnd"/>
      <w:r>
        <w:t xml:space="preserve"> in __________________________________________ n. ______</w:t>
      </w:r>
    </w:p>
    <w:p w:rsidR="009673A3" w:rsidRDefault="00B26579"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__</w:t>
      </w:r>
      <w:r>
        <w:t xml:space="preserve">___________________________________ </w:t>
      </w:r>
      <w:proofErr w:type="spellStart"/>
      <w:r>
        <w:t>telefono</w:t>
      </w:r>
      <w:proofErr w:type="spellEnd"/>
      <w:r>
        <w:t xml:space="preserve"> __________________________</w:t>
      </w:r>
    </w:p>
    <w:p w:rsidR="009673A3" w:rsidRDefault="00B26579">
      <w:r>
        <w:t>e-mail/PEC __________________________________________________________________________</w:t>
      </w:r>
    </w:p>
    <w:p w:rsidR="009673A3" w:rsidRDefault="00B26579">
      <w:proofErr w:type="spellStart"/>
      <w:r>
        <w:t>professione</w:t>
      </w:r>
      <w:proofErr w:type="spellEnd"/>
      <w:r>
        <w:t xml:space="preserve">, arte o </w:t>
      </w:r>
      <w:proofErr w:type="spellStart"/>
      <w:r>
        <w:t>mestiere</w:t>
      </w:r>
      <w:proofErr w:type="spellEnd"/>
      <w:r>
        <w:t xml:space="preserve"> _________________________________________________________</w:t>
      </w:r>
    </w:p>
    <w:p w:rsidR="009673A3" w:rsidRDefault="00B26579">
      <w:proofErr w:type="spellStart"/>
      <w:r>
        <w:t>titolo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s</w:t>
      </w:r>
      <w:r>
        <w:t>tudio _____________________________________________________________________</w:t>
      </w:r>
    </w:p>
    <w:p w:rsidR="009673A3" w:rsidRDefault="00B26579">
      <w:pPr>
        <w:jc w:val="center"/>
      </w:pPr>
      <w:r>
        <w:rPr>
          <w:b/>
        </w:rPr>
        <w:t>CHIEDE</w:t>
      </w:r>
    </w:p>
    <w:p w:rsidR="009673A3" w:rsidRDefault="00B26579">
      <w:pPr>
        <w:jc w:val="both"/>
      </w:pP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iscritto</w:t>
      </w:r>
      <w:proofErr w:type="spellEnd"/>
      <w:r>
        <w:t xml:space="preserve">/a </w:t>
      </w:r>
      <w:proofErr w:type="spellStart"/>
      <w:r>
        <w:t>nell'Albo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</w:t>
      </w:r>
      <w:proofErr w:type="spellStart"/>
      <w:r>
        <w:t>all'ufficio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Presidente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seggio</w:t>
      </w:r>
      <w:proofErr w:type="spellEnd"/>
      <w:r>
        <w:t xml:space="preserve"> </w:t>
      </w:r>
      <w:proofErr w:type="spellStart"/>
      <w:r>
        <w:t>elettorale</w:t>
      </w:r>
      <w:proofErr w:type="spellEnd"/>
      <w:r>
        <w:t xml:space="preserve">, </w:t>
      </w: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dell'art</w:t>
      </w:r>
      <w:proofErr w:type="spellEnd"/>
      <w:r>
        <w:t xml:space="preserve">. 1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21 </w:t>
      </w:r>
      <w:proofErr w:type="spellStart"/>
      <w:r>
        <w:t>marzo</w:t>
      </w:r>
      <w:proofErr w:type="spellEnd"/>
      <w:r>
        <w:t xml:space="preserve"> 1990, n. 53.</w:t>
      </w:r>
    </w:p>
    <w:p w:rsidR="009673A3" w:rsidRDefault="00B26579">
      <w:pPr>
        <w:jc w:val="center"/>
      </w:pPr>
      <w:r>
        <w:rPr>
          <w:b/>
        </w:rPr>
        <w:t>A TAL FINE DICHIAR</w:t>
      </w:r>
      <w:r>
        <w:rPr>
          <w:b/>
        </w:rPr>
        <w:t>A</w:t>
      </w:r>
    </w:p>
    <w:p w:rsidR="009673A3" w:rsidRDefault="00B26579">
      <w:pPr>
        <w:spacing w:after="40"/>
      </w:pPr>
      <w:r>
        <w:t>☐</w:t>
      </w:r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iscritto</w:t>
      </w:r>
      <w:proofErr w:type="spellEnd"/>
      <w:r>
        <w:t xml:space="preserve">/a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elettorali</w:t>
      </w:r>
      <w:proofErr w:type="spellEnd"/>
      <w:r>
        <w:t xml:space="preserve"> del </w:t>
      </w:r>
      <w:proofErr w:type="spellStart"/>
      <w:r>
        <w:t>Comune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Castiglione a </w:t>
      </w:r>
      <w:proofErr w:type="spellStart"/>
      <w:r>
        <w:t>Casauria</w:t>
      </w:r>
      <w:proofErr w:type="spellEnd"/>
      <w:r>
        <w:t>;</w:t>
      </w:r>
    </w:p>
    <w:p w:rsidR="009673A3" w:rsidRDefault="00B26579">
      <w:pPr>
        <w:spacing w:after="40"/>
      </w:pPr>
      <w:r>
        <w:t>☐</w:t>
      </w:r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un </w:t>
      </w:r>
      <w:proofErr w:type="spellStart"/>
      <w:r>
        <w:t>titolo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studio non </w:t>
      </w:r>
      <w:proofErr w:type="spellStart"/>
      <w:r>
        <w:t>inferiore</w:t>
      </w:r>
      <w:proofErr w:type="spellEnd"/>
      <w:r>
        <w:t xml:space="preserve"> al diploma </w:t>
      </w:r>
      <w:proofErr w:type="spellStart"/>
      <w:r>
        <w:t>di</w:t>
      </w:r>
      <w:proofErr w:type="spellEnd"/>
      <w:r>
        <w:t xml:space="preserve"> </w:t>
      </w:r>
      <w:proofErr w:type="spellStart"/>
      <w:r>
        <w:t>istruzione</w:t>
      </w:r>
      <w:proofErr w:type="spellEnd"/>
      <w:r>
        <w:t xml:space="preserve"> </w:t>
      </w:r>
      <w:proofErr w:type="spellStart"/>
      <w:r>
        <w:t>secondaria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secondo</w:t>
      </w:r>
      <w:proofErr w:type="spellEnd"/>
      <w:r>
        <w:t xml:space="preserve"> </w:t>
      </w:r>
      <w:proofErr w:type="spellStart"/>
      <w:r>
        <w:t>grado</w:t>
      </w:r>
      <w:proofErr w:type="spellEnd"/>
      <w:r>
        <w:t>;</w:t>
      </w:r>
    </w:p>
    <w:p w:rsidR="009673A3" w:rsidRDefault="00B26579">
      <w:pPr>
        <w:spacing w:after="40"/>
      </w:pPr>
      <w:r>
        <w:t>☐</w:t>
      </w:r>
      <w:r>
        <w:t xml:space="preserve"> </w:t>
      </w:r>
      <w:proofErr w:type="spellStart"/>
      <w:r>
        <w:t>di</w:t>
      </w:r>
      <w:proofErr w:type="spellEnd"/>
      <w:r>
        <w:t xml:space="preserve"> non aver </w:t>
      </w:r>
      <w:proofErr w:type="spellStart"/>
      <w:r>
        <w:t>superato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70° anno </w:t>
      </w:r>
      <w:proofErr w:type="spellStart"/>
      <w:r>
        <w:t>di</w:t>
      </w:r>
      <w:proofErr w:type="spellEnd"/>
      <w:r>
        <w:t xml:space="preserve"> </w:t>
      </w:r>
      <w:proofErr w:type="spellStart"/>
      <w:r>
        <w:t>età</w:t>
      </w:r>
      <w:proofErr w:type="spellEnd"/>
      <w:r>
        <w:t>;</w:t>
      </w:r>
    </w:p>
    <w:p w:rsidR="009673A3" w:rsidRDefault="00B26579">
      <w:pPr>
        <w:spacing w:after="40"/>
      </w:pPr>
      <w:r>
        <w:t>☐</w:t>
      </w:r>
      <w:r>
        <w:t xml:space="preserve"> </w:t>
      </w:r>
      <w:proofErr w:type="spellStart"/>
      <w:r>
        <w:t>di</w:t>
      </w:r>
      <w:proofErr w:type="spellEnd"/>
      <w:r>
        <w:t xml:space="preserve"> non </w:t>
      </w:r>
      <w:proofErr w:type="spellStart"/>
      <w:r>
        <w:t>tro</w:t>
      </w:r>
      <w:r>
        <w:t>varsi</w:t>
      </w:r>
      <w:proofErr w:type="spellEnd"/>
      <w:r>
        <w:t xml:space="preserve"> </w:t>
      </w:r>
      <w:proofErr w:type="spellStart"/>
      <w:r>
        <w:t>nelle</w:t>
      </w:r>
      <w:proofErr w:type="spellEnd"/>
      <w:r>
        <w:t xml:space="preserve"> cause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esclusione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funzioni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componente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seggio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dall'art</w:t>
      </w:r>
      <w:proofErr w:type="spellEnd"/>
      <w:r>
        <w:t xml:space="preserve">. 38 del D.P.R. 30 </w:t>
      </w:r>
      <w:proofErr w:type="spellStart"/>
      <w:r>
        <w:t>marzo</w:t>
      </w:r>
      <w:proofErr w:type="spellEnd"/>
      <w:r>
        <w:t xml:space="preserve"> 1957, n. 361 e </w:t>
      </w:r>
      <w:proofErr w:type="spellStart"/>
      <w:r>
        <w:t>dall'art</w:t>
      </w:r>
      <w:proofErr w:type="spellEnd"/>
      <w:r>
        <w:t xml:space="preserve">. 23 del D.P.R. 16 </w:t>
      </w:r>
      <w:proofErr w:type="spellStart"/>
      <w:r>
        <w:t>maggio</w:t>
      </w:r>
      <w:proofErr w:type="spellEnd"/>
      <w:r>
        <w:t xml:space="preserve"> 1960, n. 570;</w:t>
      </w:r>
    </w:p>
    <w:p w:rsidR="009673A3" w:rsidRDefault="00B26579">
      <w:pPr>
        <w:spacing w:after="40"/>
      </w:pPr>
      <w:r>
        <w:t>☐</w:t>
      </w:r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dichiarato</w:t>
      </w:r>
      <w:proofErr w:type="spellEnd"/>
      <w:r>
        <w:t xml:space="preserve"> </w:t>
      </w:r>
      <w:proofErr w:type="spellStart"/>
      <w:r>
        <w:t>corrisponde</w:t>
      </w:r>
      <w:proofErr w:type="spellEnd"/>
      <w:r>
        <w:t xml:space="preserve"> al </w:t>
      </w:r>
      <w:proofErr w:type="spellStart"/>
      <w:r>
        <w:t>vero</w:t>
      </w:r>
      <w:proofErr w:type="spellEnd"/>
      <w:r>
        <w:t xml:space="preserve">,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pr</w:t>
      </w:r>
      <w:r>
        <w:t>eviste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in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>.</w:t>
      </w:r>
    </w:p>
    <w:p w:rsidR="009673A3" w:rsidRDefault="00B26579">
      <w:pPr>
        <w:jc w:val="both"/>
      </w:pPr>
      <w:proofErr w:type="spellStart"/>
      <w:r>
        <w:t>Allega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un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identità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validità</w:t>
      </w:r>
      <w:proofErr w:type="spellEnd"/>
      <w:r>
        <w:t xml:space="preserve">, salvo </w:t>
      </w:r>
      <w:proofErr w:type="spellStart"/>
      <w:r>
        <w:t>i</w:t>
      </w:r>
      <w:proofErr w:type="spellEnd"/>
      <w:r>
        <w:t xml:space="preserve"> </w:t>
      </w:r>
      <w:proofErr w:type="spellStart"/>
      <w:r>
        <w:t>casi</w:t>
      </w:r>
      <w:proofErr w:type="spellEnd"/>
      <w:r>
        <w:t xml:space="preserve"> in cui la </w:t>
      </w:r>
      <w:proofErr w:type="spellStart"/>
      <w:r>
        <w:t>sottoscrizione</w:t>
      </w:r>
      <w:proofErr w:type="spellEnd"/>
      <w:r>
        <w:t xml:space="preserve"> o la </w:t>
      </w:r>
      <w:proofErr w:type="spellStart"/>
      <w:r>
        <w:t>trasmissione</w:t>
      </w:r>
      <w:proofErr w:type="spellEnd"/>
      <w:r>
        <w:t xml:space="preserve"> </w:t>
      </w:r>
      <w:proofErr w:type="spellStart"/>
      <w:r>
        <w:t>avvengano</w:t>
      </w:r>
      <w:proofErr w:type="spellEnd"/>
      <w:r>
        <w:t xml:space="preserve"> con </w:t>
      </w:r>
      <w:proofErr w:type="spellStart"/>
      <w:r>
        <w:t>modalità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consentano</w:t>
      </w:r>
      <w:proofErr w:type="spellEnd"/>
      <w:r>
        <w:t xml:space="preserve"> </w:t>
      </w:r>
      <w:proofErr w:type="spellStart"/>
      <w:r>
        <w:t>l'identificazione</w:t>
      </w:r>
      <w:proofErr w:type="spellEnd"/>
      <w:r>
        <w:t xml:space="preserve"> del </w:t>
      </w:r>
      <w:proofErr w:type="spellStart"/>
      <w:r>
        <w:t>richiedente</w:t>
      </w:r>
      <w:proofErr w:type="spellEnd"/>
      <w:r>
        <w:t>.</w:t>
      </w:r>
    </w:p>
    <w:p w:rsidR="009673A3" w:rsidRDefault="00B26579">
      <w:r>
        <w:t>Castiglione</w:t>
      </w:r>
      <w:r>
        <w:t xml:space="preserve"> a </w:t>
      </w:r>
      <w:proofErr w:type="spellStart"/>
      <w:r>
        <w:t>Casauria</w:t>
      </w:r>
      <w:proofErr w:type="spellEnd"/>
      <w:r>
        <w:t>, ____/____/________</w:t>
      </w:r>
    </w:p>
    <w:p w:rsidR="009673A3" w:rsidRDefault="00B26579">
      <w:pPr>
        <w:jc w:val="right"/>
      </w:pPr>
      <w:r>
        <w:rPr>
          <w:b/>
        </w:rPr>
        <w:t>Firma</w:t>
      </w:r>
      <w:r>
        <w:rPr>
          <w:b/>
        </w:rPr>
        <w:br/>
      </w:r>
      <w:r>
        <w:rPr>
          <w:b/>
        </w:rPr>
        <w:br/>
        <w:t>________________________________________</w:t>
      </w:r>
    </w:p>
    <w:p w:rsidR="009673A3" w:rsidRDefault="00B26579">
      <w:proofErr w:type="spellStart"/>
      <w:r>
        <w:rPr>
          <w:b/>
          <w:sz w:val="18"/>
        </w:rPr>
        <w:t>Informativa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essenziale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sul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trattamento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dei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dati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personali</w:t>
      </w:r>
      <w:proofErr w:type="spellEnd"/>
    </w:p>
    <w:p w:rsidR="009673A3" w:rsidRDefault="00B26579">
      <w:r>
        <w:rPr>
          <w:sz w:val="17"/>
        </w:rPr>
        <w:t xml:space="preserve">I </w:t>
      </w:r>
      <w:proofErr w:type="spellStart"/>
      <w:r>
        <w:rPr>
          <w:sz w:val="17"/>
        </w:rPr>
        <w:t>dati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personali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sono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trattati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dal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Comune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</w:t>
      </w:r>
      <w:proofErr w:type="spellEnd"/>
      <w:r>
        <w:rPr>
          <w:sz w:val="17"/>
        </w:rPr>
        <w:t xml:space="preserve"> Castiglione a </w:t>
      </w:r>
      <w:proofErr w:type="spellStart"/>
      <w:r>
        <w:rPr>
          <w:sz w:val="17"/>
        </w:rPr>
        <w:t>Casauria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esclusivamente</w:t>
      </w:r>
      <w:proofErr w:type="spellEnd"/>
      <w:r>
        <w:rPr>
          <w:sz w:val="17"/>
        </w:rPr>
        <w:t xml:space="preserve"> per le </w:t>
      </w:r>
      <w:proofErr w:type="spellStart"/>
      <w:r>
        <w:rPr>
          <w:sz w:val="17"/>
        </w:rPr>
        <w:t>finalità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connesse</w:t>
      </w:r>
      <w:proofErr w:type="spellEnd"/>
      <w:r>
        <w:rPr>
          <w:sz w:val="17"/>
        </w:rPr>
        <w:t xml:space="preserve"> al </w:t>
      </w:r>
      <w:proofErr w:type="spellStart"/>
      <w:r>
        <w:rPr>
          <w:sz w:val="17"/>
        </w:rPr>
        <w:t>procedimento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iscrizione</w:t>
      </w:r>
      <w:proofErr w:type="spellEnd"/>
      <w:r>
        <w:rPr>
          <w:sz w:val="17"/>
        </w:rPr>
        <w:t xml:space="preserve"> e aggiornamento </w:t>
      </w:r>
      <w:proofErr w:type="spellStart"/>
      <w:r>
        <w:rPr>
          <w:sz w:val="17"/>
        </w:rPr>
        <w:t>dell'Albo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nell'esercizio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compiti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interesse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pubblico</w:t>
      </w:r>
      <w:proofErr w:type="spellEnd"/>
      <w:r>
        <w:rPr>
          <w:sz w:val="17"/>
        </w:rPr>
        <w:t xml:space="preserve"> e </w:t>
      </w:r>
      <w:proofErr w:type="spellStart"/>
      <w:r>
        <w:rPr>
          <w:sz w:val="17"/>
        </w:rPr>
        <w:t>nel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rispetto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della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normativa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vigente</w:t>
      </w:r>
      <w:proofErr w:type="spellEnd"/>
      <w:r>
        <w:rPr>
          <w:sz w:val="17"/>
        </w:rPr>
        <w:t xml:space="preserve"> in </w:t>
      </w:r>
      <w:proofErr w:type="spellStart"/>
      <w:r>
        <w:rPr>
          <w:sz w:val="17"/>
        </w:rPr>
        <w:t>materia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protezione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personali</w:t>
      </w:r>
      <w:proofErr w:type="spellEnd"/>
      <w:r>
        <w:rPr>
          <w:sz w:val="17"/>
        </w:rPr>
        <w:t>.</w:t>
      </w:r>
    </w:p>
    <w:sectPr w:rsidR="009673A3" w:rsidSect="00034616">
      <w:pgSz w:w="12240" w:h="15840"/>
      <w:pgMar w:top="765" w:right="1020" w:bottom="765" w:left="10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9673A3"/>
    <w:rsid w:val="00AA1D8D"/>
    <w:rsid w:val="00B26579"/>
    <w:rsid w:val="00B47730"/>
    <w:rsid w:val="00C67613"/>
    <w:rsid w:val="00CB0664"/>
    <w:rsid w:val="00D942FB"/>
    <w:rsid w:val="00E65472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4DC1E8-1E4E-4F88-AE50-DE75F783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Anagrafe</cp:lastModifiedBy>
  <cp:revision>2</cp:revision>
  <dcterms:created xsi:type="dcterms:W3CDTF">2026-10-05T09:04:00Z</dcterms:created>
  <dcterms:modified xsi:type="dcterms:W3CDTF">2026-10-05T09:04:00Z</dcterms:modified>
</cp:coreProperties>
</file>