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412" w:rsidRDefault="00594ABA">
      <w:pPr>
        <w:spacing w:after="0"/>
        <w:jc w:val="center"/>
      </w:pPr>
      <w:r>
        <w:rPr>
          <w:b/>
          <w:sz w:val="32"/>
        </w:rPr>
        <w:t>COMUNE DI CASTIGLIONE A CASAURIA</w:t>
      </w:r>
    </w:p>
    <w:p w:rsidR="009F1412" w:rsidRDefault="00594ABA">
      <w:pPr>
        <w:spacing w:after="80"/>
        <w:jc w:val="center"/>
      </w:pPr>
      <w:proofErr w:type="spellStart"/>
      <w:r>
        <w:rPr>
          <w:i/>
        </w:rPr>
        <w:t>Provincia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di</w:t>
      </w:r>
      <w:proofErr w:type="spellEnd"/>
      <w:r>
        <w:rPr>
          <w:i/>
        </w:rPr>
        <w:t xml:space="preserve"> Pescara</w:t>
      </w:r>
    </w:p>
    <w:p w:rsidR="009F1412" w:rsidRDefault="009F1412">
      <w:pPr>
        <w:pBdr>
          <w:bottom w:val="single" w:sz="10" w:space="1" w:color="000000"/>
        </w:pBdr>
      </w:pPr>
    </w:p>
    <w:p w:rsidR="009F1412" w:rsidRDefault="00594ABA">
      <w:pPr>
        <w:jc w:val="center"/>
      </w:pPr>
      <w:r>
        <w:rPr>
          <w:b/>
          <w:sz w:val="25"/>
        </w:rPr>
        <w:t>DOMANDA DI ISCRIZIONE ALL'ALBO UNICO DELLE PERSONE IDONEE</w:t>
      </w:r>
      <w:r>
        <w:rPr>
          <w:b/>
          <w:sz w:val="25"/>
        </w:rPr>
        <w:br/>
        <w:t>ALL'UFFICIO DI SCRUTATORE DI SEGGIO ELETTORALE</w:t>
      </w:r>
    </w:p>
    <w:p w:rsidR="009F1412" w:rsidRDefault="00594ABA">
      <w:pPr>
        <w:jc w:val="right"/>
      </w:pPr>
      <w:r>
        <w:rPr>
          <w:b/>
        </w:rPr>
        <w:t xml:space="preserve">Al </w:t>
      </w:r>
      <w:proofErr w:type="spellStart"/>
      <w:r>
        <w:rPr>
          <w:b/>
        </w:rPr>
        <w:t>Sindaco</w:t>
      </w:r>
      <w:proofErr w:type="spellEnd"/>
      <w:r>
        <w:rPr>
          <w:b/>
        </w:rPr>
        <w:t xml:space="preserve"> del </w:t>
      </w:r>
      <w:proofErr w:type="spellStart"/>
      <w:r>
        <w:rPr>
          <w:b/>
        </w:rPr>
        <w:t>Comune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Castiglione a </w:t>
      </w:r>
      <w:proofErr w:type="spellStart"/>
      <w:r>
        <w:rPr>
          <w:b/>
        </w:rPr>
        <w:t>Casauria</w:t>
      </w:r>
      <w:proofErr w:type="spellEnd"/>
    </w:p>
    <w:p w:rsidR="009F1412" w:rsidRDefault="00594ABA">
      <w:r>
        <w:t xml:space="preserve">Il/La </w:t>
      </w:r>
      <w:proofErr w:type="spellStart"/>
      <w:r>
        <w:t>sottoscritto</w:t>
      </w:r>
      <w:proofErr w:type="spellEnd"/>
      <w:r>
        <w:t xml:space="preserve">/a </w:t>
      </w:r>
      <w:r>
        <w:t>______________________________________________________________</w:t>
      </w:r>
    </w:p>
    <w:p w:rsidR="009F1412" w:rsidRDefault="00594ABA">
      <w:proofErr w:type="spellStart"/>
      <w:r>
        <w:t>nato</w:t>
      </w:r>
      <w:proofErr w:type="spellEnd"/>
      <w:r>
        <w:t xml:space="preserve">/a a ______________________________________________ (____) </w:t>
      </w:r>
      <w:proofErr w:type="spellStart"/>
      <w:r>
        <w:t>il</w:t>
      </w:r>
      <w:proofErr w:type="spellEnd"/>
      <w:r>
        <w:t xml:space="preserve"> ____/____/________</w:t>
      </w:r>
    </w:p>
    <w:p w:rsidR="009F1412" w:rsidRDefault="00594ABA">
      <w:proofErr w:type="spellStart"/>
      <w:r>
        <w:t>residente</w:t>
      </w:r>
      <w:proofErr w:type="spellEnd"/>
      <w:r>
        <w:t xml:space="preserve"> a Castiglione a </w:t>
      </w:r>
      <w:proofErr w:type="spellStart"/>
      <w:r>
        <w:t>Casauria</w:t>
      </w:r>
      <w:proofErr w:type="spellEnd"/>
      <w:r>
        <w:t xml:space="preserve"> in __________________________________________ n. ______</w:t>
      </w:r>
    </w:p>
    <w:p w:rsidR="009F1412" w:rsidRDefault="00594ABA">
      <w:proofErr w:type="spellStart"/>
      <w:r>
        <w:t>codice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__</w:t>
      </w:r>
      <w:r>
        <w:t xml:space="preserve">___________________________________ </w:t>
      </w:r>
      <w:proofErr w:type="spellStart"/>
      <w:r>
        <w:t>telefono</w:t>
      </w:r>
      <w:proofErr w:type="spellEnd"/>
      <w:r>
        <w:t xml:space="preserve"> __________________________</w:t>
      </w:r>
    </w:p>
    <w:p w:rsidR="009F1412" w:rsidRDefault="00594ABA">
      <w:r>
        <w:t>e-mail/PEC __________________________________________________________________________</w:t>
      </w:r>
    </w:p>
    <w:p w:rsidR="009F1412" w:rsidRDefault="00594ABA">
      <w:pPr>
        <w:jc w:val="center"/>
      </w:pPr>
      <w:r>
        <w:rPr>
          <w:b/>
        </w:rPr>
        <w:t>CHIEDE</w:t>
      </w:r>
    </w:p>
    <w:p w:rsidR="009F1412" w:rsidRDefault="00594ABA">
      <w:pPr>
        <w:jc w:val="both"/>
      </w:pPr>
      <w:proofErr w:type="spellStart"/>
      <w:r>
        <w:t>di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iscritto</w:t>
      </w:r>
      <w:proofErr w:type="spellEnd"/>
      <w:r>
        <w:t xml:space="preserve">/a </w:t>
      </w:r>
      <w:proofErr w:type="spellStart"/>
      <w:r>
        <w:t>nell'Albo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</w:t>
      </w:r>
      <w:proofErr w:type="spellStart"/>
      <w:r>
        <w:t>all'ufficio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Scrutatore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seggio</w:t>
      </w:r>
      <w:proofErr w:type="spellEnd"/>
      <w:r>
        <w:t xml:space="preserve"> </w:t>
      </w:r>
      <w:proofErr w:type="spellStart"/>
      <w:r>
        <w:t>ele</w:t>
      </w:r>
      <w:r>
        <w:t>ttorale</w:t>
      </w:r>
      <w:proofErr w:type="spellEnd"/>
      <w:r>
        <w:t xml:space="preserve">, </w:t>
      </w:r>
      <w:proofErr w:type="spellStart"/>
      <w:r>
        <w:t>ai</w:t>
      </w:r>
      <w:proofErr w:type="spellEnd"/>
      <w:r>
        <w:t xml:space="preserve"> </w:t>
      </w:r>
      <w:proofErr w:type="spellStart"/>
      <w:r>
        <w:t>sensi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8 </w:t>
      </w:r>
      <w:proofErr w:type="spellStart"/>
      <w:r>
        <w:t>marzo</w:t>
      </w:r>
      <w:proofErr w:type="spellEnd"/>
      <w:r>
        <w:t xml:space="preserve"> 1989, n. 95 e successive </w:t>
      </w:r>
      <w:proofErr w:type="spellStart"/>
      <w:r>
        <w:t>modificazioni</w:t>
      </w:r>
      <w:proofErr w:type="spellEnd"/>
      <w:r>
        <w:t>.</w:t>
      </w:r>
    </w:p>
    <w:p w:rsidR="009F1412" w:rsidRDefault="00594ABA">
      <w:pPr>
        <w:jc w:val="center"/>
      </w:pPr>
      <w:r>
        <w:rPr>
          <w:b/>
        </w:rPr>
        <w:t>A TAL FINE DICHIARA</w:t>
      </w:r>
    </w:p>
    <w:p w:rsidR="009F1412" w:rsidRDefault="00594ABA">
      <w:pPr>
        <w:spacing w:after="40"/>
      </w:pPr>
      <w:r>
        <w:t>☐</w:t>
      </w:r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iscritto</w:t>
      </w:r>
      <w:proofErr w:type="spellEnd"/>
      <w:r>
        <w:t xml:space="preserve">/a </w:t>
      </w:r>
      <w:proofErr w:type="spellStart"/>
      <w:r>
        <w:t>nelle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elettorali</w:t>
      </w:r>
      <w:proofErr w:type="spellEnd"/>
      <w:r>
        <w:t xml:space="preserve"> del </w:t>
      </w:r>
      <w:proofErr w:type="spellStart"/>
      <w:r>
        <w:t>Comune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Castiglione a </w:t>
      </w:r>
      <w:proofErr w:type="spellStart"/>
      <w:r>
        <w:t>Casauria</w:t>
      </w:r>
      <w:proofErr w:type="spellEnd"/>
      <w:r>
        <w:t>;</w:t>
      </w:r>
    </w:p>
    <w:p w:rsidR="009F1412" w:rsidRDefault="00594ABA">
      <w:pPr>
        <w:spacing w:after="40"/>
      </w:pPr>
      <w:r>
        <w:t>☐</w:t>
      </w:r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avere</w:t>
      </w:r>
      <w:proofErr w:type="spellEnd"/>
      <w:r>
        <w:t xml:space="preserve"> </w:t>
      </w:r>
      <w:proofErr w:type="spellStart"/>
      <w:r>
        <w:t>assolto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obblighi</w:t>
      </w:r>
      <w:proofErr w:type="spellEnd"/>
      <w:r>
        <w:t xml:space="preserve"> </w:t>
      </w:r>
      <w:proofErr w:type="spellStart"/>
      <w:r>
        <w:t>scolastici</w:t>
      </w:r>
      <w:proofErr w:type="spellEnd"/>
      <w:r>
        <w:t>;</w:t>
      </w:r>
    </w:p>
    <w:p w:rsidR="009F1412" w:rsidRDefault="00594ABA">
      <w:pPr>
        <w:spacing w:after="40"/>
      </w:pPr>
      <w:r>
        <w:t>☐</w:t>
      </w:r>
      <w:r>
        <w:t xml:space="preserve"> </w:t>
      </w:r>
      <w:proofErr w:type="spellStart"/>
      <w:r>
        <w:t>di</w:t>
      </w:r>
      <w:proofErr w:type="spellEnd"/>
      <w:r>
        <w:t xml:space="preserve"> non </w:t>
      </w:r>
      <w:proofErr w:type="spellStart"/>
      <w:r>
        <w:t>trovarsi</w:t>
      </w:r>
      <w:proofErr w:type="spellEnd"/>
      <w:r>
        <w:t xml:space="preserve"> </w:t>
      </w:r>
      <w:proofErr w:type="spellStart"/>
      <w:r>
        <w:t>nelle</w:t>
      </w:r>
      <w:proofErr w:type="spellEnd"/>
      <w:r>
        <w:t xml:space="preserve"> cause </w:t>
      </w:r>
      <w:proofErr w:type="spellStart"/>
      <w:r>
        <w:t>di</w:t>
      </w:r>
      <w:proofErr w:type="spellEnd"/>
      <w:r>
        <w:t xml:space="preserve"> </w:t>
      </w:r>
      <w:proofErr w:type="spellStart"/>
      <w:r>
        <w:t>esclusione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funzioni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componente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seggio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</w:t>
      </w:r>
      <w:proofErr w:type="spellStart"/>
      <w:r>
        <w:t>dall'art</w:t>
      </w:r>
      <w:proofErr w:type="spellEnd"/>
      <w:r>
        <w:t xml:space="preserve">. 38 del D.P.R. 30 </w:t>
      </w:r>
      <w:proofErr w:type="spellStart"/>
      <w:r>
        <w:t>marzo</w:t>
      </w:r>
      <w:proofErr w:type="spellEnd"/>
      <w:r>
        <w:t xml:space="preserve"> 1957, n. 361 e </w:t>
      </w:r>
      <w:proofErr w:type="spellStart"/>
      <w:r>
        <w:t>dall'art</w:t>
      </w:r>
      <w:proofErr w:type="spellEnd"/>
      <w:r>
        <w:t xml:space="preserve">. 23 del D.P.R. 16 </w:t>
      </w:r>
      <w:proofErr w:type="spellStart"/>
      <w:r>
        <w:t>maggio</w:t>
      </w:r>
      <w:proofErr w:type="spellEnd"/>
      <w:r>
        <w:t xml:space="preserve"> 1960, n. 570;</w:t>
      </w:r>
    </w:p>
    <w:p w:rsidR="009F1412" w:rsidRDefault="00594ABA">
      <w:pPr>
        <w:spacing w:after="40"/>
      </w:pPr>
      <w:r>
        <w:t>☐</w:t>
      </w:r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quanto</w:t>
      </w:r>
      <w:proofErr w:type="spellEnd"/>
      <w:r>
        <w:t xml:space="preserve"> </w:t>
      </w:r>
      <w:proofErr w:type="spellStart"/>
      <w:r>
        <w:t>dichiarato</w:t>
      </w:r>
      <w:proofErr w:type="spellEnd"/>
      <w:r>
        <w:t xml:space="preserve"> </w:t>
      </w:r>
      <w:proofErr w:type="spellStart"/>
      <w:r>
        <w:t>corrisponde</w:t>
      </w:r>
      <w:proofErr w:type="spellEnd"/>
      <w:r>
        <w:t xml:space="preserve"> al </w:t>
      </w:r>
      <w:proofErr w:type="spellStart"/>
      <w:r>
        <w:t>vero</w:t>
      </w:r>
      <w:proofErr w:type="spellEnd"/>
      <w:r>
        <w:t xml:space="preserve">, </w:t>
      </w:r>
      <w:proofErr w:type="spellStart"/>
      <w:r>
        <w:t>consapevole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in </w:t>
      </w:r>
      <w:proofErr w:type="spellStart"/>
      <w:r>
        <w:t>caso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dichiarazioni</w:t>
      </w:r>
      <w:proofErr w:type="spellEnd"/>
      <w:r>
        <w:t xml:space="preserve"> </w:t>
      </w:r>
      <w:proofErr w:type="spellStart"/>
      <w:r>
        <w:t>mendaci</w:t>
      </w:r>
      <w:proofErr w:type="spellEnd"/>
      <w:r>
        <w:t>.</w:t>
      </w:r>
    </w:p>
    <w:p w:rsidR="009F1412" w:rsidRDefault="00594ABA">
      <w:pPr>
        <w:jc w:val="both"/>
      </w:pPr>
      <w:proofErr w:type="spellStart"/>
      <w:r>
        <w:t>Allega</w:t>
      </w:r>
      <w:proofErr w:type="spellEnd"/>
      <w:r>
        <w:t xml:space="preserve">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un </w:t>
      </w:r>
      <w:proofErr w:type="spellStart"/>
      <w:r>
        <w:t>documento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identità</w:t>
      </w:r>
      <w:proofErr w:type="spellEnd"/>
      <w:r>
        <w:t xml:space="preserve"> in </w:t>
      </w:r>
      <w:proofErr w:type="spellStart"/>
      <w:r>
        <w:t>corso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validità</w:t>
      </w:r>
      <w:proofErr w:type="spellEnd"/>
      <w:r>
        <w:t xml:space="preserve">, salvo </w:t>
      </w:r>
      <w:proofErr w:type="spellStart"/>
      <w:r>
        <w:t>i</w:t>
      </w:r>
      <w:proofErr w:type="spellEnd"/>
      <w:r>
        <w:t xml:space="preserve"> </w:t>
      </w:r>
      <w:proofErr w:type="spellStart"/>
      <w:r>
        <w:t>casi</w:t>
      </w:r>
      <w:proofErr w:type="spellEnd"/>
      <w:r>
        <w:t xml:space="preserve"> in cui la </w:t>
      </w:r>
      <w:proofErr w:type="spellStart"/>
      <w:r>
        <w:t>sottoscrizione</w:t>
      </w:r>
      <w:proofErr w:type="spellEnd"/>
      <w:r>
        <w:t xml:space="preserve"> o la </w:t>
      </w:r>
      <w:proofErr w:type="spellStart"/>
      <w:r>
        <w:t>trasmissione</w:t>
      </w:r>
      <w:proofErr w:type="spellEnd"/>
      <w:r>
        <w:t xml:space="preserve"> </w:t>
      </w:r>
      <w:proofErr w:type="spellStart"/>
      <w:r>
        <w:t>avvengano</w:t>
      </w:r>
      <w:proofErr w:type="spellEnd"/>
      <w:r>
        <w:t xml:space="preserve"> con </w:t>
      </w:r>
      <w:proofErr w:type="spellStart"/>
      <w:r>
        <w:t>modalità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consentano</w:t>
      </w:r>
      <w:proofErr w:type="spellEnd"/>
      <w:r>
        <w:t xml:space="preserve"> </w:t>
      </w:r>
      <w:proofErr w:type="spellStart"/>
      <w:r>
        <w:t>l'identificazione</w:t>
      </w:r>
      <w:proofErr w:type="spellEnd"/>
      <w:r>
        <w:t xml:space="preserve"> del </w:t>
      </w:r>
      <w:proofErr w:type="spellStart"/>
      <w:r>
        <w:t>richiedente</w:t>
      </w:r>
      <w:proofErr w:type="spellEnd"/>
      <w:r>
        <w:t>.</w:t>
      </w:r>
    </w:p>
    <w:p w:rsidR="009F1412" w:rsidRDefault="00594ABA">
      <w:r>
        <w:t xml:space="preserve">Castiglione a </w:t>
      </w:r>
      <w:proofErr w:type="spellStart"/>
      <w:r>
        <w:t>Casauria</w:t>
      </w:r>
      <w:proofErr w:type="spellEnd"/>
      <w:r>
        <w:t>, ____/</w:t>
      </w:r>
      <w:r>
        <w:t>____/________</w:t>
      </w:r>
    </w:p>
    <w:p w:rsidR="009F1412" w:rsidRDefault="00594ABA">
      <w:pPr>
        <w:jc w:val="right"/>
      </w:pPr>
      <w:r>
        <w:rPr>
          <w:b/>
        </w:rPr>
        <w:t>Firma</w:t>
      </w:r>
      <w:r>
        <w:rPr>
          <w:b/>
        </w:rPr>
        <w:br/>
      </w:r>
      <w:r>
        <w:rPr>
          <w:b/>
        </w:rPr>
        <w:br/>
        <w:t>________________________________________</w:t>
      </w:r>
    </w:p>
    <w:p w:rsidR="009F1412" w:rsidRDefault="00594ABA">
      <w:proofErr w:type="spellStart"/>
      <w:r>
        <w:rPr>
          <w:b/>
          <w:sz w:val="18"/>
        </w:rPr>
        <w:t>Informativa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essenziale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sul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trattamento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dei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dati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personali</w:t>
      </w:r>
      <w:proofErr w:type="spellEnd"/>
    </w:p>
    <w:p w:rsidR="009F1412" w:rsidRDefault="00594ABA">
      <w:r>
        <w:rPr>
          <w:sz w:val="17"/>
        </w:rPr>
        <w:t xml:space="preserve">I </w:t>
      </w:r>
      <w:proofErr w:type="spellStart"/>
      <w:r>
        <w:rPr>
          <w:sz w:val="17"/>
        </w:rPr>
        <w:t>dati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personali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sono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trattati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dal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Comune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di</w:t>
      </w:r>
      <w:proofErr w:type="spellEnd"/>
      <w:r>
        <w:rPr>
          <w:sz w:val="17"/>
        </w:rPr>
        <w:t xml:space="preserve"> Castiglione a </w:t>
      </w:r>
      <w:proofErr w:type="spellStart"/>
      <w:r>
        <w:rPr>
          <w:sz w:val="17"/>
        </w:rPr>
        <w:t>Casauria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esclusivamente</w:t>
      </w:r>
      <w:proofErr w:type="spellEnd"/>
      <w:r>
        <w:rPr>
          <w:sz w:val="17"/>
        </w:rPr>
        <w:t xml:space="preserve"> per le </w:t>
      </w:r>
      <w:proofErr w:type="spellStart"/>
      <w:r>
        <w:rPr>
          <w:sz w:val="17"/>
        </w:rPr>
        <w:t>finalità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connesse</w:t>
      </w:r>
      <w:proofErr w:type="spellEnd"/>
      <w:r>
        <w:rPr>
          <w:sz w:val="17"/>
        </w:rPr>
        <w:t xml:space="preserve"> al </w:t>
      </w:r>
      <w:proofErr w:type="spellStart"/>
      <w:r>
        <w:rPr>
          <w:sz w:val="17"/>
        </w:rPr>
        <w:t>procedimento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iscrizion</w:t>
      </w:r>
      <w:r>
        <w:rPr>
          <w:sz w:val="17"/>
        </w:rPr>
        <w:t>e</w:t>
      </w:r>
      <w:proofErr w:type="spellEnd"/>
      <w:r>
        <w:rPr>
          <w:sz w:val="17"/>
        </w:rPr>
        <w:t xml:space="preserve"> e aggiornamento </w:t>
      </w:r>
      <w:proofErr w:type="spellStart"/>
      <w:r>
        <w:rPr>
          <w:sz w:val="17"/>
        </w:rPr>
        <w:t>dell'Albo</w:t>
      </w:r>
      <w:proofErr w:type="spellEnd"/>
      <w:r>
        <w:rPr>
          <w:sz w:val="17"/>
        </w:rPr>
        <w:t xml:space="preserve">, </w:t>
      </w:r>
      <w:proofErr w:type="spellStart"/>
      <w:r>
        <w:rPr>
          <w:sz w:val="17"/>
        </w:rPr>
        <w:t>nell'esercizio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compiti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interesse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pubblico</w:t>
      </w:r>
      <w:proofErr w:type="spellEnd"/>
      <w:r>
        <w:rPr>
          <w:sz w:val="17"/>
        </w:rPr>
        <w:t xml:space="preserve"> e </w:t>
      </w:r>
      <w:proofErr w:type="spellStart"/>
      <w:r>
        <w:rPr>
          <w:sz w:val="17"/>
        </w:rPr>
        <w:t>nel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rispetto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della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normativa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vigente</w:t>
      </w:r>
      <w:proofErr w:type="spellEnd"/>
      <w:r>
        <w:rPr>
          <w:sz w:val="17"/>
        </w:rPr>
        <w:t xml:space="preserve"> in </w:t>
      </w:r>
      <w:proofErr w:type="spellStart"/>
      <w:r>
        <w:rPr>
          <w:sz w:val="17"/>
        </w:rPr>
        <w:t>materia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protezione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dei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dati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personali</w:t>
      </w:r>
      <w:proofErr w:type="spellEnd"/>
      <w:r>
        <w:rPr>
          <w:sz w:val="17"/>
        </w:rPr>
        <w:t>.</w:t>
      </w:r>
    </w:p>
    <w:sectPr w:rsidR="009F1412" w:rsidSect="00034616">
      <w:pgSz w:w="12240" w:h="15840"/>
      <w:pgMar w:top="765" w:right="1020" w:bottom="765" w:left="10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listo MT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3748AB"/>
    <w:rsid w:val="00594ABA"/>
    <w:rsid w:val="009F1412"/>
    <w:rsid w:val="00A92FBF"/>
    <w:rsid w:val="00AA1D8D"/>
    <w:rsid w:val="00B47730"/>
    <w:rsid w:val="00CB0664"/>
    <w:rsid w:val="00E24910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unhideWhenUsed/>
    <w:rsid w:val="00AA1D8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DB8A0C8-D334-4DAE-9687-462A02DD6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Anagrafe</cp:lastModifiedBy>
  <cp:revision>2</cp:revision>
  <dcterms:created xsi:type="dcterms:W3CDTF">2026-10-05T09:04:00Z</dcterms:created>
  <dcterms:modified xsi:type="dcterms:W3CDTF">2026-10-05T09:04:00Z</dcterms:modified>
</cp:coreProperties>
</file>