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205CE" w14:textId="77777777" w:rsidR="00575DF1" w:rsidRPr="00FB72D7" w:rsidRDefault="00000000" w:rsidP="00FB72D7">
      <w:pPr>
        <w:jc w:val="center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color w:val="1B365D"/>
          <w:sz w:val="24"/>
          <w:szCs w:val="24"/>
          <w:lang w:val="it-IT"/>
        </w:rPr>
        <w:t>COMUNE DI PADRU</w:t>
      </w:r>
      <w:r w:rsidRPr="00FB72D7">
        <w:rPr>
          <w:rFonts w:ascii="Garamond" w:hAnsi="Garamond"/>
          <w:b/>
          <w:color w:val="1B365D"/>
          <w:sz w:val="24"/>
          <w:szCs w:val="24"/>
          <w:lang w:val="it-IT"/>
        </w:rPr>
        <w:br/>
      </w:r>
      <w:r w:rsidRPr="00FB72D7">
        <w:rPr>
          <w:rFonts w:ascii="Garamond" w:hAnsi="Garamond"/>
          <w:i/>
          <w:color w:val="555555"/>
          <w:sz w:val="24"/>
          <w:szCs w:val="24"/>
          <w:lang w:val="it-IT"/>
        </w:rPr>
        <w:t>(Provincia Gallura - Nord Est Sardegna)</w:t>
      </w:r>
    </w:p>
    <w:p w14:paraId="6E958DA5" w14:textId="77777777" w:rsidR="00575DF1" w:rsidRPr="00FB72D7" w:rsidRDefault="00000000" w:rsidP="00FB72D7">
      <w:pPr>
        <w:spacing w:before="360" w:after="360"/>
        <w:jc w:val="right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sz w:val="24"/>
          <w:szCs w:val="24"/>
          <w:lang w:val="it-IT"/>
        </w:rPr>
        <w:t>Alla Cortese attenzione dell’Ufficio Spettacolo e Cultura</w:t>
      </w:r>
      <w:r w:rsidRPr="00FB72D7">
        <w:rPr>
          <w:rFonts w:ascii="Garamond" w:hAnsi="Garamond"/>
          <w:b/>
          <w:sz w:val="24"/>
          <w:szCs w:val="24"/>
          <w:lang w:val="it-IT"/>
        </w:rPr>
        <w:br/>
        <w:t>del Comune di Padru</w:t>
      </w:r>
    </w:p>
    <w:p w14:paraId="7A67DCA9" w14:textId="77777777" w:rsidR="00575DF1" w:rsidRPr="00FB72D7" w:rsidRDefault="00000000" w:rsidP="00FB72D7">
      <w:pPr>
        <w:spacing w:before="120" w:after="36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color w:val="1B365D"/>
          <w:sz w:val="24"/>
          <w:szCs w:val="24"/>
          <w:lang w:val="it-IT"/>
        </w:rPr>
        <w:t xml:space="preserve">OGGETTO: </w:t>
      </w:r>
      <w:r w:rsidRPr="00FB72D7">
        <w:rPr>
          <w:rFonts w:ascii="Garamond" w:hAnsi="Garamond"/>
          <w:b/>
          <w:sz w:val="24"/>
          <w:szCs w:val="24"/>
          <w:lang w:val="it-IT"/>
        </w:rPr>
        <w:t>Manifestazione d’interesse per la realizzazione dell’Evento "Celebrazione dei 30 anni dell'Autonomia Comunale del Comune di Padru" (30 ottobre 2026)</w:t>
      </w:r>
    </w:p>
    <w:p w14:paraId="7D894AFC" w14:textId="77777777" w:rsidR="00575DF1" w:rsidRPr="00FB72D7" w:rsidRDefault="00000000" w:rsidP="00FB72D7">
      <w:pPr>
        <w:spacing w:before="240" w:after="36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color w:val="1B365D"/>
          <w:sz w:val="24"/>
          <w:szCs w:val="24"/>
          <w:lang w:val="it-IT"/>
        </w:rPr>
        <w:t>MANIFESTAZIONE DI INTERESSE</w:t>
      </w:r>
    </w:p>
    <w:p w14:paraId="170E8EAD" w14:textId="77777777" w:rsidR="00575DF1" w:rsidRPr="00FB72D7" w:rsidRDefault="00000000" w:rsidP="00FB72D7">
      <w:pPr>
        <w:spacing w:after="240" w:line="312" w:lineRule="auto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Il/La sottoscritto/a .................................................................................................................................</w:t>
      </w:r>
      <w:r w:rsidRPr="00FB72D7">
        <w:rPr>
          <w:rFonts w:ascii="Garamond" w:hAnsi="Garamond"/>
          <w:sz w:val="24"/>
          <w:szCs w:val="24"/>
          <w:lang w:val="it-IT"/>
        </w:rPr>
        <w:br/>
        <w:t xml:space="preserve">nato/a </w:t>
      </w:r>
      <w:proofErr w:type="spellStart"/>
      <w:r w:rsidRPr="00FB72D7">
        <w:rPr>
          <w:rFonts w:ascii="Garamond" w:hAnsi="Garamond"/>
          <w:sz w:val="24"/>
          <w:szCs w:val="24"/>
          <w:lang w:val="it-IT"/>
        </w:rPr>
        <w:t>a</w:t>
      </w:r>
      <w:proofErr w:type="spellEnd"/>
      <w:r w:rsidRPr="00FB72D7">
        <w:rPr>
          <w:rFonts w:ascii="Garamond" w:hAnsi="Garamond"/>
          <w:sz w:val="24"/>
          <w:szCs w:val="24"/>
          <w:lang w:val="it-IT"/>
        </w:rPr>
        <w:t xml:space="preserve"> ............................................................ il ........................ in qualità di Legale Rappresentante della Associazione culturale .................................................................................................................................</w:t>
      </w:r>
      <w:r w:rsidRPr="00FB72D7">
        <w:rPr>
          <w:rFonts w:ascii="Garamond" w:hAnsi="Garamond"/>
          <w:sz w:val="24"/>
          <w:szCs w:val="24"/>
          <w:lang w:val="it-IT"/>
        </w:rPr>
        <w:br/>
        <w:t>con sede in ............................................................ via ...................................................................................................</w:t>
      </w:r>
      <w:r w:rsidRPr="00FB72D7">
        <w:rPr>
          <w:rFonts w:ascii="Garamond" w:hAnsi="Garamond"/>
          <w:sz w:val="24"/>
          <w:szCs w:val="24"/>
          <w:lang w:val="it-IT"/>
        </w:rPr>
        <w:br/>
        <w:t>PEC/e-mail ............................................................ C.F. / P. IVA ............................................................,</w:t>
      </w:r>
    </w:p>
    <w:p w14:paraId="24843055" w14:textId="77777777" w:rsidR="00575DF1" w:rsidRPr="00FB72D7" w:rsidRDefault="00000000" w:rsidP="00FB72D7">
      <w:pPr>
        <w:spacing w:before="240" w:after="240" w:line="288" w:lineRule="auto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sz w:val="24"/>
          <w:szCs w:val="24"/>
          <w:lang w:val="it-IT"/>
        </w:rPr>
        <w:t>intende manifestare il proprio interesse ad organizzare e gestire la manifestazione relativa alla "Celebrazione dei 30 anni dell'Autonomia Comunale del Comune di Padru" prevista per il giorno 30.10.2026.</w:t>
      </w:r>
    </w:p>
    <w:p w14:paraId="7E3EEA2B" w14:textId="77777777" w:rsidR="00575DF1" w:rsidRPr="00FB72D7" w:rsidRDefault="00000000" w:rsidP="00FB72D7">
      <w:pPr>
        <w:spacing w:after="240" w:line="288" w:lineRule="auto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A tal fine, consapevole delle sanzioni penali nel caso di dichiarazioni non veritiere e falsità negli atti richiamate dall’art. 76 del D.P.R. n. 445/2000,</w:t>
      </w:r>
    </w:p>
    <w:p w14:paraId="4EAA63CA" w14:textId="77777777" w:rsidR="00575DF1" w:rsidRPr="00FB72D7" w:rsidRDefault="00000000" w:rsidP="00FB72D7">
      <w:pPr>
        <w:spacing w:before="120" w:after="240"/>
        <w:jc w:val="center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sz w:val="24"/>
          <w:szCs w:val="24"/>
          <w:lang w:val="it-IT"/>
        </w:rPr>
        <w:t>DICHIARA</w:t>
      </w:r>
      <w:r w:rsidRPr="00FB72D7">
        <w:rPr>
          <w:rFonts w:ascii="Garamond" w:hAnsi="Garamond"/>
          <w:b/>
          <w:sz w:val="24"/>
          <w:szCs w:val="24"/>
          <w:lang w:val="it-IT"/>
        </w:rPr>
        <w:br/>
        <w:t>ai sensi degli artt. 46 e 47 del D.P.R. 445/2000</w:t>
      </w:r>
    </w:p>
    <w:p w14:paraId="79C31312" w14:textId="77777777" w:rsidR="00575DF1" w:rsidRPr="00FB72D7" w:rsidRDefault="00000000" w:rsidP="00FB72D7">
      <w:pPr>
        <w:spacing w:after="240" w:line="288" w:lineRule="auto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sz w:val="24"/>
          <w:szCs w:val="24"/>
          <w:lang w:val="it-IT"/>
        </w:rPr>
        <w:t>1. Di possedere i requisiti di partecipazione previsti dall'Avviso pubblico, ed in particolare:</w:t>
      </w:r>
      <w:r w:rsidRPr="00FB72D7">
        <w:rPr>
          <w:rFonts w:ascii="Garamond" w:hAnsi="Garamond"/>
          <w:b/>
          <w:sz w:val="24"/>
          <w:szCs w:val="24"/>
          <w:lang w:val="it-IT"/>
        </w:rPr>
        <w:br/>
      </w:r>
    </w:p>
    <w:p w14:paraId="4BBF9FCF" w14:textId="77777777" w:rsidR="00575DF1" w:rsidRPr="00FB72D7" w:rsidRDefault="00000000" w:rsidP="00FB72D7">
      <w:pPr>
        <w:pStyle w:val="Puntoelenco"/>
        <w:spacing w:after="6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Di essere un'Associazione culturale avente sede nel Comune di Padru da almeno un anno;</w:t>
      </w:r>
    </w:p>
    <w:p w14:paraId="1162B539" w14:textId="77777777" w:rsidR="00575DF1" w:rsidRPr="00FB72D7" w:rsidRDefault="00000000" w:rsidP="00FB72D7">
      <w:pPr>
        <w:pStyle w:val="Puntoelenco"/>
        <w:spacing w:after="6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Di operare nel territorio del Comune di Padru;</w:t>
      </w:r>
    </w:p>
    <w:p w14:paraId="12CF0A33" w14:textId="77777777" w:rsidR="00575DF1" w:rsidRPr="00FB72D7" w:rsidRDefault="00000000" w:rsidP="00FB72D7">
      <w:pPr>
        <w:pStyle w:val="Puntoelenco"/>
        <w:spacing w:after="24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Di aver realizzato durante l'anno 2025 almeno una manifestazione di spettacolo o culturale.</w:t>
      </w:r>
    </w:p>
    <w:p w14:paraId="2BC70CBD" w14:textId="77777777" w:rsidR="00575DF1" w:rsidRPr="00FB72D7" w:rsidRDefault="00000000" w:rsidP="00FB72D7">
      <w:pPr>
        <w:spacing w:before="240" w:after="8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color w:val="1B365D"/>
          <w:sz w:val="24"/>
          <w:szCs w:val="24"/>
          <w:lang w:val="it-IT"/>
        </w:rPr>
        <w:t>DESCRIZIONE DEL SOGGETTO</w:t>
      </w:r>
    </w:p>
    <w:p w14:paraId="0E4069B5" w14:textId="77777777" w:rsidR="00575DF1" w:rsidRPr="00FB72D7" w:rsidRDefault="00000000" w:rsidP="00FB72D7">
      <w:pPr>
        <w:spacing w:after="12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i/>
          <w:color w:val="555555"/>
          <w:sz w:val="24"/>
          <w:szCs w:val="24"/>
          <w:lang w:val="it-IT"/>
        </w:rPr>
        <w:t>(Riportare sinteticamente le informazioni relative al profilo dell'Associazione)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75DF1" w:rsidRPr="00FB72D7" w14:paraId="77BA384F" w14:textId="77777777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</w:tcPr>
          <w:p w14:paraId="5823FD53" w14:textId="77777777" w:rsidR="00575DF1" w:rsidRPr="00FB72D7" w:rsidRDefault="00000000" w:rsidP="00FB72D7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  <w:lang w:val="it-IT"/>
              </w:rPr>
            </w:pP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lastRenderedPageBreak/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</w:p>
        </w:tc>
      </w:tr>
    </w:tbl>
    <w:p w14:paraId="3E0F22C3" w14:textId="77777777" w:rsidR="00575DF1" w:rsidRPr="00FB72D7" w:rsidRDefault="00000000" w:rsidP="00FB72D7">
      <w:pPr>
        <w:spacing w:before="240" w:after="8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b/>
          <w:color w:val="1B365D"/>
          <w:sz w:val="24"/>
          <w:szCs w:val="24"/>
          <w:lang w:val="it-IT"/>
        </w:rPr>
        <w:lastRenderedPageBreak/>
        <w:t>CURRICULUM E MANIFESTAZIONI REALIZZATE</w:t>
      </w:r>
    </w:p>
    <w:p w14:paraId="65B57A9D" w14:textId="401DD91C" w:rsidR="00575DF1" w:rsidRPr="00FB72D7" w:rsidRDefault="00000000" w:rsidP="00FB72D7">
      <w:pPr>
        <w:spacing w:after="12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i/>
          <w:color w:val="555555"/>
          <w:sz w:val="24"/>
          <w:szCs w:val="24"/>
          <w:lang w:val="it-IT"/>
        </w:rPr>
        <w:t>(Descrivere sinteticamente le esperienze pregresse con l'indicazione delle manifestazioni culturali/spettacolo interamente organizzate nel biennio 202</w:t>
      </w:r>
      <w:r w:rsidR="00FB72D7">
        <w:rPr>
          <w:rFonts w:ascii="Garamond" w:hAnsi="Garamond"/>
          <w:i/>
          <w:color w:val="555555"/>
          <w:sz w:val="24"/>
          <w:szCs w:val="24"/>
          <w:lang w:val="it-IT"/>
        </w:rPr>
        <w:t>5</w:t>
      </w:r>
      <w:r w:rsidRPr="00FB72D7">
        <w:rPr>
          <w:rFonts w:ascii="Garamond" w:hAnsi="Garamond"/>
          <w:i/>
          <w:color w:val="555555"/>
          <w:sz w:val="24"/>
          <w:szCs w:val="24"/>
          <w:lang w:val="it-IT"/>
        </w:rPr>
        <w:t>-202</w:t>
      </w:r>
      <w:r w:rsidR="00FB72D7">
        <w:rPr>
          <w:rFonts w:ascii="Garamond" w:hAnsi="Garamond"/>
          <w:i/>
          <w:color w:val="555555"/>
          <w:sz w:val="24"/>
          <w:szCs w:val="24"/>
          <w:lang w:val="it-IT"/>
        </w:rPr>
        <w:t>6</w:t>
      </w:r>
      <w:r w:rsidRPr="00FB72D7">
        <w:rPr>
          <w:rFonts w:ascii="Garamond" w:hAnsi="Garamond"/>
          <w:i/>
          <w:color w:val="555555"/>
          <w:sz w:val="24"/>
          <w:szCs w:val="24"/>
          <w:lang w:val="it-IT"/>
        </w:rPr>
        <w:t xml:space="preserve"> per l'attribuzione del punteggio, specificando target ed esiti)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75DF1" w:rsidRPr="00FB72D7" w14:paraId="3D7E4728" w14:textId="77777777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</w:tcPr>
          <w:p w14:paraId="7E2DC8D3" w14:textId="77777777" w:rsidR="00575DF1" w:rsidRPr="00FB72D7" w:rsidRDefault="00000000" w:rsidP="00FB72D7">
            <w:pPr>
              <w:spacing w:before="120" w:after="120"/>
              <w:jc w:val="both"/>
              <w:rPr>
                <w:rFonts w:ascii="Garamond" w:hAnsi="Garamond"/>
                <w:sz w:val="24"/>
                <w:szCs w:val="24"/>
                <w:lang w:val="it-IT"/>
              </w:rPr>
            </w:pP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</w:p>
        </w:tc>
      </w:tr>
    </w:tbl>
    <w:p w14:paraId="307C90CA" w14:textId="77777777" w:rsidR="00575DF1" w:rsidRPr="00FB72D7" w:rsidRDefault="00000000" w:rsidP="00FB72D7">
      <w:pPr>
        <w:spacing w:before="360" w:after="120"/>
        <w:jc w:val="both"/>
        <w:rPr>
          <w:rFonts w:ascii="Garamond" w:hAnsi="Garamond"/>
          <w:sz w:val="24"/>
          <w:szCs w:val="24"/>
        </w:rPr>
      </w:pPr>
      <w:r w:rsidRPr="00FB72D7">
        <w:rPr>
          <w:rFonts w:ascii="Garamond" w:hAnsi="Garamond"/>
          <w:b/>
          <w:color w:val="1B365D"/>
          <w:sz w:val="24"/>
          <w:szCs w:val="24"/>
        </w:rPr>
        <w:t>DICHIARA ALTRISÌ:</w:t>
      </w:r>
    </w:p>
    <w:p w14:paraId="35CB6542" w14:textId="77777777" w:rsidR="00575DF1" w:rsidRPr="00FB72D7" w:rsidRDefault="00000000" w:rsidP="00FB72D7">
      <w:pPr>
        <w:pStyle w:val="Puntoelenco"/>
        <w:spacing w:after="8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Di essere consapevole che la presente manifestazione di interesse non comporta alcun diritto ad essere invitata o ad ottenere l'affidamento diretto;</w:t>
      </w:r>
    </w:p>
    <w:p w14:paraId="56F86094" w14:textId="77777777" w:rsidR="00575DF1" w:rsidRPr="00FB72D7" w:rsidRDefault="00000000" w:rsidP="00FB72D7">
      <w:pPr>
        <w:pStyle w:val="Puntoelenco"/>
        <w:spacing w:after="8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>Di avere la piena consapevolezza che, in caso di affidamento della manifestazione in oggetto, il sottoscritto, unitamente alla propria associazione, si impegna ad assumere la piena responsabilità dell’organizzazione dell’evento e di sollevare l’Amministrazione Comunale (Comune di Padru) da qualsiasi danno a cosa o persona derivante dall’esecuzione della stessa;</w:t>
      </w:r>
    </w:p>
    <w:p w14:paraId="119DF22C" w14:textId="77777777" w:rsidR="00575DF1" w:rsidRPr="00FB72D7" w:rsidRDefault="00000000" w:rsidP="00FB72D7">
      <w:pPr>
        <w:pStyle w:val="Puntoelenco"/>
        <w:spacing w:after="8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 xml:space="preserve">Di autorizzare il trattamento dei propri dati personali ai sensi del Regolamento UE 2016/679 e del </w:t>
      </w:r>
      <w:proofErr w:type="spellStart"/>
      <w:r w:rsidRPr="00FB72D7">
        <w:rPr>
          <w:rFonts w:ascii="Garamond" w:hAnsi="Garamond"/>
          <w:sz w:val="24"/>
          <w:szCs w:val="24"/>
          <w:lang w:val="it-IT"/>
        </w:rPr>
        <w:t>D.Lgs.</w:t>
      </w:r>
      <w:proofErr w:type="spellEnd"/>
      <w:r w:rsidRPr="00FB72D7">
        <w:rPr>
          <w:rFonts w:ascii="Garamond" w:hAnsi="Garamond"/>
          <w:sz w:val="24"/>
          <w:szCs w:val="24"/>
          <w:lang w:val="it-IT"/>
        </w:rPr>
        <w:t xml:space="preserve"> n. 196/2003 e </w:t>
      </w:r>
      <w:proofErr w:type="spellStart"/>
      <w:r w:rsidRPr="00FB72D7">
        <w:rPr>
          <w:rFonts w:ascii="Garamond" w:hAnsi="Garamond"/>
          <w:sz w:val="24"/>
          <w:szCs w:val="24"/>
          <w:lang w:val="it-IT"/>
        </w:rPr>
        <w:t>s.m.i.</w:t>
      </w:r>
      <w:proofErr w:type="spellEnd"/>
      <w:r w:rsidRPr="00FB72D7">
        <w:rPr>
          <w:rFonts w:ascii="Garamond" w:hAnsi="Garamond"/>
          <w:sz w:val="24"/>
          <w:szCs w:val="24"/>
          <w:lang w:val="it-IT"/>
        </w:rPr>
        <w:t>;</w:t>
      </w:r>
    </w:p>
    <w:p w14:paraId="736044BE" w14:textId="77777777" w:rsidR="00575DF1" w:rsidRPr="00FB72D7" w:rsidRDefault="00000000" w:rsidP="00FB72D7">
      <w:pPr>
        <w:pStyle w:val="Puntoelenco"/>
        <w:spacing w:after="80"/>
        <w:jc w:val="both"/>
        <w:rPr>
          <w:rFonts w:ascii="Garamond" w:hAnsi="Garamond"/>
          <w:sz w:val="24"/>
          <w:szCs w:val="24"/>
          <w:lang w:val="it-IT"/>
        </w:rPr>
      </w:pPr>
      <w:r w:rsidRPr="00FB72D7">
        <w:rPr>
          <w:rFonts w:ascii="Garamond" w:hAnsi="Garamond"/>
          <w:sz w:val="24"/>
          <w:szCs w:val="24"/>
          <w:lang w:val="it-IT"/>
        </w:rPr>
        <w:t xml:space="preserve">Di autorizzare l’invio di ogni eventuale comunicazione inerente </w:t>
      </w:r>
      <w:proofErr w:type="gramStart"/>
      <w:r w:rsidRPr="00FB72D7">
        <w:rPr>
          <w:rFonts w:ascii="Garamond" w:hAnsi="Garamond"/>
          <w:sz w:val="24"/>
          <w:szCs w:val="24"/>
          <w:lang w:val="it-IT"/>
        </w:rPr>
        <w:t>la</w:t>
      </w:r>
      <w:proofErr w:type="gramEnd"/>
      <w:r w:rsidRPr="00FB72D7">
        <w:rPr>
          <w:rFonts w:ascii="Garamond" w:hAnsi="Garamond"/>
          <w:sz w:val="24"/>
          <w:szCs w:val="24"/>
          <w:lang w:val="it-IT"/>
        </w:rPr>
        <w:t xml:space="preserve"> presente procedura al seguente indirizzo PEC/e-mail: ....................................................................................................</w:t>
      </w:r>
    </w:p>
    <w:p w14:paraId="4F3A2728" w14:textId="77777777" w:rsidR="00575DF1" w:rsidRPr="00FB72D7" w:rsidRDefault="00575DF1" w:rsidP="00FB72D7">
      <w:pPr>
        <w:spacing w:before="480" w:after="480"/>
        <w:jc w:val="both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75DF1" w:rsidRPr="00FB72D7" w14:paraId="494E0D4F" w14:textId="77777777" w:rsidTr="00FB72D7">
        <w:trPr>
          <w:jc w:val="right"/>
        </w:trPr>
        <w:tc>
          <w:tcPr>
            <w:tcW w:w="4680" w:type="dxa"/>
          </w:tcPr>
          <w:p w14:paraId="04FD0639" w14:textId="77777777" w:rsidR="00575DF1" w:rsidRPr="00FB72D7" w:rsidRDefault="00000000" w:rsidP="00FB72D7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B72D7">
              <w:rPr>
                <w:rFonts w:ascii="Garamond" w:hAnsi="Garamond"/>
                <w:sz w:val="24"/>
                <w:szCs w:val="24"/>
              </w:rPr>
              <w:t>Luogo</w:t>
            </w:r>
            <w:proofErr w:type="spellEnd"/>
            <w:r w:rsidRPr="00FB72D7">
              <w:rPr>
                <w:rFonts w:ascii="Garamond" w:hAnsi="Garamond"/>
                <w:sz w:val="24"/>
                <w:szCs w:val="24"/>
              </w:rPr>
              <w:t xml:space="preserve"> e data:</w:t>
            </w:r>
            <w:r w:rsidRPr="00FB72D7">
              <w:rPr>
                <w:rFonts w:ascii="Garamond" w:hAnsi="Garamond"/>
                <w:sz w:val="24"/>
                <w:szCs w:val="24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</w:rPr>
              <w:br/>
              <w:t>............................................</w:t>
            </w:r>
          </w:p>
        </w:tc>
        <w:tc>
          <w:tcPr>
            <w:tcW w:w="4680" w:type="dxa"/>
          </w:tcPr>
          <w:p w14:paraId="79E46044" w14:textId="77777777" w:rsidR="00575DF1" w:rsidRPr="00FB72D7" w:rsidRDefault="00000000" w:rsidP="00FB72D7">
            <w:pPr>
              <w:jc w:val="right"/>
              <w:rPr>
                <w:rFonts w:ascii="Garamond" w:hAnsi="Garamond"/>
                <w:sz w:val="24"/>
                <w:szCs w:val="24"/>
                <w:lang w:val="it-IT"/>
              </w:rPr>
            </w:pP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t>Firma del Legale Rappresentante</w:t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  <w:t>............................................................</w:t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</w:r>
            <w:r w:rsidRPr="00FB72D7">
              <w:rPr>
                <w:rFonts w:ascii="Garamond" w:hAnsi="Garamond"/>
                <w:sz w:val="24"/>
                <w:szCs w:val="24"/>
                <w:lang w:val="it-IT"/>
              </w:rPr>
              <w:br/>
              <w:t>Timbro dell'Associazione</w:t>
            </w:r>
          </w:p>
        </w:tc>
      </w:tr>
    </w:tbl>
    <w:p w14:paraId="52616C3C" w14:textId="77777777" w:rsidR="00575DF1" w:rsidRPr="00FB72D7" w:rsidRDefault="00000000">
      <w:pPr>
        <w:spacing w:before="480" w:after="120"/>
        <w:rPr>
          <w:lang w:val="it-IT"/>
        </w:rPr>
      </w:pPr>
      <w:r w:rsidRPr="00FB72D7">
        <w:rPr>
          <w:b/>
          <w:lang w:val="it-IT"/>
        </w:rPr>
        <w:lastRenderedPageBreak/>
        <w:t xml:space="preserve">N.B. </w:t>
      </w:r>
      <w:r w:rsidRPr="00FB72D7">
        <w:rPr>
          <w:lang w:val="it-IT"/>
        </w:rPr>
        <w:t>Alla presente dichiarazione deve essere allegata copia fotostatica di un documento di identità in corso di validità del soggetto firmatario.</w:t>
      </w:r>
    </w:p>
    <w:sectPr w:rsidR="00575DF1" w:rsidRPr="00FB72D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3735103">
    <w:abstractNumId w:val="8"/>
  </w:num>
  <w:num w:numId="2" w16cid:durableId="2017730093">
    <w:abstractNumId w:val="6"/>
  </w:num>
  <w:num w:numId="3" w16cid:durableId="517820030">
    <w:abstractNumId w:val="5"/>
  </w:num>
  <w:num w:numId="4" w16cid:durableId="696199614">
    <w:abstractNumId w:val="4"/>
  </w:num>
  <w:num w:numId="5" w16cid:durableId="1108043704">
    <w:abstractNumId w:val="7"/>
  </w:num>
  <w:num w:numId="6" w16cid:durableId="2087534956">
    <w:abstractNumId w:val="3"/>
  </w:num>
  <w:num w:numId="7" w16cid:durableId="1681658143">
    <w:abstractNumId w:val="2"/>
  </w:num>
  <w:num w:numId="8" w16cid:durableId="477304342">
    <w:abstractNumId w:val="1"/>
  </w:num>
  <w:num w:numId="9" w16cid:durableId="195074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7C87"/>
    <w:rsid w:val="0029639D"/>
    <w:rsid w:val="00326F90"/>
    <w:rsid w:val="00575DF1"/>
    <w:rsid w:val="00AA1D8D"/>
    <w:rsid w:val="00B47730"/>
    <w:rsid w:val="00CB0664"/>
    <w:rsid w:val="00FB72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0162AB"/>
  <w14:defaultImageDpi w14:val="300"/>
  <w15:docId w15:val="{233F8272-2B39-FC4B-ACBC-9A9405D2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SALVATORE GUSINU</cp:lastModifiedBy>
  <cp:revision>2</cp:revision>
  <dcterms:created xsi:type="dcterms:W3CDTF">2026-10-06T07:54:00Z</dcterms:created>
  <dcterms:modified xsi:type="dcterms:W3CDTF">2026-10-06T07:54:00Z</dcterms:modified>
  <cp:category/>
</cp:coreProperties>
</file>