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56DD10" w14:textId="77777777" w:rsidR="00A01238" w:rsidRDefault="000F19CD">
      <w:pPr>
        <w:spacing w:line="320" w:lineRule="exact"/>
        <w:jc w:val="center"/>
      </w:pPr>
      <w:r>
        <w:rPr>
          <w:b/>
          <w:sz w:val="28"/>
        </w:rPr>
        <w:t>ENERGIE COMUNI S.R.L.</w:t>
      </w:r>
    </w:p>
    <w:p w14:paraId="4C6B6C67" w14:textId="77777777" w:rsidR="00A01238" w:rsidRDefault="000F19CD">
      <w:pPr>
        <w:spacing w:line="190" w:lineRule="exact"/>
        <w:jc w:val="center"/>
      </w:pPr>
      <w:r>
        <w:rPr>
          <w:b/>
          <w:sz w:val="18"/>
        </w:rPr>
        <w:t>AVVISO PUBBLICO</w:t>
      </w:r>
    </w:p>
    <w:p w14:paraId="502A9118" w14:textId="77777777" w:rsidR="00A01238" w:rsidRDefault="000F19CD">
      <w:pPr>
        <w:spacing w:line="200" w:lineRule="exact"/>
        <w:jc w:val="center"/>
      </w:pPr>
      <w:r>
        <w:rPr>
          <w:b/>
          <w:sz w:val="17"/>
        </w:rPr>
        <w:t>PER L’ASSUNZIONE DI UN OPERAIO QUALIFICATO NEL RUOLO DI AUTISTA</w:t>
      </w:r>
    </w:p>
    <w:p w14:paraId="0C0D3238" w14:textId="77777777" w:rsidR="00A01238" w:rsidRDefault="000F19CD">
      <w:pPr>
        <w:spacing w:line="380" w:lineRule="exact"/>
      </w:pPr>
      <w:r>
        <w:rPr>
          <w:sz w:val="2"/>
        </w:rPr>
        <w:t xml:space="preserve"> </w:t>
      </w:r>
    </w:p>
    <w:p w14:paraId="714C426B" w14:textId="77777777" w:rsidR="00A01238" w:rsidRDefault="000F19CD">
      <w:pPr>
        <w:spacing w:line="220" w:lineRule="exact"/>
        <w:jc w:val="center"/>
      </w:pPr>
      <w:r>
        <w:rPr>
          <w:b/>
          <w:sz w:val="17"/>
        </w:rPr>
        <w:t>ALLEGATO B – CURRICULUM SINTETICO FORMATIVO - PROFESSIONALE</w:t>
      </w:r>
    </w:p>
    <w:p w14:paraId="159CE5EE" w14:textId="77777777" w:rsidR="00A01238" w:rsidRDefault="000F19CD">
      <w:pPr>
        <w:spacing w:line="624" w:lineRule="exact"/>
      </w:pPr>
      <w:r>
        <w:rPr>
          <w:sz w:val="2"/>
        </w:rPr>
        <w:t xml:space="preserve"> </w:t>
      </w:r>
    </w:p>
    <w:p w14:paraId="3F2D9408" w14:textId="77777777" w:rsidR="00A01238" w:rsidRDefault="000F19CD">
      <w:pPr>
        <w:ind w:left="1531"/>
      </w:pPr>
      <w:r>
        <w:rPr>
          <w:noProof/>
          <w:lang w:val="it-IT" w:eastAsia="it-IT"/>
        </w:rPr>
        <w:drawing>
          <wp:inline distT="0" distB="0" distL="0" distR="0" wp14:anchorId="68A27EF5" wp14:editId="3CED62E8">
            <wp:extent cx="846000" cy="4653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europass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46000" cy="46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94D610" w14:textId="77777777" w:rsidR="00A01238" w:rsidRDefault="000F19CD">
      <w:pPr>
        <w:spacing w:line="320" w:lineRule="exact"/>
        <w:ind w:left="992"/>
      </w:pPr>
      <w:r>
        <w:rPr>
          <w:b/>
        </w:rPr>
        <w:t>Curriculum Vitae</w:t>
      </w:r>
      <w:r>
        <w:rPr>
          <w:b/>
        </w:rPr>
        <w:br/>
        <w:t xml:space="preserve">          Europass</w:t>
      </w:r>
    </w:p>
    <w:p w14:paraId="32E517E1" w14:textId="77777777" w:rsidR="00A01238" w:rsidRDefault="000F19CD" w:rsidP="003E2E1C">
      <w:pPr>
        <w:spacing w:line="240" w:lineRule="exact"/>
        <w:jc w:val="center"/>
      </w:pPr>
      <w:proofErr w:type="spellStart"/>
      <w:r>
        <w:t>Inserire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fotografia</w:t>
      </w:r>
      <w:proofErr w:type="spellEnd"/>
      <w:r>
        <w:t xml:space="preserve"> (</w:t>
      </w:r>
      <w:proofErr w:type="spellStart"/>
      <w:r>
        <w:t>facoltativo</w:t>
      </w:r>
      <w:proofErr w:type="spellEnd"/>
      <w:r>
        <w:t>)</w:t>
      </w:r>
    </w:p>
    <w:p w14:paraId="19D1D414" w14:textId="77777777" w:rsidR="00A01238" w:rsidRDefault="000F19CD">
      <w:pPr>
        <w:spacing w:line="414" w:lineRule="exact"/>
      </w:pPr>
      <w:r>
        <w:rPr>
          <w:sz w:val="2"/>
        </w:rPr>
        <w:t xml:space="preserve"> </w:t>
      </w:r>
    </w:p>
    <w:p w14:paraId="21C1C5BB" w14:textId="77777777" w:rsidR="00A01238" w:rsidRDefault="000F19CD">
      <w:pPr>
        <w:spacing w:after="40" w:line="240" w:lineRule="exact"/>
      </w:pPr>
      <w:r>
        <w:rPr>
          <w:b/>
          <w:sz w:val="18"/>
        </w:rPr>
        <w:t xml:space="preserve">               Informazioni personali</w:t>
      </w:r>
    </w:p>
    <w:tbl>
      <w:tblPr>
        <w:tblW w:w="0" w:type="auto"/>
        <w:jc w:val="center"/>
        <w:tblBorders>
          <w:top w:val="single" w:sz="4" w:space="0" w:color="858585"/>
          <w:left w:val="single" w:sz="4" w:space="0" w:color="858585"/>
          <w:bottom w:val="single" w:sz="4" w:space="0" w:color="858585"/>
          <w:right w:val="single" w:sz="4" w:space="0" w:color="858585"/>
          <w:insideH w:val="single" w:sz="4" w:space="0" w:color="858585"/>
          <w:insideV w:val="single" w:sz="4" w:space="0" w:color="858585"/>
        </w:tblBorders>
        <w:tblLayout w:type="fixed"/>
        <w:tblLook w:val="04A0" w:firstRow="1" w:lastRow="0" w:firstColumn="1" w:lastColumn="0" w:noHBand="0" w:noVBand="1"/>
      </w:tblPr>
      <w:tblGrid>
        <w:gridCol w:w="3118"/>
        <w:gridCol w:w="7631"/>
      </w:tblGrid>
      <w:tr w:rsidR="00A01238" w14:paraId="6FF2E5DD" w14:textId="77777777">
        <w:trPr>
          <w:trHeight w:hRule="exact" w:val="425"/>
          <w:jc w:val="center"/>
        </w:trPr>
        <w:tc>
          <w:tcPr>
            <w:tcW w:w="3118" w:type="dxa"/>
            <w:tcMar>
              <w:top w:w="80" w:type="dxa"/>
              <w:left w:w="80" w:type="dxa"/>
              <w:bottom w:w="60" w:type="dxa"/>
              <w:right w:w="70" w:type="dxa"/>
            </w:tcMar>
            <w:vAlign w:val="center"/>
          </w:tcPr>
          <w:p w14:paraId="21CB4ED5" w14:textId="77777777" w:rsidR="00A01238" w:rsidRDefault="000F19CD">
            <w:pPr>
              <w:spacing w:line="240" w:lineRule="auto"/>
              <w:jc w:val="right"/>
            </w:pPr>
            <w:r>
              <w:t>Cognome/Nome</w:t>
            </w:r>
          </w:p>
        </w:tc>
        <w:tc>
          <w:tcPr>
            <w:tcW w:w="7631" w:type="dxa"/>
            <w:tcMar>
              <w:top w:w="80" w:type="dxa"/>
              <w:left w:w="80" w:type="dxa"/>
              <w:bottom w:w="60" w:type="dxa"/>
              <w:right w:w="70" w:type="dxa"/>
            </w:tcMar>
            <w:vAlign w:val="center"/>
          </w:tcPr>
          <w:p w14:paraId="0F9C0830" w14:textId="77777777" w:rsidR="00A01238" w:rsidRDefault="00A01238">
            <w:pPr>
              <w:spacing w:line="240" w:lineRule="auto"/>
            </w:pPr>
          </w:p>
        </w:tc>
      </w:tr>
      <w:tr w:rsidR="00A01238" w14:paraId="45BE4F81" w14:textId="77777777">
        <w:trPr>
          <w:trHeight w:hRule="exact" w:val="539"/>
          <w:jc w:val="center"/>
        </w:trPr>
        <w:tc>
          <w:tcPr>
            <w:tcW w:w="3118" w:type="dxa"/>
            <w:tcMar>
              <w:top w:w="80" w:type="dxa"/>
              <w:left w:w="80" w:type="dxa"/>
              <w:bottom w:w="60" w:type="dxa"/>
              <w:right w:w="70" w:type="dxa"/>
            </w:tcMar>
            <w:vAlign w:val="center"/>
          </w:tcPr>
          <w:p w14:paraId="5469339D" w14:textId="77777777" w:rsidR="00A01238" w:rsidRDefault="000F19CD">
            <w:pPr>
              <w:spacing w:line="240" w:lineRule="auto"/>
              <w:jc w:val="right"/>
            </w:pPr>
            <w:r>
              <w:t>Indirizzo</w:t>
            </w:r>
          </w:p>
          <w:p w14:paraId="62EDF044" w14:textId="77777777" w:rsidR="00A01238" w:rsidRDefault="000F19CD">
            <w:pPr>
              <w:spacing w:line="240" w:lineRule="auto"/>
              <w:jc w:val="right"/>
            </w:pPr>
            <w:r>
              <w:t>Numero civico, via, CAP, città, nazione</w:t>
            </w:r>
          </w:p>
        </w:tc>
        <w:tc>
          <w:tcPr>
            <w:tcW w:w="7631" w:type="dxa"/>
            <w:tcMar>
              <w:top w:w="80" w:type="dxa"/>
              <w:left w:w="80" w:type="dxa"/>
              <w:bottom w:w="60" w:type="dxa"/>
              <w:right w:w="70" w:type="dxa"/>
            </w:tcMar>
            <w:vAlign w:val="center"/>
          </w:tcPr>
          <w:p w14:paraId="5D273F90" w14:textId="77777777" w:rsidR="00A01238" w:rsidRDefault="00A01238">
            <w:pPr>
              <w:spacing w:line="240" w:lineRule="auto"/>
            </w:pPr>
          </w:p>
        </w:tc>
      </w:tr>
      <w:tr w:rsidR="00A01238" w14:paraId="50E164E6" w14:textId="77777777">
        <w:trPr>
          <w:trHeight w:hRule="exact" w:val="289"/>
          <w:jc w:val="center"/>
        </w:trPr>
        <w:tc>
          <w:tcPr>
            <w:tcW w:w="3118" w:type="dxa"/>
            <w:tcMar>
              <w:top w:w="80" w:type="dxa"/>
              <w:left w:w="80" w:type="dxa"/>
              <w:bottom w:w="60" w:type="dxa"/>
              <w:right w:w="70" w:type="dxa"/>
            </w:tcMar>
            <w:vAlign w:val="center"/>
          </w:tcPr>
          <w:p w14:paraId="30FCD9B0" w14:textId="77777777" w:rsidR="00A01238" w:rsidRDefault="000F19CD">
            <w:pPr>
              <w:spacing w:line="240" w:lineRule="auto"/>
              <w:jc w:val="right"/>
            </w:pPr>
            <w:r>
              <w:t>Telefono</w:t>
            </w:r>
          </w:p>
        </w:tc>
        <w:tc>
          <w:tcPr>
            <w:tcW w:w="7631" w:type="dxa"/>
            <w:tcMar>
              <w:top w:w="80" w:type="dxa"/>
              <w:left w:w="80" w:type="dxa"/>
              <w:bottom w:w="60" w:type="dxa"/>
              <w:right w:w="70" w:type="dxa"/>
            </w:tcMar>
            <w:vAlign w:val="center"/>
          </w:tcPr>
          <w:p w14:paraId="6F37F5E6" w14:textId="77777777" w:rsidR="00A01238" w:rsidRDefault="00A01238">
            <w:pPr>
              <w:spacing w:line="240" w:lineRule="auto"/>
            </w:pPr>
          </w:p>
        </w:tc>
      </w:tr>
      <w:tr w:rsidR="00A01238" w14:paraId="235FF597" w14:textId="77777777">
        <w:trPr>
          <w:trHeight w:hRule="exact" w:val="289"/>
          <w:jc w:val="center"/>
        </w:trPr>
        <w:tc>
          <w:tcPr>
            <w:tcW w:w="3118" w:type="dxa"/>
            <w:tcMar>
              <w:top w:w="80" w:type="dxa"/>
              <w:left w:w="80" w:type="dxa"/>
              <w:bottom w:w="60" w:type="dxa"/>
              <w:right w:w="70" w:type="dxa"/>
            </w:tcMar>
            <w:vAlign w:val="center"/>
          </w:tcPr>
          <w:p w14:paraId="71E8BE91" w14:textId="77777777" w:rsidR="00A01238" w:rsidRDefault="000F19CD">
            <w:pPr>
              <w:spacing w:line="240" w:lineRule="auto"/>
              <w:jc w:val="right"/>
            </w:pPr>
            <w:r>
              <w:t>Cellulare</w:t>
            </w:r>
          </w:p>
        </w:tc>
        <w:tc>
          <w:tcPr>
            <w:tcW w:w="7631" w:type="dxa"/>
            <w:tcMar>
              <w:top w:w="80" w:type="dxa"/>
              <w:left w:w="80" w:type="dxa"/>
              <w:bottom w:w="60" w:type="dxa"/>
              <w:right w:w="70" w:type="dxa"/>
            </w:tcMar>
            <w:vAlign w:val="center"/>
          </w:tcPr>
          <w:p w14:paraId="08E3B9EA" w14:textId="77777777" w:rsidR="00A01238" w:rsidRDefault="00A01238">
            <w:pPr>
              <w:spacing w:line="240" w:lineRule="auto"/>
            </w:pPr>
          </w:p>
        </w:tc>
      </w:tr>
      <w:tr w:rsidR="00A01238" w14:paraId="47A9B07A" w14:textId="77777777">
        <w:trPr>
          <w:trHeight w:hRule="exact" w:val="289"/>
          <w:jc w:val="center"/>
        </w:trPr>
        <w:tc>
          <w:tcPr>
            <w:tcW w:w="3118" w:type="dxa"/>
            <w:tcMar>
              <w:top w:w="80" w:type="dxa"/>
              <w:left w:w="80" w:type="dxa"/>
              <w:bottom w:w="60" w:type="dxa"/>
              <w:right w:w="70" w:type="dxa"/>
            </w:tcMar>
            <w:vAlign w:val="center"/>
          </w:tcPr>
          <w:p w14:paraId="335D6272" w14:textId="77777777" w:rsidR="00A01238" w:rsidRDefault="000F19CD">
            <w:pPr>
              <w:spacing w:line="240" w:lineRule="auto"/>
              <w:jc w:val="right"/>
            </w:pPr>
            <w:r>
              <w:t>Fax</w:t>
            </w:r>
          </w:p>
        </w:tc>
        <w:tc>
          <w:tcPr>
            <w:tcW w:w="7631" w:type="dxa"/>
            <w:tcMar>
              <w:top w:w="80" w:type="dxa"/>
              <w:left w:w="80" w:type="dxa"/>
              <w:bottom w:w="60" w:type="dxa"/>
              <w:right w:w="70" w:type="dxa"/>
            </w:tcMar>
            <w:vAlign w:val="center"/>
          </w:tcPr>
          <w:p w14:paraId="209678EC" w14:textId="77777777" w:rsidR="00A01238" w:rsidRDefault="00A01238">
            <w:pPr>
              <w:spacing w:line="240" w:lineRule="auto"/>
            </w:pPr>
          </w:p>
        </w:tc>
      </w:tr>
      <w:tr w:rsidR="00A01238" w14:paraId="081C1D54" w14:textId="77777777">
        <w:trPr>
          <w:trHeight w:hRule="exact" w:val="289"/>
          <w:jc w:val="center"/>
        </w:trPr>
        <w:tc>
          <w:tcPr>
            <w:tcW w:w="3118" w:type="dxa"/>
            <w:tcMar>
              <w:top w:w="80" w:type="dxa"/>
              <w:left w:w="80" w:type="dxa"/>
              <w:bottom w:w="60" w:type="dxa"/>
              <w:right w:w="70" w:type="dxa"/>
            </w:tcMar>
            <w:vAlign w:val="center"/>
          </w:tcPr>
          <w:p w14:paraId="53E421BE" w14:textId="77777777" w:rsidR="00A01238" w:rsidRDefault="000F19CD">
            <w:pPr>
              <w:spacing w:line="240" w:lineRule="auto"/>
              <w:jc w:val="right"/>
            </w:pPr>
            <w:r>
              <w:t>E-mail</w:t>
            </w:r>
          </w:p>
        </w:tc>
        <w:tc>
          <w:tcPr>
            <w:tcW w:w="7631" w:type="dxa"/>
            <w:tcMar>
              <w:top w:w="80" w:type="dxa"/>
              <w:left w:w="80" w:type="dxa"/>
              <w:bottom w:w="60" w:type="dxa"/>
              <w:right w:w="70" w:type="dxa"/>
            </w:tcMar>
            <w:vAlign w:val="center"/>
          </w:tcPr>
          <w:p w14:paraId="71EF65AA" w14:textId="77777777" w:rsidR="00A01238" w:rsidRDefault="00A01238">
            <w:pPr>
              <w:spacing w:line="240" w:lineRule="auto"/>
            </w:pPr>
          </w:p>
        </w:tc>
      </w:tr>
      <w:tr w:rsidR="00A01238" w14:paraId="0711A765" w14:textId="77777777">
        <w:trPr>
          <w:trHeight w:hRule="exact" w:val="289"/>
          <w:jc w:val="center"/>
        </w:trPr>
        <w:tc>
          <w:tcPr>
            <w:tcW w:w="3118" w:type="dxa"/>
            <w:tcMar>
              <w:top w:w="80" w:type="dxa"/>
              <w:left w:w="80" w:type="dxa"/>
              <w:bottom w:w="60" w:type="dxa"/>
              <w:right w:w="70" w:type="dxa"/>
            </w:tcMar>
            <w:vAlign w:val="center"/>
          </w:tcPr>
          <w:p w14:paraId="399DC8A7" w14:textId="77777777" w:rsidR="00A01238" w:rsidRDefault="000F19CD">
            <w:pPr>
              <w:spacing w:line="240" w:lineRule="auto"/>
              <w:jc w:val="right"/>
            </w:pPr>
            <w:r>
              <w:t>Pec</w:t>
            </w:r>
          </w:p>
        </w:tc>
        <w:tc>
          <w:tcPr>
            <w:tcW w:w="7631" w:type="dxa"/>
            <w:tcMar>
              <w:top w:w="80" w:type="dxa"/>
              <w:left w:w="80" w:type="dxa"/>
              <w:bottom w:w="60" w:type="dxa"/>
              <w:right w:w="70" w:type="dxa"/>
            </w:tcMar>
            <w:vAlign w:val="center"/>
          </w:tcPr>
          <w:p w14:paraId="75277DCA" w14:textId="77777777" w:rsidR="00A01238" w:rsidRDefault="00A01238">
            <w:pPr>
              <w:spacing w:line="240" w:lineRule="auto"/>
            </w:pPr>
          </w:p>
        </w:tc>
      </w:tr>
      <w:tr w:rsidR="00A01238" w14:paraId="69352AF4" w14:textId="77777777">
        <w:trPr>
          <w:trHeight w:hRule="exact" w:val="289"/>
          <w:jc w:val="center"/>
        </w:trPr>
        <w:tc>
          <w:tcPr>
            <w:tcW w:w="3118" w:type="dxa"/>
            <w:tcMar>
              <w:top w:w="80" w:type="dxa"/>
              <w:left w:w="80" w:type="dxa"/>
              <w:bottom w:w="60" w:type="dxa"/>
              <w:right w:w="70" w:type="dxa"/>
            </w:tcMar>
            <w:vAlign w:val="center"/>
          </w:tcPr>
          <w:p w14:paraId="4B4F8EA7" w14:textId="77777777" w:rsidR="00A01238" w:rsidRDefault="000F19CD">
            <w:pPr>
              <w:spacing w:line="240" w:lineRule="auto"/>
              <w:jc w:val="right"/>
            </w:pPr>
            <w:r>
              <w:t>Cittadinanza</w:t>
            </w:r>
          </w:p>
        </w:tc>
        <w:tc>
          <w:tcPr>
            <w:tcW w:w="7631" w:type="dxa"/>
            <w:tcMar>
              <w:top w:w="80" w:type="dxa"/>
              <w:left w:w="80" w:type="dxa"/>
              <w:bottom w:w="60" w:type="dxa"/>
              <w:right w:w="70" w:type="dxa"/>
            </w:tcMar>
            <w:vAlign w:val="center"/>
          </w:tcPr>
          <w:p w14:paraId="46208904" w14:textId="77777777" w:rsidR="00A01238" w:rsidRDefault="00A01238">
            <w:pPr>
              <w:spacing w:line="240" w:lineRule="auto"/>
            </w:pPr>
          </w:p>
        </w:tc>
      </w:tr>
      <w:tr w:rsidR="00A01238" w14:paraId="16F328FA" w14:textId="77777777">
        <w:trPr>
          <w:trHeight w:hRule="exact" w:val="289"/>
          <w:jc w:val="center"/>
        </w:trPr>
        <w:tc>
          <w:tcPr>
            <w:tcW w:w="3118" w:type="dxa"/>
            <w:tcMar>
              <w:top w:w="80" w:type="dxa"/>
              <w:left w:w="80" w:type="dxa"/>
              <w:bottom w:w="60" w:type="dxa"/>
              <w:right w:w="70" w:type="dxa"/>
            </w:tcMar>
            <w:vAlign w:val="center"/>
          </w:tcPr>
          <w:p w14:paraId="37BDBDF0" w14:textId="77777777" w:rsidR="00A01238" w:rsidRDefault="000F19CD">
            <w:pPr>
              <w:spacing w:line="240" w:lineRule="auto"/>
              <w:jc w:val="right"/>
            </w:pPr>
            <w:r>
              <w:t>Data di nascita</w:t>
            </w:r>
          </w:p>
        </w:tc>
        <w:tc>
          <w:tcPr>
            <w:tcW w:w="7631" w:type="dxa"/>
            <w:tcMar>
              <w:top w:w="80" w:type="dxa"/>
              <w:left w:w="80" w:type="dxa"/>
              <w:bottom w:w="60" w:type="dxa"/>
              <w:right w:w="70" w:type="dxa"/>
            </w:tcMar>
            <w:vAlign w:val="center"/>
          </w:tcPr>
          <w:p w14:paraId="052C7E3A" w14:textId="77777777" w:rsidR="00A01238" w:rsidRDefault="00A01238">
            <w:pPr>
              <w:spacing w:line="240" w:lineRule="auto"/>
            </w:pPr>
          </w:p>
        </w:tc>
      </w:tr>
      <w:tr w:rsidR="00A01238" w14:paraId="1E4BDC14" w14:textId="77777777">
        <w:trPr>
          <w:trHeight w:hRule="exact" w:val="289"/>
          <w:jc w:val="center"/>
        </w:trPr>
        <w:tc>
          <w:tcPr>
            <w:tcW w:w="3118" w:type="dxa"/>
            <w:tcMar>
              <w:top w:w="80" w:type="dxa"/>
              <w:left w:w="80" w:type="dxa"/>
              <w:bottom w:w="60" w:type="dxa"/>
              <w:right w:w="70" w:type="dxa"/>
            </w:tcMar>
            <w:vAlign w:val="center"/>
          </w:tcPr>
          <w:p w14:paraId="0977B140" w14:textId="77777777" w:rsidR="00A01238" w:rsidRDefault="000F19CD">
            <w:pPr>
              <w:spacing w:line="240" w:lineRule="auto"/>
              <w:jc w:val="right"/>
            </w:pPr>
            <w:r>
              <w:t>Sesso</w:t>
            </w:r>
          </w:p>
        </w:tc>
        <w:tc>
          <w:tcPr>
            <w:tcW w:w="7631" w:type="dxa"/>
            <w:tcMar>
              <w:top w:w="80" w:type="dxa"/>
              <w:left w:w="80" w:type="dxa"/>
              <w:bottom w:w="60" w:type="dxa"/>
              <w:right w:w="70" w:type="dxa"/>
            </w:tcMar>
            <w:vAlign w:val="center"/>
          </w:tcPr>
          <w:p w14:paraId="4FD7A117" w14:textId="77777777" w:rsidR="00A01238" w:rsidRDefault="00A01238">
            <w:pPr>
              <w:spacing w:line="240" w:lineRule="auto"/>
            </w:pPr>
          </w:p>
        </w:tc>
      </w:tr>
      <w:tr w:rsidR="00A01238" w14:paraId="4FBAAF81" w14:textId="77777777">
        <w:trPr>
          <w:trHeight w:hRule="exact" w:val="499"/>
          <w:jc w:val="center"/>
        </w:trPr>
        <w:tc>
          <w:tcPr>
            <w:tcW w:w="3118" w:type="dxa"/>
            <w:tcMar>
              <w:top w:w="80" w:type="dxa"/>
              <w:left w:w="80" w:type="dxa"/>
              <w:bottom w:w="60" w:type="dxa"/>
              <w:right w:w="70" w:type="dxa"/>
            </w:tcMar>
            <w:vAlign w:val="center"/>
          </w:tcPr>
          <w:p w14:paraId="5F46B43F" w14:textId="77777777" w:rsidR="00A01238" w:rsidRDefault="000F19CD">
            <w:pPr>
              <w:spacing w:line="240" w:lineRule="auto"/>
              <w:jc w:val="right"/>
            </w:pPr>
            <w:r>
              <w:t>Titolo di studio richiesto dall’avviso</w:t>
            </w:r>
          </w:p>
          <w:p w14:paraId="367DAB94" w14:textId="77777777" w:rsidR="00A01238" w:rsidRDefault="000F19CD">
            <w:pPr>
              <w:spacing w:line="240" w:lineRule="auto"/>
              <w:jc w:val="right"/>
            </w:pPr>
            <w:r>
              <w:t>come requisito minimo di ammissione</w:t>
            </w:r>
          </w:p>
        </w:tc>
        <w:tc>
          <w:tcPr>
            <w:tcW w:w="7631" w:type="dxa"/>
            <w:tcMar>
              <w:top w:w="80" w:type="dxa"/>
              <w:left w:w="80" w:type="dxa"/>
              <w:bottom w:w="60" w:type="dxa"/>
              <w:right w:w="70" w:type="dxa"/>
            </w:tcMar>
            <w:vAlign w:val="center"/>
          </w:tcPr>
          <w:p w14:paraId="0E2C2CAD" w14:textId="77777777" w:rsidR="00A01238" w:rsidRDefault="000F19CD">
            <w:pPr>
              <w:spacing w:line="240" w:lineRule="auto"/>
            </w:pPr>
            <w:r>
              <w:t>Diploma di scuola secondaria di 1° grado</w:t>
            </w:r>
          </w:p>
        </w:tc>
      </w:tr>
    </w:tbl>
    <w:p w14:paraId="47EBCCB7" w14:textId="77777777" w:rsidR="00A01238" w:rsidRDefault="000F19CD">
      <w:pPr>
        <w:spacing w:line="408" w:lineRule="exact"/>
      </w:pPr>
      <w:r>
        <w:rPr>
          <w:sz w:val="2"/>
        </w:rPr>
        <w:t xml:space="preserve"> </w:t>
      </w:r>
    </w:p>
    <w:p w14:paraId="3C19750D" w14:textId="77777777" w:rsidR="00A01238" w:rsidRDefault="000F19CD">
      <w:pPr>
        <w:spacing w:after="60" w:line="240" w:lineRule="exact"/>
      </w:pPr>
      <w:r>
        <w:rPr>
          <w:b/>
          <w:sz w:val="20"/>
        </w:rPr>
        <w:t>1)    ESPERIENZE PROFESSIONALI/LAVORATIVE</w:t>
      </w:r>
    </w:p>
    <w:tbl>
      <w:tblPr>
        <w:tblW w:w="0" w:type="auto"/>
        <w:jc w:val="center"/>
        <w:tblBorders>
          <w:top w:val="single" w:sz="4" w:space="0" w:color="858585"/>
          <w:left w:val="single" w:sz="4" w:space="0" w:color="858585"/>
          <w:bottom w:val="single" w:sz="4" w:space="0" w:color="858585"/>
          <w:right w:val="single" w:sz="4" w:space="0" w:color="858585"/>
          <w:insideH w:val="single" w:sz="4" w:space="0" w:color="858585"/>
          <w:insideV w:val="single" w:sz="4" w:space="0" w:color="858585"/>
        </w:tblBorders>
        <w:tblLayout w:type="fixed"/>
        <w:tblLook w:val="04A0" w:firstRow="1" w:lastRow="0" w:firstColumn="1" w:lastColumn="0" w:noHBand="0" w:noVBand="1"/>
      </w:tblPr>
      <w:tblGrid>
        <w:gridCol w:w="3118"/>
        <w:gridCol w:w="7631"/>
      </w:tblGrid>
      <w:tr w:rsidR="00A01238" w14:paraId="4CE4BB21" w14:textId="77777777">
        <w:trPr>
          <w:trHeight w:hRule="exact" w:val="2392"/>
          <w:jc w:val="center"/>
        </w:trPr>
        <w:tc>
          <w:tcPr>
            <w:tcW w:w="3118" w:type="dxa"/>
            <w:vMerge w:val="restart"/>
            <w:tcMar>
              <w:top w:w="80" w:type="dxa"/>
              <w:left w:w="80" w:type="dxa"/>
              <w:bottom w:w="60" w:type="dxa"/>
              <w:right w:w="70" w:type="dxa"/>
            </w:tcMar>
          </w:tcPr>
          <w:p w14:paraId="37AC5521" w14:textId="77777777" w:rsidR="00A01238" w:rsidRDefault="000F19CD">
            <w:pPr>
              <w:spacing w:line="240" w:lineRule="auto"/>
            </w:pPr>
            <w:r>
              <w:rPr>
                <w:b/>
              </w:rPr>
              <w:t>Esperienze        professionali</w:t>
            </w:r>
          </w:p>
          <w:p w14:paraId="694AB1EC" w14:textId="77777777" w:rsidR="00A01238" w:rsidRDefault="000F19CD">
            <w:pPr>
              <w:spacing w:line="240" w:lineRule="auto"/>
            </w:pPr>
            <w:r>
              <w:rPr>
                <w:b/>
              </w:rPr>
              <w:t>lavorative</w:t>
            </w:r>
          </w:p>
        </w:tc>
        <w:tc>
          <w:tcPr>
            <w:tcW w:w="7631" w:type="dxa"/>
            <w:tcMar>
              <w:top w:w="80" w:type="dxa"/>
              <w:left w:w="80" w:type="dxa"/>
              <w:bottom w:w="60" w:type="dxa"/>
              <w:right w:w="70" w:type="dxa"/>
            </w:tcMar>
          </w:tcPr>
          <w:p w14:paraId="719889E4" w14:textId="77777777" w:rsidR="00A01238" w:rsidRDefault="000F19CD">
            <w:pPr>
              <w:spacing w:line="240" w:lineRule="auto"/>
            </w:pPr>
            <w:r>
              <w:t>Dal: gg/mm/aa</w:t>
            </w:r>
          </w:p>
          <w:p w14:paraId="03EEE3E5" w14:textId="77777777" w:rsidR="00A01238" w:rsidRDefault="00A01238">
            <w:pPr>
              <w:spacing w:line="240" w:lineRule="auto"/>
            </w:pPr>
          </w:p>
          <w:p w14:paraId="7EA9899A" w14:textId="77777777" w:rsidR="00A01238" w:rsidRDefault="000F19CD">
            <w:pPr>
              <w:spacing w:line="240" w:lineRule="auto"/>
            </w:pPr>
            <w:r>
              <w:t>Al: gg/mm/aa</w:t>
            </w:r>
          </w:p>
          <w:p w14:paraId="4910C8BD" w14:textId="77777777" w:rsidR="00A01238" w:rsidRDefault="00A01238">
            <w:pPr>
              <w:spacing w:line="240" w:lineRule="auto"/>
            </w:pPr>
          </w:p>
          <w:p w14:paraId="23F1D4CD" w14:textId="77777777" w:rsidR="00A01238" w:rsidRDefault="000F19CD">
            <w:pPr>
              <w:spacing w:line="240" w:lineRule="auto"/>
            </w:pPr>
            <w:r>
              <w:t xml:space="preserve">Presso </w:t>
            </w:r>
            <w:r>
              <w:t>(Ente/Azienda conferente): __________________________________________</w:t>
            </w:r>
          </w:p>
          <w:p w14:paraId="0F7D83A8" w14:textId="77777777" w:rsidR="00A01238" w:rsidRDefault="00A01238">
            <w:pPr>
              <w:spacing w:line="240" w:lineRule="auto"/>
            </w:pPr>
          </w:p>
          <w:p w14:paraId="5D308CEF" w14:textId="77777777" w:rsidR="00A01238" w:rsidRDefault="000F19CD">
            <w:pPr>
              <w:spacing w:line="240" w:lineRule="auto"/>
            </w:pPr>
            <w:r>
              <w:t>Oggetto dell’attività: _____________________________________________________</w:t>
            </w:r>
          </w:p>
          <w:p w14:paraId="2A9BA2EA" w14:textId="77777777" w:rsidR="00A01238" w:rsidRDefault="000F19CD">
            <w:pPr>
              <w:spacing w:line="240" w:lineRule="auto"/>
            </w:pPr>
            <w:r>
              <w:t xml:space="preserve">                         _____________________________________________________</w:t>
            </w:r>
          </w:p>
          <w:p w14:paraId="2FC5A8AD" w14:textId="77777777" w:rsidR="00A01238" w:rsidRDefault="000F19CD">
            <w:pPr>
              <w:spacing w:line="240" w:lineRule="auto"/>
            </w:pPr>
            <w:r>
              <w:t xml:space="preserve">                         ____</w:t>
            </w:r>
            <w:r>
              <w:t>_________________________________________________</w:t>
            </w:r>
          </w:p>
        </w:tc>
      </w:tr>
      <w:tr w:rsidR="00A01238" w14:paraId="73739AFA" w14:textId="77777777">
        <w:trPr>
          <w:trHeight w:hRule="exact" w:val="2296"/>
          <w:jc w:val="center"/>
        </w:trPr>
        <w:tc>
          <w:tcPr>
            <w:tcW w:w="3118" w:type="dxa"/>
            <w:vMerge/>
            <w:tcMar>
              <w:top w:w="80" w:type="dxa"/>
              <w:left w:w="80" w:type="dxa"/>
              <w:bottom w:w="60" w:type="dxa"/>
              <w:right w:w="70" w:type="dxa"/>
            </w:tcMar>
          </w:tcPr>
          <w:p w14:paraId="7DEBC95C" w14:textId="77777777" w:rsidR="00A01238" w:rsidRDefault="00A01238"/>
        </w:tc>
        <w:tc>
          <w:tcPr>
            <w:tcW w:w="7631" w:type="dxa"/>
            <w:tcMar>
              <w:top w:w="80" w:type="dxa"/>
              <w:left w:w="80" w:type="dxa"/>
              <w:bottom w:w="60" w:type="dxa"/>
              <w:right w:w="70" w:type="dxa"/>
            </w:tcMar>
          </w:tcPr>
          <w:p w14:paraId="5998CF99" w14:textId="77777777" w:rsidR="00A01238" w:rsidRDefault="000F19CD">
            <w:pPr>
              <w:spacing w:line="240" w:lineRule="auto"/>
            </w:pPr>
            <w:r>
              <w:t>Dal: gg/mm/aa</w:t>
            </w:r>
          </w:p>
          <w:p w14:paraId="5661001D" w14:textId="77777777" w:rsidR="00A01238" w:rsidRDefault="00A01238">
            <w:pPr>
              <w:spacing w:line="240" w:lineRule="auto"/>
            </w:pPr>
          </w:p>
          <w:p w14:paraId="624E4913" w14:textId="77777777" w:rsidR="00A01238" w:rsidRDefault="000F19CD">
            <w:pPr>
              <w:spacing w:line="240" w:lineRule="auto"/>
            </w:pPr>
            <w:r>
              <w:t>Al: gg/mm/aa</w:t>
            </w:r>
          </w:p>
          <w:p w14:paraId="7056575C" w14:textId="77777777" w:rsidR="00A01238" w:rsidRDefault="00A01238">
            <w:pPr>
              <w:spacing w:line="240" w:lineRule="auto"/>
            </w:pPr>
          </w:p>
          <w:p w14:paraId="3B624F1F" w14:textId="77777777" w:rsidR="00A01238" w:rsidRDefault="000F19CD">
            <w:pPr>
              <w:spacing w:line="240" w:lineRule="auto"/>
            </w:pPr>
            <w:r>
              <w:t>Presso (Ente/Azienda conferente): __________________________________________</w:t>
            </w:r>
          </w:p>
          <w:p w14:paraId="458224EA" w14:textId="77777777" w:rsidR="00A01238" w:rsidRDefault="00A01238">
            <w:pPr>
              <w:spacing w:line="240" w:lineRule="auto"/>
            </w:pPr>
          </w:p>
          <w:p w14:paraId="2CCEF7E1" w14:textId="77777777" w:rsidR="00A01238" w:rsidRDefault="000F19CD">
            <w:pPr>
              <w:spacing w:line="240" w:lineRule="auto"/>
            </w:pPr>
            <w:r>
              <w:t>Oggetto dell’attività: _____________________________________________________</w:t>
            </w:r>
          </w:p>
          <w:p w14:paraId="1B084889" w14:textId="77777777" w:rsidR="00A01238" w:rsidRDefault="000F19CD">
            <w:pPr>
              <w:spacing w:line="240" w:lineRule="auto"/>
            </w:pPr>
            <w:r>
              <w:t xml:space="preserve">                         _____________________________________________________</w:t>
            </w:r>
          </w:p>
          <w:p w14:paraId="27D3626C" w14:textId="77777777" w:rsidR="00A01238" w:rsidRDefault="000F19CD">
            <w:pPr>
              <w:spacing w:line="240" w:lineRule="auto"/>
            </w:pPr>
            <w:r>
              <w:t xml:space="preserve">                         _____________________________________________________</w:t>
            </w:r>
          </w:p>
        </w:tc>
      </w:tr>
    </w:tbl>
    <w:p w14:paraId="350D6F8B" w14:textId="77777777" w:rsidR="00A01238" w:rsidRDefault="000F19CD">
      <w:r>
        <w:br w:type="page"/>
      </w:r>
    </w:p>
    <w:p w14:paraId="5F7CF1C0" w14:textId="77777777" w:rsidR="00A01238" w:rsidRDefault="000F19CD">
      <w:pPr>
        <w:spacing w:line="320" w:lineRule="exact"/>
        <w:jc w:val="center"/>
      </w:pPr>
      <w:r>
        <w:rPr>
          <w:b/>
          <w:sz w:val="28"/>
        </w:rPr>
        <w:lastRenderedPageBreak/>
        <w:t>ENERGIE COMUNI S.R.L.</w:t>
      </w:r>
    </w:p>
    <w:p w14:paraId="57532CD0" w14:textId="77777777" w:rsidR="00A01238" w:rsidRDefault="000F19CD">
      <w:pPr>
        <w:spacing w:line="190" w:lineRule="exact"/>
        <w:jc w:val="center"/>
      </w:pPr>
      <w:r>
        <w:rPr>
          <w:b/>
          <w:sz w:val="18"/>
        </w:rPr>
        <w:t>AVVISO PUBBLICO</w:t>
      </w:r>
    </w:p>
    <w:p w14:paraId="2CEB0E24" w14:textId="77777777" w:rsidR="00A01238" w:rsidRDefault="000F19CD">
      <w:pPr>
        <w:spacing w:line="200" w:lineRule="exact"/>
        <w:jc w:val="center"/>
      </w:pPr>
      <w:r>
        <w:rPr>
          <w:b/>
          <w:sz w:val="17"/>
        </w:rPr>
        <w:t xml:space="preserve">PER L’ASSUNZIONE DI UN OPERAIO QUALIFICATO NEL RUOLO DI </w:t>
      </w:r>
      <w:r>
        <w:rPr>
          <w:b/>
          <w:sz w:val="17"/>
        </w:rPr>
        <w:t>AUTISTA</w:t>
      </w:r>
    </w:p>
    <w:p w14:paraId="508A481B" w14:textId="77777777" w:rsidR="00A01238" w:rsidRDefault="000F19CD">
      <w:pPr>
        <w:spacing w:line="380" w:lineRule="exact"/>
      </w:pPr>
      <w:r>
        <w:rPr>
          <w:sz w:val="2"/>
        </w:rPr>
        <w:t xml:space="preserve"> </w:t>
      </w:r>
    </w:p>
    <w:p w14:paraId="63FD0328" w14:textId="77777777" w:rsidR="00A01238" w:rsidRDefault="000F19CD">
      <w:pPr>
        <w:spacing w:line="220" w:lineRule="exact"/>
        <w:jc w:val="center"/>
      </w:pPr>
      <w:r>
        <w:rPr>
          <w:b/>
          <w:sz w:val="17"/>
        </w:rPr>
        <w:t>ALLEGATO B – CURRICULUM SINTETICO FORMATIVO - PROFESSIONALE</w:t>
      </w:r>
    </w:p>
    <w:p w14:paraId="7C6EFD14" w14:textId="77777777" w:rsidR="00A01238" w:rsidRDefault="000F19CD">
      <w:pPr>
        <w:spacing w:line="539" w:lineRule="exact"/>
      </w:pPr>
      <w:r>
        <w:rPr>
          <w:sz w:val="2"/>
        </w:rPr>
        <w:t xml:space="preserve"> </w:t>
      </w:r>
    </w:p>
    <w:tbl>
      <w:tblPr>
        <w:tblW w:w="0" w:type="auto"/>
        <w:jc w:val="center"/>
        <w:tblBorders>
          <w:top w:val="single" w:sz="4" w:space="0" w:color="858585"/>
          <w:left w:val="single" w:sz="4" w:space="0" w:color="858585"/>
          <w:bottom w:val="single" w:sz="4" w:space="0" w:color="858585"/>
          <w:right w:val="single" w:sz="4" w:space="0" w:color="858585"/>
          <w:insideH w:val="single" w:sz="4" w:space="0" w:color="858585"/>
          <w:insideV w:val="single" w:sz="4" w:space="0" w:color="858585"/>
        </w:tblBorders>
        <w:tblLayout w:type="fixed"/>
        <w:tblLook w:val="04A0" w:firstRow="1" w:lastRow="0" w:firstColumn="1" w:lastColumn="0" w:noHBand="0" w:noVBand="1"/>
      </w:tblPr>
      <w:tblGrid>
        <w:gridCol w:w="3118"/>
        <w:gridCol w:w="7631"/>
      </w:tblGrid>
      <w:tr w:rsidR="00A01238" w14:paraId="189E369F" w14:textId="77777777">
        <w:trPr>
          <w:trHeight w:hRule="exact" w:val="2296"/>
          <w:jc w:val="center"/>
        </w:trPr>
        <w:tc>
          <w:tcPr>
            <w:tcW w:w="3118" w:type="dxa"/>
            <w:vMerge w:val="restart"/>
            <w:tcMar>
              <w:top w:w="80" w:type="dxa"/>
              <w:left w:w="80" w:type="dxa"/>
              <w:bottom w:w="60" w:type="dxa"/>
              <w:right w:w="70" w:type="dxa"/>
            </w:tcMar>
          </w:tcPr>
          <w:p w14:paraId="48EFE984" w14:textId="77777777" w:rsidR="00A01238" w:rsidRDefault="00A01238"/>
        </w:tc>
        <w:tc>
          <w:tcPr>
            <w:tcW w:w="7631" w:type="dxa"/>
            <w:tcMar>
              <w:top w:w="80" w:type="dxa"/>
              <w:left w:w="80" w:type="dxa"/>
              <w:bottom w:w="60" w:type="dxa"/>
              <w:right w:w="70" w:type="dxa"/>
            </w:tcMar>
          </w:tcPr>
          <w:p w14:paraId="36DE5388" w14:textId="77777777" w:rsidR="00A01238" w:rsidRDefault="000F19CD">
            <w:pPr>
              <w:spacing w:line="240" w:lineRule="auto"/>
            </w:pPr>
            <w:r>
              <w:t>Dal: gg/mm/aa</w:t>
            </w:r>
          </w:p>
          <w:p w14:paraId="0A375570" w14:textId="77777777" w:rsidR="00A01238" w:rsidRDefault="00A01238">
            <w:pPr>
              <w:spacing w:line="240" w:lineRule="auto"/>
            </w:pPr>
          </w:p>
          <w:p w14:paraId="07D552AD" w14:textId="77777777" w:rsidR="00A01238" w:rsidRDefault="000F19CD">
            <w:pPr>
              <w:spacing w:line="240" w:lineRule="auto"/>
            </w:pPr>
            <w:r>
              <w:t>Al: gg/mm/aa</w:t>
            </w:r>
          </w:p>
          <w:p w14:paraId="1DD1780A" w14:textId="77777777" w:rsidR="00A01238" w:rsidRDefault="00A01238">
            <w:pPr>
              <w:spacing w:line="240" w:lineRule="auto"/>
            </w:pPr>
          </w:p>
          <w:p w14:paraId="07F6CC29" w14:textId="77777777" w:rsidR="00A01238" w:rsidRDefault="000F19CD">
            <w:pPr>
              <w:spacing w:line="240" w:lineRule="auto"/>
            </w:pPr>
            <w:r>
              <w:t>Presso (Ente/Azienda conferente): __________________________________________</w:t>
            </w:r>
          </w:p>
          <w:p w14:paraId="22030109" w14:textId="77777777" w:rsidR="00A01238" w:rsidRDefault="00A01238">
            <w:pPr>
              <w:spacing w:line="240" w:lineRule="auto"/>
            </w:pPr>
          </w:p>
          <w:p w14:paraId="684B7C53" w14:textId="77777777" w:rsidR="00A01238" w:rsidRDefault="000F19CD">
            <w:pPr>
              <w:spacing w:line="240" w:lineRule="auto"/>
            </w:pPr>
            <w:r>
              <w:t>Oggetto dell’attività: _____________________________________________________</w:t>
            </w:r>
          </w:p>
          <w:p w14:paraId="32ED75FD" w14:textId="77777777" w:rsidR="00A01238" w:rsidRDefault="000F19CD">
            <w:pPr>
              <w:spacing w:line="240" w:lineRule="auto"/>
            </w:pPr>
            <w:r>
              <w:t xml:space="preserve">                         _____________________________________________________</w:t>
            </w:r>
          </w:p>
          <w:p w14:paraId="5AD42BB9" w14:textId="77777777" w:rsidR="00A01238" w:rsidRDefault="000F19CD">
            <w:pPr>
              <w:spacing w:line="240" w:lineRule="auto"/>
            </w:pPr>
            <w:r>
              <w:t xml:space="preserve">                         _____________________________________________________</w:t>
            </w:r>
          </w:p>
        </w:tc>
      </w:tr>
      <w:tr w:rsidR="00A01238" w14:paraId="0A3B19B1" w14:textId="77777777">
        <w:trPr>
          <w:trHeight w:hRule="exact" w:val="2296"/>
          <w:jc w:val="center"/>
        </w:trPr>
        <w:tc>
          <w:tcPr>
            <w:tcW w:w="3118" w:type="dxa"/>
            <w:vMerge/>
            <w:tcMar>
              <w:top w:w="80" w:type="dxa"/>
              <w:left w:w="80" w:type="dxa"/>
              <w:bottom w:w="60" w:type="dxa"/>
              <w:right w:w="70" w:type="dxa"/>
            </w:tcMar>
          </w:tcPr>
          <w:p w14:paraId="08A22025" w14:textId="77777777" w:rsidR="00A01238" w:rsidRDefault="00A01238"/>
        </w:tc>
        <w:tc>
          <w:tcPr>
            <w:tcW w:w="7631" w:type="dxa"/>
            <w:tcMar>
              <w:top w:w="80" w:type="dxa"/>
              <w:left w:w="80" w:type="dxa"/>
              <w:bottom w:w="60" w:type="dxa"/>
              <w:right w:w="70" w:type="dxa"/>
            </w:tcMar>
          </w:tcPr>
          <w:p w14:paraId="4EB7EFA0" w14:textId="77777777" w:rsidR="00A01238" w:rsidRDefault="000F19CD">
            <w:pPr>
              <w:spacing w:line="240" w:lineRule="auto"/>
            </w:pPr>
            <w:r>
              <w:t>Dal: gg/mm/aa</w:t>
            </w:r>
          </w:p>
          <w:p w14:paraId="0170B235" w14:textId="77777777" w:rsidR="00A01238" w:rsidRDefault="00A01238">
            <w:pPr>
              <w:spacing w:line="240" w:lineRule="auto"/>
            </w:pPr>
          </w:p>
          <w:p w14:paraId="5B715001" w14:textId="77777777" w:rsidR="00A01238" w:rsidRDefault="000F19CD">
            <w:pPr>
              <w:spacing w:line="240" w:lineRule="auto"/>
            </w:pPr>
            <w:r>
              <w:t>Al: gg/mm/aa</w:t>
            </w:r>
          </w:p>
          <w:p w14:paraId="25170B69" w14:textId="77777777" w:rsidR="00A01238" w:rsidRDefault="00A01238">
            <w:pPr>
              <w:spacing w:line="240" w:lineRule="auto"/>
            </w:pPr>
          </w:p>
          <w:p w14:paraId="001D804F" w14:textId="77777777" w:rsidR="00A01238" w:rsidRDefault="000F19CD">
            <w:pPr>
              <w:spacing w:line="240" w:lineRule="auto"/>
            </w:pPr>
            <w:r>
              <w:t>Presso (Ente/Azienda conferente): ________________________________</w:t>
            </w:r>
            <w:r>
              <w:t>__________</w:t>
            </w:r>
          </w:p>
          <w:p w14:paraId="06CFFCEB" w14:textId="77777777" w:rsidR="00A01238" w:rsidRDefault="00A01238">
            <w:pPr>
              <w:spacing w:line="240" w:lineRule="auto"/>
            </w:pPr>
          </w:p>
          <w:p w14:paraId="742668E9" w14:textId="77777777" w:rsidR="00A01238" w:rsidRDefault="000F19CD">
            <w:pPr>
              <w:spacing w:line="240" w:lineRule="auto"/>
            </w:pPr>
            <w:r>
              <w:t>Oggetto dell’attività: _____________________________________________________</w:t>
            </w:r>
          </w:p>
          <w:p w14:paraId="00939AF1" w14:textId="77777777" w:rsidR="00A01238" w:rsidRDefault="000F19CD">
            <w:pPr>
              <w:spacing w:line="240" w:lineRule="auto"/>
            </w:pPr>
            <w:r>
              <w:t xml:space="preserve">                         _____________________________________________________</w:t>
            </w:r>
          </w:p>
          <w:p w14:paraId="39ABADE6" w14:textId="77777777" w:rsidR="00A01238" w:rsidRDefault="000F19CD">
            <w:pPr>
              <w:spacing w:line="240" w:lineRule="auto"/>
            </w:pPr>
            <w:r>
              <w:t xml:space="preserve">                         _____________________________________________________</w:t>
            </w:r>
          </w:p>
        </w:tc>
      </w:tr>
      <w:tr w:rsidR="00A01238" w14:paraId="1E312C17" w14:textId="77777777">
        <w:trPr>
          <w:trHeight w:hRule="exact" w:val="2296"/>
          <w:jc w:val="center"/>
        </w:trPr>
        <w:tc>
          <w:tcPr>
            <w:tcW w:w="3118" w:type="dxa"/>
            <w:vMerge/>
            <w:tcMar>
              <w:top w:w="80" w:type="dxa"/>
              <w:left w:w="80" w:type="dxa"/>
              <w:bottom w:w="60" w:type="dxa"/>
              <w:right w:w="70" w:type="dxa"/>
            </w:tcMar>
          </w:tcPr>
          <w:p w14:paraId="18553EAB" w14:textId="77777777" w:rsidR="00A01238" w:rsidRDefault="00A01238"/>
        </w:tc>
        <w:tc>
          <w:tcPr>
            <w:tcW w:w="7631" w:type="dxa"/>
            <w:tcMar>
              <w:top w:w="80" w:type="dxa"/>
              <w:left w:w="80" w:type="dxa"/>
              <w:bottom w:w="60" w:type="dxa"/>
              <w:right w:w="70" w:type="dxa"/>
            </w:tcMar>
          </w:tcPr>
          <w:p w14:paraId="1951F5C6" w14:textId="77777777" w:rsidR="00A01238" w:rsidRDefault="000F19CD">
            <w:pPr>
              <w:spacing w:line="240" w:lineRule="auto"/>
            </w:pPr>
            <w:r>
              <w:t xml:space="preserve">Dal: </w:t>
            </w:r>
            <w:r>
              <w:t>gg/mm/aa</w:t>
            </w:r>
          </w:p>
          <w:p w14:paraId="784E63A0" w14:textId="77777777" w:rsidR="00A01238" w:rsidRDefault="00A01238">
            <w:pPr>
              <w:spacing w:line="240" w:lineRule="auto"/>
            </w:pPr>
          </w:p>
          <w:p w14:paraId="7250E1E4" w14:textId="77777777" w:rsidR="00A01238" w:rsidRDefault="000F19CD">
            <w:pPr>
              <w:spacing w:line="240" w:lineRule="auto"/>
            </w:pPr>
            <w:r>
              <w:t>Al: gg/mm/aa</w:t>
            </w:r>
          </w:p>
          <w:p w14:paraId="23F6CFE8" w14:textId="77777777" w:rsidR="00A01238" w:rsidRDefault="00A01238">
            <w:pPr>
              <w:spacing w:line="240" w:lineRule="auto"/>
            </w:pPr>
          </w:p>
          <w:p w14:paraId="4E92B64C" w14:textId="77777777" w:rsidR="00A01238" w:rsidRDefault="000F19CD">
            <w:pPr>
              <w:spacing w:line="240" w:lineRule="auto"/>
            </w:pPr>
            <w:r>
              <w:t>Presso (Ente/Azienda conferente): __________________________________________</w:t>
            </w:r>
          </w:p>
          <w:p w14:paraId="6D68523B" w14:textId="77777777" w:rsidR="00A01238" w:rsidRDefault="00A01238">
            <w:pPr>
              <w:spacing w:line="240" w:lineRule="auto"/>
            </w:pPr>
          </w:p>
          <w:p w14:paraId="56278C5B" w14:textId="77777777" w:rsidR="00A01238" w:rsidRDefault="000F19CD">
            <w:pPr>
              <w:spacing w:line="240" w:lineRule="auto"/>
            </w:pPr>
            <w:r>
              <w:t>Oggetto dell’attività: _____________________________________________________</w:t>
            </w:r>
          </w:p>
          <w:p w14:paraId="464060B1" w14:textId="77777777" w:rsidR="00A01238" w:rsidRDefault="000F19CD">
            <w:pPr>
              <w:spacing w:line="240" w:lineRule="auto"/>
            </w:pPr>
            <w:r>
              <w:t xml:space="preserve">                         ____________________________________________________</w:t>
            </w:r>
            <w:r>
              <w:t>_</w:t>
            </w:r>
          </w:p>
          <w:p w14:paraId="2ECA33C7" w14:textId="77777777" w:rsidR="00A01238" w:rsidRDefault="000F19CD">
            <w:pPr>
              <w:spacing w:line="240" w:lineRule="auto"/>
            </w:pPr>
            <w:r>
              <w:t xml:space="preserve">                         _____________________________________________________</w:t>
            </w:r>
          </w:p>
        </w:tc>
      </w:tr>
    </w:tbl>
    <w:p w14:paraId="5F753D2E" w14:textId="77777777" w:rsidR="00A01238" w:rsidRDefault="000F19CD">
      <w:pPr>
        <w:spacing w:line="351" w:lineRule="exact"/>
      </w:pPr>
      <w:r>
        <w:rPr>
          <w:sz w:val="2"/>
        </w:rPr>
        <w:t xml:space="preserve"> </w:t>
      </w:r>
    </w:p>
    <w:p w14:paraId="2FB8EAD9" w14:textId="77777777" w:rsidR="00A01238" w:rsidRDefault="000F19CD">
      <w:pPr>
        <w:spacing w:after="60" w:line="240" w:lineRule="exact"/>
      </w:pPr>
      <w:r>
        <w:rPr>
          <w:b/>
          <w:sz w:val="20"/>
        </w:rPr>
        <w:t>2)    POSSESSO DI PATENTI DI GUIDA E QUALIFICAZIONI ABILITATIVE</w:t>
      </w:r>
    </w:p>
    <w:tbl>
      <w:tblPr>
        <w:tblW w:w="0" w:type="auto"/>
        <w:jc w:val="center"/>
        <w:tblBorders>
          <w:top w:val="single" w:sz="4" w:space="0" w:color="858585"/>
          <w:left w:val="single" w:sz="4" w:space="0" w:color="858585"/>
          <w:bottom w:val="single" w:sz="4" w:space="0" w:color="858585"/>
          <w:right w:val="single" w:sz="4" w:space="0" w:color="858585"/>
          <w:insideH w:val="single" w:sz="4" w:space="0" w:color="858585"/>
          <w:insideV w:val="single" w:sz="4" w:space="0" w:color="858585"/>
        </w:tblBorders>
        <w:tblLayout w:type="fixed"/>
        <w:tblLook w:val="04A0" w:firstRow="1" w:lastRow="0" w:firstColumn="1" w:lastColumn="0" w:noHBand="0" w:noVBand="1"/>
      </w:tblPr>
      <w:tblGrid>
        <w:gridCol w:w="3118"/>
        <w:gridCol w:w="7631"/>
      </w:tblGrid>
      <w:tr w:rsidR="00A01238" w14:paraId="2153FC39" w14:textId="77777777">
        <w:trPr>
          <w:trHeight w:hRule="exact" w:val="3940"/>
          <w:jc w:val="center"/>
        </w:trPr>
        <w:tc>
          <w:tcPr>
            <w:tcW w:w="3118" w:type="dxa"/>
            <w:tcMar>
              <w:top w:w="80" w:type="dxa"/>
              <w:left w:w="80" w:type="dxa"/>
              <w:bottom w:w="60" w:type="dxa"/>
              <w:right w:w="70" w:type="dxa"/>
            </w:tcMar>
          </w:tcPr>
          <w:p w14:paraId="64165834" w14:textId="77777777" w:rsidR="00A01238" w:rsidRDefault="000F19CD">
            <w:pPr>
              <w:spacing w:line="240" w:lineRule="auto"/>
            </w:pPr>
            <w:r>
              <w:rPr>
                <w:b/>
              </w:rPr>
              <w:t>Patenti      e/o      qualificazioni</w:t>
            </w:r>
          </w:p>
          <w:p w14:paraId="4842A6C5" w14:textId="77777777" w:rsidR="00A01238" w:rsidRDefault="000F19CD">
            <w:pPr>
              <w:spacing w:line="240" w:lineRule="auto"/>
            </w:pPr>
            <w:r>
              <w:rPr>
                <w:b/>
              </w:rPr>
              <w:t>abilitative possedute</w:t>
            </w:r>
          </w:p>
        </w:tc>
        <w:tc>
          <w:tcPr>
            <w:tcW w:w="7631" w:type="dxa"/>
            <w:tcMar>
              <w:top w:w="80" w:type="dxa"/>
              <w:left w:w="80" w:type="dxa"/>
              <w:bottom w:w="60" w:type="dxa"/>
              <w:right w:w="70" w:type="dxa"/>
            </w:tcMar>
          </w:tcPr>
          <w:p w14:paraId="4004B247" w14:textId="77777777" w:rsidR="00A01238" w:rsidRDefault="000F19CD">
            <w:pPr>
              <w:spacing w:line="240" w:lineRule="auto"/>
            </w:pPr>
            <w:r>
              <w:t xml:space="preserve">a)    Patente tipo ________________, n. </w:t>
            </w:r>
            <w:r>
              <w:t>__________, rilasciata da _____________</w:t>
            </w:r>
          </w:p>
          <w:p w14:paraId="0F38180D" w14:textId="77777777" w:rsidR="00A01238" w:rsidRDefault="000F19CD">
            <w:pPr>
              <w:spacing w:line="240" w:lineRule="auto"/>
            </w:pPr>
            <w:r>
              <w:t xml:space="preserve">       Il __________________;</w:t>
            </w:r>
          </w:p>
          <w:p w14:paraId="75FF5E6C" w14:textId="77777777" w:rsidR="00A01238" w:rsidRDefault="00A01238">
            <w:pPr>
              <w:spacing w:line="240" w:lineRule="auto"/>
            </w:pPr>
            <w:bookmarkStart w:id="0" w:name="_GoBack"/>
            <w:bookmarkEnd w:id="0"/>
          </w:p>
          <w:p w14:paraId="60D63BCF" w14:textId="77777777" w:rsidR="00A01238" w:rsidRDefault="000F19CD">
            <w:pPr>
              <w:spacing w:line="240" w:lineRule="auto"/>
            </w:pPr>
            <w:r>
              <w:t>b)    Patente tipo ________________, n. __________, rilasciata da _____________</w:t>
            </w:r>
          </w:p>
          <w:p w14:paraId="15C167AB" w14:textId="77777777" w:rsidR="00A01238" w:rsidRDefault="000F19CD">
            <w:pPr>
              <w:spacing w:line="240" w:lineRule="auto"/>
            </w:pPr>
            <w:r>
              <w:t xml:space="preserve">       Il __________________;</w:t>
            </w:r>
          </w:p>
          <w:p w14:paraId="37B2BB13" w14:textId="77777777" w:rsidR="00A01238" w:rsidRDefault="00A01238">
            <w:pPr>
              <w:spacing w:line="240" w:lineRule="auto"/>
            </w:pPr>
          </w:p>
          <w:p w14:paraId="5EBFAB55" w14:textId="77777777" w:rsidR="00A01238" w:rsidRDefault="000F19CD">
            <w:pPr>
              <w:spacing w:line="240" w:lineRule="auto"/>
            </w:pPr>
            <w:r>
              <w:t>c)    Patente tipo ________________, n. __________, rilasciata da ________</w:t>
            </w:r>
            <w:r>
              <w:t>_____</w:t>
            </w:r>
          </w:p>
          <w:p w14:paraId="7A1CB723" w14:textId="77777777" w:rsidR="00A01238" w:rsidRDefault="000F19CD">
            <w:pPr>
              <w:spacing w:line="240" w:lineRule="auto"/>
            </w:pPr>
            <w:r>
              <w:t xml:space="preserve">       Il __________________;</w:t>
            </w:r>
          </w:p>
          <w:p w14:paraId="3AAAC30F" w14:textId="77777777" w:rsidR="00A01238" w:rsidRDefault="00A01238">
            <w:pPr>
              <w:spacing w:line="240" w:lineRule="auto"/>
            </w:pPr>
          </w:p>
          <w:p w14:paraId="4409EE57" w14:textId="77777777" w:rsidR="00A01238" w:rsidRDefault="000F19CD">
            <w:pPr>
              <w:spacing w:line="240" w:lineRule="auto"/>
            </w:pPr>
            <w:r>
              <w:t>d)    Qualificazione tipo ___________________________, n. __________, rilasciata</w:t>
            </w:r>
          </w:p>
          <w:p w14:paraId="4C095BEB" w14:textId="77777777" w:rsidR="00A01238" w:rsidRDefault="000F19CD">
            <w:pPr>
              <w:spacing w:line="240" w:lineRule="auto"/>
            </w:pPr>
            <w:r>
              <w:t xml:space="preserve">       da _________________ Il __________________;</w:t>
            </w:r>
          </w:p>
          <w:p w14:paraId="1E1817D2" w14:textId="77777777" w:rsidR="00A01238" w:rsidRDefault="00A01238">
            <w:pPr>
              <w:spacing w:line="240" w:lineRule="auto"/>
            </w:pPr>
          </w:p>
          <w:p w14:paraId="1D5697C7" w14:textId="77777777" w:rsidR="00A01238" w:rsidRDefault="000F19CD">
            <w:pPr>
              <w:spacing w:line="240" w:lineRule="auto"/>
            </w:pPr>
            <w:r>
              <w:t xml:space="preserve">       Qualificazione tipo ___________________________, n. __________, rilasciata</w:t>
            </w:r>
          </w:p>
          <w:p w14:paraId="1E096185" w14:textId="77777777" w:rsidR="00A01238" w:rsidRDefault="000F19CD">
            <w:pPr>
              <w:spacing w:line="240" w:lineRule="auto"/>
            </w:pPr>
            <w:r>
              <w:t xml:space="preserve">       da _________________ Il __________________;</w:t>
            </w:r>
          </w:p>
          <w:p w14:paraId="68EEF5F1" w14:textId="77777777" w:rsidR="00A01238" w:rsidRDefault="00A01238">
            <w:pPr>
              <w:spacing w:line="240" w:lineRule="auto"/>
            </w:pPr>
          </w:p>
          <w:p w14:paraId="325E1B75" w14:textId="77777777" w:rsidR="00A01238" w:rsidRDefault="000F19CD">
            <w:pPr>
              <w:spacing w:line="240" w:lineRule="auto"/>
            </w:pPr>
            <w:r>
              <w:t xml:space="preserve">       Qualificazione tipo ___________________________, n. __________, rilasciata</w:t>
            </w:r>
          </w:p>
          <w:p w14:paraId="5F502979" w14:textId="77777777" w:rsidR="00A01238" w:rsidRDefault="000F19CD">
            <w:pPr>
              <w:spacing w:line="240" w:lineRule="auto"/>
            </w:pPr>
            <w:r>
              <w:t xml:space="preserve">       da _________________ Il __________________;</w:t>
            </w:r>
          </w:p>
        </w:tc>
      </w:tr>
    </w:tbl>
    <w:p w14:paraId="2DFFD473" w14:textId="77777777" w:rsidR="00A01238" w:rsidRDefault="000F19CD">
      <w:r>
        <w:br w:type="page"/>
      </w:r>
    </w:p>
    <w:p w14:paraId="4A860D07" w14:textId="77777777" w:rsidR="00A01238" w:rsidRDefault="000F19CD">
      <w:pPr>
        <w:spacing w:line="320" w:lineRule="exact"/>
        <w:jc w:val="center"/>
      </w:pPr>
      <w:r>
        <w:rPr>
          <w:b/>
          <w:sz w:val="28"/>
        </w:rPr>
        <w:t>ENERGIE COMUNI S.R.L.</w:t>
      </w:r>
    </w:p>
    <w:p w14:paraId="13AEA9CD" w14:textId="77777777" w:rsidR="00A01238" w:rsidRDefault="000F19CD">
      <w:pPr>
        <w:spacing w:line="190" w:lineRule="exact"/>
        <w:jc w:val="center"/>
      </w:pPr>
      <w:r>
        <w:rPr>
          <w:b/>
          <w:sz w:val="18"/>
        </w:rPr>
        <w:t>AVVISO PUBBLICO</w:t>
      </w:r>
    </w:p>
    <w:p w14:paraId="2EB4D24C" w14:textId="77777777" w:rsidR="00A01238" w:rsidRDefault="000F19CD">
      <w:pPr>
        <w:spacing w:line="200" w:lineRule="exact"/>
        <w:jc w:val="center"/>
      </w:pPr>
      <w:r>
        <w:rPr>
          <w:b/>
          <w:sz w:val="17"/>
        </w:rPr>
        <w:t>PER L’ASSUNZIONE DI UN OPERAIO</w:t>
      </w:r>
      <w:r>
        <w:rPr>
          <w:b/>
          <w:sz w:val="17"/>
        </w:rPr>
        <w:t xml:space="preserve"> QUALIFICATO NEL RUOLO DI AUTISTA</w:t>
      </w:r>
    </w:p>
    <w:p w14:paraId="69F4899E" w14:textId="77777777" w:rsidR="00A01238" w:rsidRDefault="000F19CD">
      <w:pPr>
        <w:spacing w:line="380" w:lineRule="exact"/>
      </w:pPr>
      <w:r>
        <w:rPr>
          <w:sz w:val="2"/>
        </w:rPr>
        <w:t xml:space="preserve"> </w:t>
      </w:r>
    </w:p>
    <w:p w14:paraId="655074B2" w14:textId="77777777" w:rsidR="00A01238" w:rsidRDefault="000F19CD">
      <w:pPr>
        <w:spacing w:line="220" w:lineRule="exact"/>
        <w:jc w:val="center"/>
      </w:pPr>
      <w:r>
        <w:rPr>
          <w:b/>
          <w:sz w:val="17"/>
        </w:rPr>
        <w:t>ALLEGATO B – CURRICULUM SINTETICO FORMATIVO - PROFESSIONALE</w:t>
      </w:r>
    </w:p>
    <w:p w14:paraId="5A99CBFF" w14:textId="77777777" w:rsidR="00A01238" w:rsidRDefault="000F19CD">
      <w:pPr>
        <w:spacing w:line="510" w:lineRule="exact"/>
      </w:pPr>
      <w:r>
        <w:rPr>
          <w:sz w:val="2"/>
        </w:rPr>
        <w:t xml:space="preserve"> </w:t>
      </w:r>
    </w:p>
    <w:p w14:paraId="5933CEBA" w14:textId="77777777" w:rsidR="00A01238" w:rsidRDefault="000F19CD">
      <w:pPr>
        <w:spacing w:after="60" w:line="240" w:lineRule="exact"/>
      </w:pPr>
      <w:r>
        <w:rPr>
          <w:b/>
          <w:sz w:val="20"/>
        </w:rPr>
        <w:t>3)    POSSESSO DI ATTESTATI DI QUALIFICA PROFESSIONALE</w:t>
      </w:r>
    </w:p>
    <w:tbl>
      <w:tblPr>
        <w:tblW w:w="0" w:type="auto"/>
        <w:jc w:val="center"/>
        <w:tblBorders>
          <w:top w:val="single" w:sz="4" w:space="0" w:color="858585"/>
          <w:left w:val="single" w:sz="4" w:space="0" w:color="858585"/>
          <w:bottom w:val="single" w:sz="4" w:space="0" w:color="858585"/>
          <w:right w:val="single" w:sz="4" w:space="0" w:color="858585"/>
          <w:insideH w:val="single" w:sz="4" w:space="0" w:color="858585"/>
          <w:insideV w:val="single" w:sz="4" w:space="0" w:color="858585"/>
        </w:tblBorders>
        <w:tblLayout w:type="fixed"/>
        <w:tblLook w:val="04A0" w:firstRow="1" w:lastRow="0" w:firstColumn="1" w:lastColumn="0" w:noHBand="0" w:noVBand="1"/>
      </w:tblPr>
      <w:tblGrid>
        <w:gridCol w:w="3118"/>
        <w:gridCol w:w="7631"/>
      </w:tblGrid>
      <w:tr w:rsidR="00A01238" w14:paraId="5238B281" w14:textId="77777777">
        <w:trPr>
          <w:trHeight w:hRule="exact" w:val="3628"/>
          <w:jc w:val="center"/>
        </w:trPr>
        <w:tc>
          <w:tcPr>
            <w:tcW w:w="3118" w:type="dxa"/>
            <w:tcMar>
              <w:top w:w="80" w:type="dxa"/>
              <w:left w:w="80" w:type="dxa"/>
              <w:bottom w:w="60" w:type="dxa"/>
              <w:right w:w="70" w:type="dxa"/>
            </w:tcMar>
          </w:tcPr>
          <w:p w14:paraId="338E8E49" w14:textId="77777777" w:rsidR="00A01238" w:rsidRDefault="000F19CD">
            <w:pPr>
              <w:spacing w:line="240" w:lineRule="auto"/>
            </w:pPr>
            <w:r>
              <w:rPr>
                <w:b/>
              </w:rPr>
              <w:t>Attestati di qualifica professionali</w:t>
            </w:r>
          </w:p>
        </w:tc>
        <w:tc>
          <w:tcPr>
            <w:tcW w:w="7631" w:type="dxa"/>
            <w:tcMar>
              <w:top w:w="80" w:type="dxa"/>
              <w:left w:w="80" w:type="dxa"/>
              <w:bottom w:w="60" w:type="dxa"/>
              <w:right w:w="70" w:type="dxa"/>
            </w:tcMar>
          </w:tcPr>
          <w:p w14:paraId="7EF562C1" w14:textId="77777777" w:rsidR="00A01238" w:rsidRDefault="000F19CD">
            <w:pPr>
              <w:spacing w:line="240" w:lineRule="auto"/>
            </w:pPr>
            <w:r>
              <w:t>a)    ______________________________________________________, rila</w:t>
            </w:r>
            <w:r>
              <w:t>sciato</w:t>
            </w:r>
          </w:p>
          <w:p w14:paraId="26DA76F5" w14:textId="77777777" w:rsidR="00A01238" w:rsidRDefault="000F19CD">
            <w:pPr>
              <w:spacing w:line="240" w:lineRule="auto"/>
            </w:pPr>
            <w:r>
              <w:t xml:space="preserve">       da ___________________________ Il ______________________;</w:t>
            </w:r>
          </w:p>
          <w:p w14:paraId="26125DC3" w14:textId="77777777" w:rsidR="00A01238" w:rsidRDefault="00A01238">
            <w:pPr>
              <w:spacing w:line="240" w:lineRule="auto"/>
            </w:pPr>
          </w:p>
          <w:p w14:paraId="29A3C3A1" w14:textId="77777777" w:rsidR="00A01238" w:rsidRDefault="000F19CD">
            <w:pPr>
              <w:spacing w:line="240" w:lineRule="auto"/>
            </w:pPr>
            <w:r>
              <w:t>b)    ______________________________________________________, rilasciato</w:t>
            </w:r>
          </w:p>
          <w:p w14:paraId="0A94BD66" w14:textId="77777777" w:rsidR="00A01238" w:rsidRDefault="000F19CD">
            <w:pPr>
              <w:spacing w:line="240" w:lineRule="auto"/>
            </w:pPr>
            <w:r>
              <w:t xml:space="preserve">       da ___________________________ Il ______________________;</w:t>
            </w:r>
          </w:p>
          <w:p w14:paraId="0732B798" w14:textId="77777777" w:rsidR="00A01238" w:rsidRDefault="00A01238">
            <w:pPr>
              <w:spacing w:line="240" w:lineRule="auto"/>
            </w:pPr>
          </w:p>
          <w:p w14:paraId="3FB9E4E9" w14:textId="77777777" w:rsidR="00A01238" w:rsidRDefault="000F19CD">
            <w:pPr>
              <w:spacing w:line="240" w:lineRule="auto"/>
            </w:pPr>
            <w:r>
              <w:t xml:space="preserve">c)    </w:t>
            </w:r>
            <w:r>
              <w:t>______________________________________________________, rilasciato</w:t>
            </w:r>
          </w:p>
          <w:p w14:paraId="598F9C4E" w14:textId="77777777" w:rsidR="00A01238" w:rsidRDefault="000F19CD">
            <w:pPr>
              <w:spacing w:line="240" w:lineRule="auto"/>
            </w:pPr>
            <w:r>
              <w:t xml:space="preserve">       da ___________________________ Il ______________________;</w:t>
            </w:r>
          </w:p>
          <w:p w14:paraId="756C381F" w14:textId="77777777" w:rsidR="00A01238" w:rsidRDefault="00A01238">
            <w:pPr>
              <w:spacing w:line="240" w:lineRule="auto"/>
            </w:pPr>
          </w:p>
          <w:p w14:paraId="53B1EAA8" w14:textId="77777777" w:rsidR="00A01238" w:rsidRDefault="000F19CD">
            <w:pPr>
              <w:spacing w:line="240" w:lineRule="auto"/>
            </w:pPr>
            <w:r>
              <w:t>d)    ______________________________________________________, rilasciato</w:t>
            </w:r>
          </w:p>
          <w:p w14:paraId="6B84105C" w14:textId="77777777" w:rsidR="00A01238" w:rsidRDefault="000F19CD">
            <w:pPr>
              <w:spacing w:line="240" w:lineRule="auto"/>
            </w:pPr>
            <w:r>
              <w:t xml:space="preserve">       da ___________________________ Il _________</w:t>
            </w:r>
            <w:r>
              <w:t>_____________;</w:t>
            </w:r>
          </w:p>
          <w:p w14:paraId="447497C0" w14:textId="77777777" w:rsidR="00A01238" w:rsidRDefault="00A01238">
            <w:pPr>
              <w:spacing w:line="240" w:lineRule="auto"/>
            </w:pPr>
          </w:p>
          <w:p w14:paraId="47EE842E" w14:textId="77777777" w:rsidR="00A01238" w:rsidRDefault="000F19CD">
            <w:pPr>
              <w:spacing w:line="240" w:lineRule="auto"/>
            </w:pPr>
            <w:r>
              <w:t>e)    ______________________________________________________, rilasciato</w:t>
            </w:r>
          </w:p>
          <w:p w14:paraId="2451B3FA" w14:textId="77777777" w:rsidR="00A01238" w:rsidRDefault="000F19CD">
            <w:pPr>
              <w:spacing w:line="240" w:lineRule="auto"/>
            </w:pPr>
            <w:r>
              <w:t xml:space="preserve">       da ___________________________ Il ______________________;</w:t>
            </w:r>
          </w:p>
          <w:p w14:paraId="6D723A6F" w14:textId="77777777" w:rsidR="00A01238" w:rsidRDefault="00A01238">
            <w:pPr>
              <w:spacing w:line="240" w:lineRule="auto"/>
            </w:pPr>
          </w:p>
        </w:tc>
      </w:tr>
    </w:tbl>
    <w:p w14:paraId="6424D434" w14:textId="77777777" w:rsidR="00A01238" w:rsidRDefault="000F19CD">
      <w:pPr>
        <w:spacing w:line="641" w:lineRule="exact"/>
      </w:pPr>
      <w:r>
        <w:rPr>
          <w:sz w:val="2"/>
        </w:rPr>
        <w:t xml:space="preserve"> </w:t>
      </w:r>
    </w:p>
    <w:p w14:paraId="73EDCAD2" w14:textId="77777777" w:rsidR="00A01238" w:rsidRDefault="000F19CD">
      <w:pPr>
        <w:spacing w:after="60" w:line="240" w:lineRule="exact"/>
      </w:pPr>
      <w:r>
        <w:rPr>
          <w:b/>
          <w:sz w:val="20"/>
        </w:rPr>
        <w:t>4)    DECRIZIONE ULTERIORI ESPERIENZE PROFESSIONALI, CAPACITA’ E COMPETENZE</w:t>
      </w:r>
    </w:p>
    <w:tbl>
      <w:tblPr>
        <w:tblW w:w="0" w:type="auto"/>
        <w:jc w:val="center"/>
        <w:tblBorders>
          <w:top w:val="single" w:sz="4" w:space="0" w:color="858585"/>
          <w:left w:val="single" w:sz="4" w:space="0" w:color="858585"/>
          <w:bottom w:val="single" w:sz="4" w:space="0" w:color="858585"/>
          <w:right w:val="single" w:sz="4" w:space="0" w:color="858585"/>
          <w:insideH w:val="single" w:sz="4" w:space="0" w:color="858585"/>
          <w:insideV w:val="single" w:sz="4" w:space="0" w:color="858585"/>
        </w:tblBorders>
        <w:tblLayout w:type="fixed"/>
        <w:tblLook w:val="04A0" w:firstRow="1" w:lastRow="0" w:firstColumn="1" w:lastColumn="0" w:noHBand="0" w:noVBand="1"/>
      </w:tblPr>
      <w:tblGrid>
        <w:gridCol w:w="3118"/>
        <w:gridCol w:w="7631"/>
      </w:tblGrid>
      <w:tr w:rsidR="00A01238" w14:paraId="1371B8D6" w14:textId="77777777">
        <w:trPr>
          <w:trHeight w:hRule="exact" w:val="692"/>
          <w:jc w:val="center"/>
        </w:trPr>
        <w:tc>
          <w:tcPr>
            <w:tcW w:w="3118" w:type="dxa"/>
            <w:tcMar>
              <w:top w:w="80" w:type="dxa"/>
              <w:left w:w="80" w:type="dxa"/>
              <w:bottom w:w="60" w:type="dxa"/>
              <w:right w:w="70" w:type="dxa"/>
            </w:tcMar>
          </w:tcPr>
          <w:p w14:paraId="048AC4C4" w14:textId="77777777" w:rsidR="00A01238" w:rsidRDefault="000F19CD">
            <w:pPr>
              <w:spacing w:line="240" w:lineRule="auto"/>
            </w:pPr>
            <w:r>
              <w:rPr>
                <w:b/>
              </w:rPr>
              <w:t>Ulteriori esperienze p</w:t>
            </w:r>
            <w:r>
              <w:rPr>
                <w:b/>
              </w:rPr>
              <w:t>rofessio-</w:t>
            </w:r>
          </w:p>
          <w:p w14:paraId="5AAB4B06" w14:textId="77777777" w:rsidR="00A01238" w:rsidRDefault="000F19CD">
            <w:pPr>
              <w:spacing w:line="240" w:lineRule="auto"/>
            </w:pPr>
            <w:r>
              <w:rPr>
                <w:b/>
              </w:rPr>
              <w:t>nali / lavorative</w:t>
            </w:r>
          </w:p>
        </w:tc>
        <w:tc>
          <w:tcPr>
            <w:tcW w:w="7631" w:type="dxa"/>
            <w:tcMar>
              <w:top w:w="80" w:type="dxa"/>
              <w:left w:w="80" w:type="dxa"/>
              <w:bottom w:w="60" w:type="dxa"/>
              <w:right w:w="70" w:type="dxa"/>
            </w:tcMar>
          </w:tcPr>
          <w:p w14:paraId="786A0B61" w14:textId="77777777" w:rsidR="00A01238" w:rsidRDefault="000F19CD">
            <w:pPr>
              <w:spacing w:line="240" w:lineRule="auto"/>
            </w:pPr>
            <w:r>
              <w:t>Iniziare con le informazioni più recenti ed elencare separatamente ciascun impiego pertinente</w:t>
            </w:r>
          </w:p>
          <w:p w14:paraId="17437F27" w14:textId="77777777" w:rsidR="00A01238" w:rsidRDefault="000F19CD">
            <w:pPr>
              <w:spacing w:line="240" w:lineRule="auto"/>
            </w:pPr>
            <w:r>
              <w:t>ricoperto</w:t>
            </w:r>
          </w:p>
        </w:tc>
      </w:tr>
      <w:tr w:rsidR="00A01238" w14:paraId="78E3F184" w14:textId="77777777">
        <w:trPr>
          <w:trHeight w:hRule="exact" w:val="3997"/>
          <w:jc w:val="center"/>
        </w:trPr>
        <w:tc>
          <w:tcPr>
            <w:tcW w:w="3118" w:type="dxa"/>
            <w:tcMar>
              <w:top w:w="80" w:type="dxa"/>
              <w:left w:w="80" w:type="dxa"/>
              <w:bottom w:w="60" w:type="dxa"/>
              <w:right w:w="70" w:type="dxa"/>
            </w:tcMar>
          </w:tcPr>
          <w:p w14:paraId="0CCCB007" w14:textId="77777777" w:rsidR="00A01238" w:rsidRDefault="000F19CD">
            <w:pPr>
              <w:spacing w:line="240" w:lineRule="auto"/>
              <w:jc w:val="right"/>
            </w:pPr>
            <w:r>
              <w:t>Date</w:t>
            </w:r>
          </w:p>
        </w:tc>
        <w:tc>
          <w:tcPr>
            <w:tcW w:w="7631" w:type="dxa"/>
            <w:tcMar>
              <w:top w:w="80" w:type="dxa"/>
              <w:left w:w="80" w:type="dxa"/>
              <w:bottom w:w="60" w:type="dxa"/>
              <w:right w:w="70" w:type="dxa"/>
            </w:tcMar>
          </w:tcPr>
          <w:p w14:paraId="2389BE8F" w14:textId="77777777" w:rsidR="00A01238" w:rsidRDefault="000F19CD">
            <w:pPr>
              <w:spacing w:line="240" w:lineRule="auto"/>
            </w:pPr>
            <w:r>
              <w:t>a)   Dal ______ al ______</w:t>
            </w:r>
          </w:p>
          <w:p w14:paraId="76602865" w14:textId="77777777" w:rsidR="00A01238" w:rsidRDefault="000F19CD">
            <w:pPr>
              <w:spacing w:line="240" w:lineRule="auto"/>
            </w:pPr>
            <w:r>
              <w:t xml:space="preserve">      Lavoro o posizione ricoperti __________________________________________</w:t>
            </w:r>
          </w:p>
          <w:p w14:paraId="61FAB096" w14:textId="77777777" w:rsidR="00A01238" w:rsidRDefault="000F19CD">
            <w:pPr>
              <w:spacing w:line="240" w:lineRule="auto"/>
            </w:pPr>
            <w:r>
              <w:t xml:space="preserve">      Principali attività e responsabilità _____________________________________</w:t>
            </w:r>
          </w:p>
          <w:p w14:paraId="69555B1B" w14:textId="77777777" w:rsidR="00A01238" w:rsidRDefault="000F19CD">
            <w:pPr>
              <w:spacing w:line="240" w:lineRule="auto"/>
            </w:pPr>
            <w:r>
              <w:t xml:space="preserve">      Nome e indirizzo del datore di lavoro __________________________________</w:t>
            </w:r>
          </w:p>
          <w:p w14:paraId="0A951B3D" w14:textId="77777777" w:rsidR="00A01238" w:rsidRDefault="000F19CD">
            <w:pPr>
              <w:spacing w:line="240" w:lineRule="auto"/>
            </w:pPr>
            <w:r>
              <w:t xml:space="preserve">      Tipo di attività o settore _____________________________________________</w:t>
            </w:r>
          </w:p>
          <w:p w14:paraId="1542B360" w14:textId="77777777" w:rsidR="00A01238" w:rsidRDefault="00A01238">
            <w:pPr>
              <w:spacing w:line="240" w:lineRule="auto"/>
            </w:pPr>
          </w:p>
          <w:p w14:paraId="3AE836E7" w14:textId="77777777" w:rsidR="00A01238" w:rsidRDefault="000F19CD">
            <w:pPr>
              <w:spacing w:line="240" w:lineRule="auto"/>
            </w:pPr>
            <w:r>
              <w:t xml:space="preserve">b)   Dal ______ </w:t>
            </w:r>
            <w:r>
              <w:t>al ______</w:t>
            </w:r>
          </w:p>
          <w:p w14:paraId="798F0B44" w14:textId="77777777" w:rsidR="00A01238" w:rsidRDefault="000F19CD">
            <w:pPr>
              <w:spacing w:line="240" w:lineRule="auto"/>
            </w:pPr>
            <w:r>
              <w:t xml:space="preserve">      Lavoro o posizione ricoperti __________________________________________</w:t>
            </w:r>
          </w:p>
          <w:p w14:paraId="7FB01740" w14:textId="77777777" w:rsidR="00A01238" w:rsidRDefault="000F19CD">
            <w:pPr>
              <w:spacing w:line="240" w:lineRule="auto"/>
            </w:pPr>
            <w:r>
              <w:t xml:space="preserve">      Principali attività e responsabilità _____________________________________</w:t>
            </w:r>
          </w:p>
          <w:p w14:paraId="2178F3A7" w14:textId="77777777" w:rsidR="00A01238" w:rsidRDefault="000F19CD">
            <w:pPr>
              <w:spacing w:line="240" w:lineRule="auto"/>
            </w:pPr>
            <w:r>
              <w:t xml:space="preserve">      Nome e indirizzo del datore di lavoro __________________________________</w:t>
            </w:r>
          </w:p>
          <w:p w14:paraId="38281BD2" w14:textId="77777777" w:rsidR="00A01238" w:rsidRDefault="000F19CD">
            <w:pPr>
              <w:spacing w:line="240" w:lineRule="auto"/>
            </w:pPr>
            <w:r>
              <w:t xml:space="preserve">      Tipo di attività o settore _____________________________________________</w:t>
            </w:r>
          </w:p>
          <w:p w14:paraId="75C00C12" w14:textId="77777777" w:rsidR="00A01238" w:rsidRDefault="00A01238">
            <w:pPr>
              <w:spacing w:line="240" w:lineRule="auto"/>
            </w:pPr>
          </w:p>
          <w:p w14:paraId="639C0500" w14:textId="77777777" w:rsidR="00A01238" w:rsidRDefault="000F19CD">
            <w:pPr>
              <w:spacing w:line="240" w:lineRule="auto"/>
            </w:pPr>
            <w:r>
              <w:t>c)   Dal ______ al ______</w:t>
            </w:r>
          </w:p>
          <w:p w14:paraId="7378B194" w14:textId="77777777" w:rsidR="00A01238" w:rsidRDefault="000F19CD">
            <w:pPr>
              <w:spacing w:line="240" w:lineRule="auto"/>
            </w:pPr>
            <w:r>
              <w:t xml:space="preserve">      Lavoro o posizione ricoperti __________________________________________</w:t>
            </w:r>
          </w:p>
          <w:p w14:paraId="78418023" w14:textId="77777777" w:rsidR="00A01238" w:rsidRDefault="000F19CD">
            <w:pPr>
              <w:spacing w:line="240" w:lineRule="auto"/>
            </w:pPr>
            <w:r>
              <w:t xml:space="preserve">      Principali attività e responsabilità _____________________________________</w:t>
            </w:r>
          </w:p>
          <w:p w14:paraId="03DDA4D9" w14:textId="77777777" w:rsidR="00A01238" w:rsidRDefault="000F19CD">
            <w:pPr>
              <w:spacing w:line="240" w:lineRule="auto"/>
            </w:pPr>
            <w:r>
              <w:t xml:space="preserve">      Nome e indirizzo del datore di lavoro __________________________________</w:t>
            </w:r>
          </w:p>
          <w:p w14:paraId="6909BC1F" w14:textId="77777777" w:rsidR="00A01238" w:rsidRDefault="000F19CD">
            <w:pPr>
              <w:spacing w:line="240" w:lineRule="auto"/>
            </w:pPr>
            <w:r>
              <w:t xml:space="preserve">      Tipo di attività o settore _____________________________________________</w:t>
            </w:r>
          </w:p>
          <w:p w14:paraId="3582E04E" w14:textId="77777777" w:rsidR="00A01238" w:rsidRDefault="00A01238">
            <w:pPr>
              <w:spacing w:line="240" w:lineRule="auto"/>
            </w:pPr>
          </w:p>
        </w:tc>
      </w:tr>
    </w:tbl>
    <w:p w14:paraId="5BB54558" w14:textId="77777777" w:rsidR="00A01238" w:rsidRDefault="000F19CD">
      <w:r>
        <w:br w:type="page"/>
      </w:r>
    </w:p>
    <w:p w14:paraId="54322C7D" w14:textId="77777777" w:rsidR="00A01238" w:rsidRDefault="000F19CD">
      <w:pPr>
        <w:spacing w:line="320" w:lineRule="exact"/>
        <w:jc w:val="center"/>
      </w:pPr>
      <w:r>
        <w:rPr>
          <w:b/>
          <w:sz w:val="28"/>
        </w:rPr>
        <w:t>ENERGIE COMUN</w:t>
      </w:r>
      <w:r>
        <w:rPr>
          <w:b/>
          <w:sz w:val="28"/>
        </w:rPr>
        <w:t>I S.R.L.</w:t>
      </w:r>
    </w:p>
    <w:p w14:paraId="23E1AA5A" w14:textId="77777777" w:rsidR="00A01238" w:rsidRDefault="000F19CD">
      <w:pPr>
        <w:spacing w:line="190" w:lineRule="exact"/>
        <w:jc w:val="center"/>
      </w:pPr>
      <w:r>
        <w:rPr>
          <w:b/>
          <w:sz w:val="18"/>
        </w:rPr>
        <w:t>AVVISO PUBBLICO</w:t>
      </w:r>
    </w:p>
    <w:p w14:paraId="23510A9A" w14:textId="77777777" w:rsidR="00A01238" w:rsidRDefault="000F19CD">
      <w:pPr>
        <w:spacing w:line="200" w:lineRule="exact"/>
        <w:jc w:val="center"/>
      </w:pPr>
      <w:r>
        <w:rPr>
          <w:b/>
          <w:sz w:val="17"/>
        </w:rPr>
        <w:t>PER L’ASSUNZIONE DI UN OPERAIO QUALIFICATO NEL RUOLO DI AUTISTA</w:t>
      </w:r>
    </w:p>
    <w:p w14:paraId="7710697E" w14:textId="77777777" w:rsidR="00A01238" w:rsidRDefault="000F19CD">
      <w:pPr>
        <w:spacing w:line="380" w:lineRule="exact"/>
      </w:pPr>
      <w:r>
        <w:rPr>
          <w:sz w:val="2"/>
        </w:rPr>
        <w:t xml:space="preserve"> </w:t>
      </w:r>
    </w:p>
    <w:p w14:paraId="4BAC05C7" w14:textId="77777777" w:rsidR="00A01238" w:rsidRDefault="000F19CD">
      <w:pPr>
        <w:spacing w:line="220" w:lineRule="exact"/>
        <w:jc w:val="center"/>
      </w:pPr>
      <w:r>
        <w:rPr>
          <w:b/>
          <w:sz w:val="17"/>
        </w:rPr>
        <w:t>ALLEGATO B – CURRICULUM SINTETICO FORMATIVO - PROFESSIONALE</w:t>
      </w:r>
    </w:p>
    <w:p w14:paraId="216678A3" w14:textId="77777777" w:rsidR="00A01238" w:rsidRDefault="000F19CD">
      <w:pPr>
        <w:spacing w:line="368" w:lineRule="exact"/>
      </w:pPr>
      <w:r>
        <w:rPr>
          <w:sz w:val="2"/>
        </w:rPr>
        <w:t xml:space="preserve"> </w:t>
      </w:r>
    </w:p>
    <w:tbl>
      <w:tblPr>
        <w:tblW w:w="0" w:type="auto"/>
        <w:jc w:val="center"/>
        <w:tblBorders>
          <w:top w:val="single" w:sz="4" w:space="0" w:color="858585"/>
          <w:left w:val="single" w:sz="4" w:space="0" w:color="858585"/>
          <w:bottom w:val="single" w:sz="4" w:space="0" w:color="858585"/>
          <w:right w:val="single" w:sz="4" w:space="0" w:color="858585"/>
          <w:insideH w:val="single" w:sz="4" w:space="0" w:color="858585"/>
          <w:insideV w:val="single" w:sz="4" w:space="0" w:color="858585"/>
        </w:tblBorders>
        <w:tblLayout w:type="fixed"/>
        <w:tblLook w:val="04A0" w:firstRow="1" w:lastRow="0" w:firstColumn="1" w:lastColumn="0" w:noHBand="0" w:noVBand="1"/>
      </w:tblPr>
      <w:tblGrid>
        <w:gridCol w:w="3118"/>
        <w:gridCol w:w="7631"/>
      </w:tblGrid>
      <w:tr w:rsidR="00A01238" w14:paraId="78E98B2F" w14:textId="77777777">
        <w:trPr>
          <w:trHeight w:hRule="exact" w:val="850"/>
          <w:jc w:val="center"/>
        </w:trPr>
        <w:tc>
          <w:tcPr>
            <w:tcW w:w="3118" w:type="dxa"/>
            <w:tcMar>
              <w:top w:w="80" w:type="dxa"/>
              <w:left w:w="80" w:type="dxa"/>
              <w:bottom w:w="60" w:type="dxa"/>
              <w:right w:w="70" w:type="dxa"/>
            </w:tcMar>
          </w:tcPr>
          <w:p w14:paraId="732EDAC8" w14:textId="77777777" w:rsidR="00A01238" w:rsidRDefault="000F19CD">
            <w:pPr>
              <w:spacing w:line="240" w:lineRule="auto"/>
            </w:pPr>
            <w:r>
              <w:rPr>
                <w:b/>
                <w:sz w:val="18"/>
              </w:rPr>
              <w:t>Capacità e competenze sociali</w:t>
            </w:r>
          </w:p>
          <w:p w14:paraId="678C1521" w14:textId="77777777" w:rsidR="00A01238" w:rsidRDefault="000F19CD">
            <w:pPr>
              <w:spacing w:line="240" w:lineRule="auto"/>
            </w:pPr>
            <w:r>
              <w:rPr>
                <w:b/>
                <w:sz w:val="18"/>
              </w:rPr>
              <w:t>(facoltativo)</w:t>
            </w:r>
          </w:p>
        </w:tc>
        <w:tc>
          <w:tcPr>
            <w:tcW w:w="7631" w:type="dxa"/>
            <w:tcMar>
              <w:top w:w="80" w:type="dxa"/>
              <w:left w:w="80" w:type="dxa"/>
              <w:bottom w:w="60" w:type="dxa"/>
              <w:right w:w="70" w:type="dxa"/>
            </w:tcMar>
          </w:tcPr>
          <w:p w14:paraId="0413712D" w14:textId="77777777" w:rsidR="00A01238" w:rsidRDefault="000F19CD">
            <w:pPr>
              <w:spacing w:line="240" w:lineRule="auto"/>
            </w:pPr>
            <w:r>
              <w:t xml:space="preserve">Descrivere tali competenze e indicare dove sono state </w:t>
            </w:r>
            <w:r>
              <w:t>acquisite.</w:t>
            </w:r>
          </w:p>
        </w:tc>
      </w:tr>
    </w:tbl>
    <w:p w14:paraId="328D80FD" w14:textId="77777777" w:rsidR="00A01238" w:rsidRDefault="000F19CD">
      <w:pPr>
        <w:spacing w:line="198" w:lineRule="exact"/>
      </w:pPr>
      <w:r>
        <w:rPr>
          <w:sz w:val="2"/>
        </w:rPr>
        <w:t xml:space="preserve"> </w:t>
      </w:r>
    </w:p>
    <w:tbl>
      <w:tblPr>
        <w:tblW w:w="0" w:type="auto"/>
        <w:jc w:val="center"/>
        <w:tblBorders>
          <w:top w:val="single" w:sz="4" w:space="0" w:color="858585"/>
          <w:left w:val="single" w:sz="4" w:space="0" w:color="858585"/>
          <w:bottom w:val="single" w:sz="4" w:space="0" w:color="858585"/>
          <w:right w:val="single" w:sz="4" w:space="0" w:color="858585"/>
          <w:insideH w:val="single" w:sz="4" w:space="0" w:color="858585"/>
          <w:insideV w:val="single" w:sz="4" w:space="0" w:color="858585"/>
        </w:tblBorders>
        <w:tblLayout w:type="fixed"/>
        <w:tblLook w:val="04A0" w:firstRow="1" w:lastRow="0" w:firstColumn="1" w:lastColumn="0" w:noHBand="0" w:noVBand="1"/>
      </w:tblPr>
      <w:tblGrid>
        <w:gridCol w:w="3118"/>
        <w:gridCol w:w="7631"/>
      </w:tblGrid>
      <w:tr w:rsidR="00A01238" w14:paraId="3A4E81DA" w14:textId="77777777">
        <w:trPr>
          <w:trHeight w:hRule="exact" w:val="952"/>
          <w:jc w:val="center"/>
        </w:trPr>
        <w:tc>
          <w:tcPr>
            <w:tcW w:w="3118" w:type="dxa"/>
            <w:tcMar>
              <w:top w:w="80" w:type="dxa"/>
              <w:left w:w="80" w:type="dxa"/>
              <w:bottom w:w="60" w:type="dxa"/>
              <w:right w:w="70" w:type="dxa"/>
            </w:tcMar>
          </w:tcPr>
          <w:p w14:paraId="799A2793" w14:textId="77777777" w:rsidR="00A01238" w:rsidRDefault="000F19CD">
            <w:pPr>
              <w:spacing w:line="240" w:lineRule="auto"/>
            </w:pPr>
            <w:r>
              <w:rPr>
                <w:b/>
                <w:sz w:val="18"/>
              </w:rPr>
              <w:t>Capacità e competenze organiz-</w:t>
            </w:r>
          </w:p>
          <w:p w14:paraId="29ED1F0D" w14:textId="77777777" w:rsidR="00A01238" w:rsidRDefault="000F19CD">
            <w:pPr>
              <w:spacing w:line="240" w:lineRule="auto"/>
            </w:pPr>
            <w:r>
              <w:rPr>
                <w:b/>
                <w:sz w:val="18"/>
              </w:rPr>
              <w:t>zative (facoltativo)</w:t>
            </w:r>
          </w:p>
        </w:tc>
        <w:tc>
          <w:tcPr>
            <w:tcW w:w="7631" w:type="dxa"/>
            <w:tcMar>
              <w:top w:w="80" w:type="dxa"/>
              <w:left w:w="80" w:type="dxa"/>
              <w:bottom w:w="60" w:type="dxa"/>
              <w:right w:w="70" w:type="dxa"/>
            </w:tcMar>
          </w:tcPr>
          <w:p w14:paraId="08CCF7E3" w14:textId="77777777" w:rsidR="00A01238" w:rsidRDefault="000F19CD">
            <w:pPr>
              <w:spacing w:line="240" w:lineRule="auto"/>
            </w:pPr>
            <w:r>
              <w:t>Descrivere tali competenze e indicare dove sono state acquisite.</w:t>
            </w:r>
          </w:p>
        </w:tc>
      </w:tr>
    </w:tbl>
    <w:p w14:paraId="70D85F7C" w14:textId="77777777" w:rsidR="00A01238" w:rsidRDefault="000F19CD">
      <w:pPr>
        <w:spacing w:line="794" w:lineRule="exact"/>
      </w:pPr>
      <w:r>
        <w:rPr>
          <w:sz w:val="2"/>
        </w:rPr>
        <w:t xml:space="preserve"> </w:t>
      </w:r>
    </w:p>
    <w:p w14:paraId="37D40957" w14:textId="77777777" w:rsidR="00A01238" w:rsidRDefault="000F19CD">
      <w:pPr>
        <w:spacing w:line="260" w:lineRule="exact"/>
      </w:pPr>
      <w:r>
        <w:rPr>
          <w:sz w:val="18"/>
        </w:rPr>
        <w:t xml:space="preserve">             Data                                                                                                          Firma</w:t>
      </w:r>
    </w:p>
    <w:p w14:paraId="5C771AA8" w14:textId="77777777" w:rsidR="00A01238" w:rsidRDefault="000F19CD">
      <w:pPr>
        <w:spacing w:line="272" w:lineRule="exact"/>
      </w:pPr>
      <w:r>
        <w:rPr>
          <w:sz w:val="2"/>
        </w:rPr>
        <w:t xml:space="preserve"> </w:t>
      </w:r>
    </w:p>
    <w:p w14:paraId="604686E1" w14:textId="77777777" w:rsidR="00A01238" w:rsidRDefault="000F19CD">
      <w:pPr>
        <w:spacing w:line="260" w:lineRule="exact"/>
      </w:pPr>
      <w:r>
        <w:rPr>
          <w:sz w:val="18"/>
        </w:rPr>
        <w:t xml:space="preserve"> ____________________________                                                     ____________________________</w:t>
      </w:r>
    </w:p>
    <w:p w14:paraId="0CB15C81" w14:textId="77777777" w:rsidR="00A01238" w:rsidRDefault="000F19CD">
      <w:pPr>
        <w:spacing w:line="408" w:lineRule="exact"/>
      </w:pPr>
      <w:r>
        <w:rPr>
          <w:sz w:val="2"/>
        </w:rPr>
        <w:t xml:space="preserve"> </w:t>
      </w:r>
    </w:p>
    <w:p w14:paraId="0B367085" w14:textId="77777777" w:rsidR="00A01238" w:rsidRDefault="000F19CD">
      <w:pPr>
        <w:spacing w:line="180" w:lineRule="exact"/>
      </w:pPr>
      <w:r>
        <w:rPr>
          <w:sz w:val="14"/>
        </w:rPr>
        <w:t xml:space="preserve">Il presente </w:t>
      </w:r>
      <w:r>
        <w:rPr>
          <w:sz w:val="14"/>
        </w:rPr>
        <w:t>CV è reso sotto la propria responsabilità, ai sensi degli artt. 46 e 47 del DPR 28 dicembre 2000 n° 445 consapevole delle sanzioni penali previste dall’art. 76 dello stesso decreto nel caso di dichiarazioni mendaci, falsità in atti, o esibizione di atto fa</w:t>
      </w:r>
      <w:r>
        <w:rPr>
          <w:sz w:val="14"/>
        </w:rPr>
        <w:t>lso o contenente dati non più rispondenti a verità.</w:t>
      </w:r>
    </w:p>
    <w:p w14:paraId="428765E0" w14:textId="77777777" w:rsidR="00A01238" w:rsidRDefault="000F19CD">
      <w:pPr>
        <w:spacing w:line="170" w:lineRule="exact"/>
      </w:pPr>
      <w:r>
        <w:rPr>
          <w:sz w:val="2"/>
        </w:rPr>
        <w:t xml:space="preserve"> </w:t>
      </w:r>
    </w:p>
    <w:p w14:paraId="5F5C07C2" w14:textId="77777777" w:rsidR="00A01238" w:rsidRDefault="000F19CD">
      <w:pPr>
        <w:spacing w:line="180" w:lineRule="exact"/>
      </w:pPr>
      <w:r>
        <w:rPr>
          <w:sz w:val="14"/>
        </w:rPr>
        <w:t>Autorizzo il trattamento dei miei dati personali ai sensi del Decreto Legislativo n. 196/2003 “Codice in materia di protezione dei dati personali” così come modificato dal Decreto Legislativo n. 101/201</w:t>
      </w:r>
      <w:r>
        <w:rPr>
          <w:sz w:val="14"/>
        </w:rPr>
        <w:t>8</w:t>
      </w:r>
    </w:p>
    <w:sectPr w:rsidR="00A01238" w:rsidSect="00034616">
      <w:pgSz w:w="11520" w:h="16271"/>
      <w:pgMar w:top="34" w:right="386" w:bottom="198" w:left="386" w:header="57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ourier">
    <w:panose1 w:val="02000500000000000000"/>
    <w:charset w:val="4D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F19CD"/>
    <w:rsid w:val="0015074B"/>
    <w:rsid w:val="0029639D"/>
    <w:rsid w:val="00326F90"/>
    <w:rsid w:val="003E2E1C"/>
    <w:rsid w:val="00A01238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0E364F32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  <w:rsid w:val="00FC693F"/>
    <w:pPr>
      <w:spacing w:after="0"/>
    </w:pPr>
    <w:rPr>
      <w:rFonts w:ascii="Arial" w:hAnsi="Arial"/>
      <w:sz w:val="16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547BEAF-5095-5F43-B07E-84AA490EBF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1012</Words>
  <Characters>5769</Characters>
  <Application>Microsoft Macintosh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6768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Office User</cp:lastModifiedBy>
  <cp:revision>2</cp:revision>
  <dcterms:created xsi:type="dcterms:W3CDTF">2013-12-23T23:15:00Z</dcterms:created>
  <dcterms:modified xsi:type="dcterms:W3CDTF">2026-10-13T16:53:00Z</dcterms:modified>
  <cp:category/>
</cp:coreProperties>
</file>