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D81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6EFB031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2EB27268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0EDBCCB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14A10AE" w14:textId="5B67AC91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14:paraId="7D43D0D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DAF3F0A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37123D5F" w14:textId="77777777" w:rsidR="00E72F74" w:rsidRPr="00C941B0" w:rsidRDefault="009006E1" w:rsidP="00A1011C">
      <w:pPr>
        <w:ind w:left="4320" w:firstLine="720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</w:p>
    <w:p w14:paraId="51C93E1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5F539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5415B46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5FB674E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5AFEFE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799341E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215495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44F78A0B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777933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7157D9A1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5244F338" w14:textId="77777777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A337D64" w14:textId="77777777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645E3B3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0E11CD27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5BF7F86E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530274B1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2043974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5C0E29C5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26655B43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196AD40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254332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33C5F7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1E27972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6FDE5FB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410C258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0A07E7A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6C4E11E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0A11EC3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6CA0BCD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6D799EC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6DCC4EB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51F4C561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364500A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0375F3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74C723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0AC6420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72E0F50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3B2483C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02E1384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153999D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DD0C6D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2D6849B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14E0F31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4DB35C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8AB5E3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21499FDF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2087039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76A12F3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209E154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6BA2D74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612A79A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5. Altre forme di sostegno</w:t>
      </w:r>
    </w:p>
    <w:p w14:paraId="35896C4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14:paraId="740CE3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14:paraId="2D7F6B7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C4A1A8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1E8A1A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48D8F9B" w14:textId="77777777" w:rsidR="000B13B8" w:rsidRPr="00757581" w:rsidRDefault="00757581">
      <w:pPr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______________________________</w:t>
      </w:r>
      <w:r w:rsidRPr="00757581">
        <w:rPr>
          <w:lang w:val="it-IT"/>
        </w:rPr>
        <w:br/>
        <w:t>Stato della richiesta assicurativa / data di liquidazione ______________________________</w:t>
      </w:r>
    </w:p>
    <w:p w14:paraId="65CAF94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36CA466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08FBB1F1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3AE619D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2879CB7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637F217E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1F34BE62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14:paraId="457886C0" w14:textId="77777777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3BD642BA" w14:textId="77777777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25CA9E48" w14:textId="77777777" w:rsidR="001D6E07" w:rsidRPr="00757581" w:rsidRDefault="001D6E07" w:rsidP="001D6E07">
      <w:pPr>
        <w:pStyle w:val="Paragrafoelenco"/>
        <w:ind w:left="1003"/>
        <w:rPr>
          <w:lang w:val="it-IT"/>
        </w:rPr>
      </w:pPr>
    </w:p>
    <w:p w14:paraId="6926F949" w14:textId="7777777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17364A27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8C76B7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3572C85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0F7D759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B1531F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5729CFB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7A120E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21C208E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BDB802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ED0E90F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4F89AC7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6FA9CD5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603724FF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3E9332D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013152A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6D0E11"/>
    <w:rsid w:val="00757581"/>
    <w:rsid w:val="009006E1"/>
    <w:rsid w:val="00A1011C"/>
    <w:rsid w:val="00AA1D8D"/>
    <w:rsid w:val="00B47730"/>
    <w:rsid w:val="00C941B0"/>
    <w:rsid w:val="00CB0664"/>
    <w:rsid w:val="00D323C0"/>
    <w:rsid w:val="00D44D0B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668EA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2026-10-21T07:34:00Z</dcterms:created>
  <dcterms:modified xsi:type="dcterms:W3CDTF">2026-10-21T07:34:00Z</dcterms:modified>
  <cp:category/>
</cp:coreProperties>
</file>