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25BCD" w14:textId="55DC3D40" w:rsidR="00C617EE" w:rsidRDefault="00C617EE" w:rsidP="00C617EE">
      <w:pPr>
        <w:spacing w:after="0"/>
        <w:jc w:val="right"/>
        <w:rPr>
          <w:b/>
          <w:sz w:val="28"/>
          <w:lang w:val="it-IT"/>
        </w:rPr>
      </w:pPr>
      <w:r>
        <w:rPr>
          <w:b/>
          <w:sz w:val="28"/>
          <w:lang w:val="it-IT"/>
        </w:rPr>
        <w:t>ALLEGATO A</w:t>
      </w:r>
    </w:p>
    <w:p w14:paraId="0BE67502" w14:textId="4D2EBFF6" w:rsidR="00C617EE" w:rsidRDefault="006A4D4D" w:rsidP="00C617EE">
      <w:pPr>
        <w:spacing w:after="0"/>
        <w:jc w:val="center"/>
        <w:rPr>
          <w:b/>
          <w:sz w:val="28"/>
          <w:lang w:val="it-IT"/>
        </w:rPr>
      </w:pPr>
      <w:r>
        <w:rPr>
          <w:rFonts w:eastAsia="Calibri" w:cs="Times New Roman"/>
          <w:b/>
          <w:noProof/>
          <w:szCs w:val="24"/>
          <w:lang w:eastAsia="it-IT"/>
        </w:rPr>
        <w:drawing>
          <wp:inline distT="0" distB="0" distL="0" distR="0" wp14:anchorId="5AC58543" wp14:editId="66963FD1">
            <wp:extent cx="495300" cy="6096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143186" w14:textId="77777777" w:rsidR="00C617EE" w:rsidRDefault="00C617EE" w:rsidP="00C617EE">
      <w:pPr>
        <w:spacing w:after="0"/>
        <w:jc w:val="center"/>
        <w:rPr>
          <w:b/>
          <w:sz w:val="28"/>
          <w:lang w:val="it-IT"/>
        </w:rPr>
      </w:pPr>
    </w:p>
    <w:p w14:paraId="1DE19920" w14:textId="77777777" w:rsidR="006A4D4D" w:rsidRDefault="006A4D4D" w:rsidP="006A4D4D">
      <w:pPr>
        <w:spacing w:after="0" w:line="240" w:lineRule="auto"/>
        <w:jc w:val="center"/>
        <w:rPr>
          <w:rFonts w:ascii="Calibri" w:eastAsia="Calibri" w:hAnsi="Calibri" w:cs="Calibri"/>
          <w:b/>
          <w:bCs/>
          <w:szCs w:val="24"/>
        </w:rPr>
      </w:pPr>
      <w:r>
        <w:rPr>
          <w:rFonts w:ascii="Calibri" w:eastAsia="Calibri" w:hAnsi="Calibri" w:cs="Calibri"/>
          <w:b/>
          <w:bCs/>
          <w:szCs w:val="24"/>
        </w:rPr>
        <w:t>COMUNE DI BULTEI</w:t>
      </w:r>
    </w:p>
    <w:p w14:paraId="72BC136C" w14:textId="77777777" w:rsidR="006A4D4D" w:rsidRDefault="006A4D4D" w:rsidP="006A4D4D">
      <w:pPr>
        <w:spacing w:after="0" w:line="240" w:lineRule="auto"/>
        <w:jc w:val="center"/>
        <w:rPr>
          <w:rFonts w:ascii="Calibri" w:eastAsia="Calibri" w:hAnsi="Calibri" w:cs="Calibri"/>
          <w:b/>
          <w:bCs/>
          <w:szCs w:val="24"/>
        </w:rPr>
      </w:pPr>
      <w:r>
        <w:rPr>
          <w:rFonts w:ascii="Calibri" w:eastAsia="Calibri" w:hAnsi="Calibri" w:cs="Calibri"/>
          <w:b/>
          <w:bCs/>
          <w:szCs w:val="24"/>
        </w:rPr>
        <w:t xml:space="preserve">Città </w:t>
      </w:r>
      <w:proofErr w:type="spellStart"/>
      <w:r>
        <w:rPr>
          <w:rFonts w:ascii="Calibri" w:eastAsia="Calibri" w:hAnsi="Calibri" w:cs="Calibri"/>
          <w:b/>
          <w:bCs/>
          <w:szCs w:val="24"/>
        </w:rPr>
        <w:t>Metropolitana</w:t>
      </w:r>
      <w:proofErr w:type="spellEnd"/>
      <w:r>
        <w:rPr>
          <w:rFonts w:ascii="Calibri" w:eastAsia="Calibri" w:hAnsi="Calibri" w:cs="Calibri"/>
          <w:b/>
          <w:bCs/>
          <w:szCs w:val="24"/>
        </w:rPr>
        <w:t xml:space="preserve"> di Sassari</w:t>
      </w:r>
    </w:p>
    <w:p w14:paraId="34421C48" w14:textId="77777777" w:rsidR="006A4D4D" w:rsidRDefault="006A4D4D" w:rsidP="006A4D4D">
      <w:pPr>
        <w:spacing w:after="0" w:line="240" w:lineRule="auto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Via Risorgimento 1, 07010 Bultei (SS) </w:t>
      </w:r>
      <w:proofErr w:type="spellStart"/>
      <w:r>
        <w:rPr>
          <w:rFonts w:ascii="Calibri" w:eastAsia="Calibri" w:hAnsi="Calibri" w:cs="Calibri"/>
          <w:sz w:val="20"/>
          <w:szCs w:val="20"/>
        </w:rPr>
        <w:t>telefono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079 795708 </w:t>
      </w:r>
    </w:p>
    <w:p w14:paraId="2BD73F68" w14:textId="77777777" w:rsidR="006A4D4D" w:rsidRDefault="006A4D4D" w:rsidP="006A4D4D">
      <w:pPr>
        <w:spacing w:after="160"/>
      </w:pPr>
      <w:r>
        <w:rPr>
          <w:rFonts w:ascii="Calibri" w:eastAsia="Calibri" w:hAnsi="Calibri" w:cs="Calibri"/>
          <w:sz w:val="20"/>
          <w:szCs w:val="20"/>
        </w:rPr>
        <w:t xml:space="preserve">www.comune.bultei.ss.it - </w:t>
      </w:r>
      <w:hyperlink r:id="rId9" w:history="1">
        <w:r>
          <w:rPr>
            <w:rStyle w:val="Collegamentoipertestuale"/>
            <w:rFonts w:ascii="Calibri" w:eastAsia="Calibri" w:hAnsi="Calibri" w:cs="Calibri"/>
            <w:color w:val="auto"/>
            <w:sz w:val="20"/>
            <w:szCs w:val="20"/>
            <w:u w:val="none"/>
          </w:rPr>
          <w:t>comunebultei@legpec.it</w:t>
        </w:r>
      </w:hyperlink>
    </w:p>
    <w:p w14:paraId="01264A14" w14:textId="77777777" w:rsidR="006A4D4D" w:rsidRDefault="006A4D4D" w:rsidP="006A4D4D">
      <w:pPr>
        <w:spacing w:after="160"/>
      </w:pPr>
    </w:p>
    <w:p w14:paraId="26A786F0" w14:textId="77777777" w:rsidR="006A4D4D" w:rsidRDefault="006A4D4D" w:rsidP="006A4D4D">
      <w:pPr>
        <w:spacing w:after="160"/>
      </w:pPr>
    </w:p>
    <w:p w14:paraId="3B5E9BA0" w14:textId="77777777" w:rsidR="006A4D4D" w:rsidRDefault="006A4D4D" w:rsidP="006A4D4D">
      <w:pPr>
        <w:spacing w:after="160"/>
      </w:pPr>
    </w:p>
    <w:p w14:paraId="71D528AA" w14:textId="03F07900" w:rsidR="00C40B02" w:rsidRPr="00C617EE" w:rsidRDefault="00000000" w:rsidP="006A4D4D">
      <w:pPr>
        <w:spacing w:after="160"/>
        <w:rPr>
          <w:lang w:val="it-IT"/>
        </w:rPr>
      </w:pPr>
      <w:r w:rsidRPr="00C617EE">
        <w:rPr>
          <w:b/>
          <w:lang w:val="it-IT"/>
        </w:rPr>
        <w:t>OGGETTO: Legge 9 dicembre 1998, n. 431, art. 11. Istanza per l'assegnazione di contributi per il sostegno alla locazione - Annualità 2026</w:t>
      </w:r>
    </w:p>
    <w:p w14:paraId="0A62F675" w14:textId="77777777" w:rsidR="006A4D4D" w:rsidRDefault="006A4D4D">
      <w:pPr>
        <w:rPr>
          <w:lang w:val="it-IT"/>
        </w:rPr>
      </w:pPr>
    </w:p>
    <w:p w14:paraId="1985E86A" w14:textId="3785282C" w:rsidR="00C40B02" w:rsidRPr="00C617EE" w:rsidRDefault="00000000">
      <w:pPr>
        <w:rPr>
          <w:lang w:val="it-IT"/>
        </w:rPr>
      </w:pPr>
      <w:r w:rsidRPr="00C617EE">
        <w:rPr>
          <w:lang w:val="it-IT"/>
        </w:rPr>
        <w:t>Il/la sottoscritto/a (cognome) ____________________________ (nome) ____________________________</w:t>
      </w:r>
    </w:p>
    <w:p w14:paraId="4131D84A" w14:textId="77777777" w:rsidR="00C40B02" w:rsidRPr="00C617EE" w:rsidRDefault="00000000">
      <w:pPr>
        <w:rPr>
          <w:lang w:val="it-IT"/>
        </w:rPr>
      </w:pPr>
      <w:r w:rsidRPr="00C617EE">
        <w:rPr>
          <w:lang w:val="it-IT"/>
        </w:rPr>
        <w:t xml:space="preserve">nato/a </w:t>
      </w:r>
      <w:proofErr w:type="spellStart"/>
      <w:r w:rsidRPr="00C617EE">
        <w:rPr>
          <w:lang w:val="it-IT"/>
        </w:rPr>
        <w:t>a</w:t>
      </w:r>
      <w:proofErr w:type="spellEnd"/>
      <w:r w:rsidRPr="00C617EE">
        <w:rPr>
          <w:lang w:val="it-IT"/>
        </w:rPr>
        <w:t xml:space="preserve"> ____________________________ Prov. ____ il ____/____/________ Codice fiscale ________________________</w:t>
      </w:r>
    </w:p>
    <w:p w14:paraId="3043680C" w14:textId="4F28E592" w:rsidR="00C40B02" w:rsidRPr="00C617EE" w:rsidRDefault="00000000">
      <w:pPr>
        <w:rPr>
          <w:lang w:val="it-IT"/>
        </w:rPr>
      </w:pPr>
      <w:r w:rsidRPr="00C617EE">
        <w:rPr>
          <w:lang w:val="it-IT"/>
        </w:rPr>
        <w:t>residente in B</w:t>
      </w:r>
      <w:r w:rsidR="006A4D4D">
        <w:rPr>
          <w:lang w:val="it-IT"/>
        </w:rPr>
        <w:t>ultei</w:t>
      </w:r>
      <w:r w:rsidRPr="00C617EE">
        <w:rPr>
          <w:lang w:val="it-IT"/>
        </w:rPr>
        <w:t>, Via/Piazza ____________________________ n. ______</w:t>
      </w:r>
    </w:p>
    <w:p w14:paraId="24FB740B" w14:textId="19CB3D1B" w:rsidR="00C40B02" w:rsidRPr="00C617EE" w:rsidRDefault="00000000">
      <w:pPr>
        <w:rPr>
          <w:lang w:val="it-IT"/>
        </w:rPr>
      </w:pPr>
      <w:r w:rsidRPr="00C617EE">
        <w:rPr>
          <w:lang w:val="it-IT"/>
        </w:rPr>
        <w:t xml:space="preserve">Telefono ________________ Cellulare ________________ </w:t>
      </w:r>
      <w:r w:rsidR="00E51E66" w:rsidRPr="00C617EE">
        <w:rPr>
          <w:lang w:val="it-IT"/>
        </w:rPr>
        <w:t>E-mail</w:t>
      </w:r>
      <w:r w:rsidRPr="00C617EE">
        <w:rPr>
          <w:lang w:val="it-IT"/>
        </w:rPr>
        <w:t>/PEC ________________________</w:t>
      </w:r>
    </w:p>
    <w:p w14:paraId="5D9FA21C" w14:textId="77777777" w:rsidR="00C40B02" w:rsidRPr="00C617EE" w:rsidRDefault="00000000">
      <w:pPr>
        <w:spacing w:before="120"/>
        <w:jc w:val="center"/>
        <w:rPr>
          <w:lang w:val="it-IT"/>
        </w:rPr>
      </w:pPr>
      <w:r w:rsidRPr="00C617EE">
        <w:rPr>
          <w:b/>
          <w:lang w:val="it-IT"/>
        </w:rPr>
        <w:t>CHIEDE</w:t>
      </w:r>
    </w:p>
    <w:p w14:paraId="501AFD63" w14:textId="77777777" w:rsidR="00C40B02" w:rsidRPr="00C617EE" w:rsidRDefault="00000000">
      <w:pPr>
        <w:jc w:val="both"/>
        <w:rPr>
          <w:lang w:val="it-IT"/>
        </w:rPr>
      </w:pPr>
      <w:r w:rsidRPr="00C617EE">
        <w:rPr>
          <w:lang w:val="it-IT"/>
        </w:rPr>
        <w:t>l'assegnazione del contributo integrativo a valere sul Fondo nazionale per il sostegno all'accesso alle abitazioni in locazione di cui all'art. 11 della L. 431/1998, per l'anno 2026, secondo i criteri previsti dalla Deliberazione della Giunta Regionale n. 36/36 del 09.07.2025 e dal bando comunale.</w:t>
      </w:r>
    </w:p>
    <w:p w14:paraId="3677AA6A" w14:textId="72CB4431" w:rsidR="00C40B02" w:rsidRPr="00C617EE" w:rsidRDefault="00000000">
      <w:pPr>
        <w:jc w:val="both"/>
        <w:rPr>
          <w:lang w:val="it-IT"/>
        </w:rPr>
      </w:pPr>
      <w:r w:rsidRPr="00C617EE">
        <w:rPr>
          <w:lang w:val="it-IT"/>
        </w:rPr>
        <w:t>A tal fine, consapevole della responsabilità penale prevista dall'art. 76 del D.P.R. 445/2000 per le dichiarazioni mendaci, della decadenza dai benefici prevista dall'art. 75 dello stesso decreto e del fatto che l'erogazione del contributo è subordinata al trasferimento al Comune di Bu</w:t>
      </w:r>
      <w:r w:rsidR="006A4D4D">
        <w:rPr>
          <w:lang w:val="it-IT"/>
        </w:rPr>
        <w:t>ltei</w:t>
      </w:r>
      <w:r w:rsidRPr="00C617EE">
        <w:rPr>
          <w:lang w:val="it-IT"/>
        </w:rPr>
        <w:t xml:space="preserve"> dei fondi regionali,</w:t>
      </w:r>
    </w:p>
    <w:p w14:paraId="27D16A1E" w14:textId="77777777" w:rsidR="00C40B02" w:rsidRPr="00C617EE" w:rsidRDefault="00000000">
      <w:pPr>
        <w:spacing w:before="80" w:after="40"/>
        <w:jc w:val="center"/>
        <w:rPr>
          <w:lang w:val="it-IT"/>
        </w:rPr>
      </w:pPr>
      <w:r w:rsidRPr="00C617EE">
        <w:rPr>
          <w:b/>
          <w:lang w:val="it-IT"/>
        </w:rPr>
        <w:t>DICHIARA</w:t>
      </w:r>
    </w:p>
    <w:p w14:paraId="27E0D0EC" w14:textId="77777777" w:rsidR="00C40B02" w:rsidRPr="00C617EE" w:rsidRDefault="00000000">
      <w:pPr>
        <w:rPr>
          <w:lang w:val="it-IT"/>
        </w:rPr>
      </w:pPr>
      <w:r w:rsidRPr="00C617EE">
        <w:rPr>
          <w:i/>
          <w:lang w:val="it-IT"/>
        </w:rPr>
        <w:t>ai sensi degli artt. 46 e 47 del D.P.R. 445/2000 (barrare le caselle di interesse):</w:t>
      </w:r>
    </w:p>
    <w:p w14:paraId="76BBC745" w14:textId="77777777" w:rsidR="00C40B02" w:rsidRPr="00C617EE" w:rsidRDefault="00000000">
      <w:pPr>
        <w:keepNext/>
        <w:spacing w:before="160" w:after="60"/>
        <w:rPr>
          <w:lang w:val="it-IT"/>
        </w:rPr>
      </w:pPr>
      <w:r w:rsidRPr="00C617EE">
        <w:rPr>
          <w:b/>
          <w:lang w:val="it-IT"/>
        </w:rPr>
        <w:t>Requisiti soggettivi</w:t>
      </w:r>
    </w:p>
    <w:p w14:paraId="1CD8A498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di essere cittadino italiano o di uno Stato dell'Unione Europea;</w:t>
      </w:r>
    </w:p>
    <w:p w14:paraId="3E2F1EE1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di essere cittadino di Stato non appartenente all'Unione Europea, in possesso di regolare titolo di soggiorno in corso di validità (tipo ________________, scadenza ____/____/________);</w:t>
      </w:r>
    </w:p>
    <w:p w14:paraId="30C07867" w14:textId="3E94C566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di essere residente nel Comune di Bu</w:t>
      </w:r>
      <w:r w:rsidR="006A4D4D">
        <w:rPr>
          <w:lang w:val="it-IT"/>
        </w:rPr>
        <w:t>ltei</w:t>
      </w:r>
      <w:r w:rsidRPr="00C617EE">
        <w:rPr>
          <w:lang w:val="it-IT"/>
        </w:rPr>
        <w:t xml:space="preserve">, unitamente a tutti i componenti del nucleo utilizzatore dell'alloggio, alla data di presentazione dell'istanza o per il periodo </w:t>
      </w:r>
      <w:r w:rsidRPr="00C617EE">
        <w:rPr>
          <w:lang w:val="it-IT"/>
        </w:rPr>
        <w:lastRenderedPageBreak/>
        <w:t>relativamente al quale si richiede il contributo (dal ____/____/________ al ____/____/________);</w:t>
      </w:r>
    </w:p>
    <w:p w14:paraId="62D7D903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di non essere assegnatario, né i componenti del nucleo, di un alloggio di edilizia residenziale pubblica o di un alloggio di proprietà comunale con canone equiparato a quello ERP;</w:t>
      </w:r>
    </w:p>
    <w:p w14:paraId="0DAD40E1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di non essere titolare di un contratto di locazione di unità immobiliari classificate nelle categorie catastali A1, A8 e A9 o in categorie catastali riferite ad usi non abitativi;</w:t>
      </w:r>
    </w:p>
    <w:p w14:paraId="4A9EA3B9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che nessun componente del nucleo è titolare del diritto di proprietà, usufrutto, uso o abitazione su un alloggio adeguato alle esigenze del nucleo familiare, ai sensi dell'art. 2 della L.R. 13/1989, situato in qualsiasi località del territorio nazionale;</w:t>
      </w:r>
    </w:p>
    <w:p w14:paraId="42FBBB96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di non essere titolare di un contratto di locazione stipulato tra parenti o affini entro il secondo grado, o tra coniugi non separati legalmente (ai coniugi sono equiparati i conviventi di fatto e le persone unite civilmente);</w:t>
      </w:r>
    </w:p>
    <w:p w14:paraId="4E5838FE" w14:textId="77777777" w:rsidR="00C40B02" w:rsidRPr="00C617EE" w:rsidRDefault="00000000">
      <w:pPr>
        <w:keepNext/>
        <w:spacing w:before="160" w:after="60"/>
        <w:rPr>
          <w:lang w:val="it-IT"/>
        </w:rPr>
      </w:pPr>
      <w:r w:rsidRPr="00C617EE">
        <w:rPr>
          <w:b/>
          <w:lang w:val="it-IT"/>
        </w:rPr>
        <w:t>Contratto di locazione</w:t>
      </w:r>
    </w:p>
    <w:p w14:paraId="298F3766" w14:textId="04F72AF9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che l'alloggio locato, sito in Bu</w:t>
      </w:r>
      <w:r w:rsidR="006A4D4D">
        <w:rPr>
          <w:lang w:val="it-IT"/>
        </w:rPr>
        <w:t>ltei</w:t>
      </w:r>
      <w:r w:rsidRPr="00C617EE">
        <w:rPr>
          <w:lang w:val="it-IT"/>
        </w:rPr>
        <w:t>, Via ____________________ n. ____, è adibito ad abitazione principale del nucleo ed è corrispondente alla sua residenza anagrafica;</w:t>
      </w:r>
    </w:p>
    <w:p w14:paraId="764D16B3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che il contratto di locazione ad uso residenziale (locazione ordinaria / sublocazione / locazione transitoria, barrare la tipologia) è stato stipulato in data ____/____/________ con il/la Sig./Sig.ra ________________________ ed è stato registrato presso l'Ufficio del Registro di ________________ in data ____/____/________ con il n. ______ serie ______;</w:t>
      </w:r>
    </w:p>
    <w:p w14:paraId="066CB848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che il contratto è in vigore nel periodo dal ____/____/________ al ____/____/________ dell'anno 2026 e che comunicherà tempestivamente al Comune la sua eventuale cessazione anticipata;</w:t>
      </w:r>
    </w:p>
    <w:p w14:paraId="13E66153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di essere in regola con il pagamento dell'imposta di registro per l'annualità 2026 (modello F24 o equivalente versato in data ____/____/________);</w:t>
      </w:r>
    </w:p>
    <w:p w14:paraId="0830655A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di avere optato per la cedolare secca (comunicazione registrata in data ____/____/________);</w:t>
      </w:r>
    </w:p>
    <w:p w14:paraId="43ACEA03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di essere intestatario del contratto di locazione;</w:t>
      </w:r>
    </w:p>
    <w:p w14:paraId="5B9A5765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che il canone complessivamente dovuto per il periodo di locazione nell'anno 2026, al netto degli oneri accessori, ammonta a euro ______________ da corrispondere in n. ______ rate;</w:t>
      </w:r>
    </w:p>
    <w:p w14:paraId="4B17A385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(se il contratto è intestato a più soggetti di distinti nuclei familiari) che la quota di canone riferibile al proprio nucleo è pari a euro ______________;</w:t>
      </w:r>
    </w:p>
    <w:p w14:paraId="64E8F962" w14:textId="77777777" w:rsidR="00C40B02" w:rsidRPr="00C617EE" w:rsidRDefault="00000000">
      <w:pPr>
        <w:keepNext/>
        <w:spacing w:before="160" w:after="60"/>
        <w:rPr>
          <w:lang w:val="it-IT"/>
        </w:rPr>
      </w:pPr>
      <w:r w:rsidRPr="00C617EE">
        <w:rPr>
          <w:b/>
          <w:lang w:val="it-IT"/>
        </w:rPr>
        <w:t>Situazione economica e altri contributi</w:t>
      </w:r>
    </w:p>
    <w:p w14:paraId="58B41D29" w14:textId="77777777" w:rsidR="00C40B02" w:rsidRPr="00C617EE" w:rsidRDefault="00000000">
      <w:pPr>
        <w:ind w:left="510"/>
        <w:jc w:val="both"/>
        <w:rPr>
          <w:lang w:val="it-IT"/>
        </w:rPr>
      </w:pPr>
      <w:r w:rsidRPr="00C617EE">
        <w:rPr>
          <w:lang w:val="it-IT"/>
        </w:rPr>
        <w:t>che il valore ISEE 2026 del nucleo familiare è pari a euro ______________ (protocollo DSU n. ____________________, data di rilascio ____/____/________);</w:t>
      </w:r>
    </w:p>
    <w:p w14:paraId="10CF91B4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di non percepire altri contributi per il pagamento del canone di locazione;</w:t>
      </w:r>
    </w:p>
    <w:p w14:paraId="061557C6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di percepire il seguente contributo per il pagamento del canone di locazione: ______________________ per euro ________ (mensili) / euro ________ (annuali);</w:t>
      </w:r>
    </w:p>
    <w:p w14:paraId="7BD4EEF0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di avere presentato istanza per il contributo in oggetto al Comune di ____________________ (prov. ____) per le mensilità ____________________;</w:t>
      </w:r>
    </w:p>
    <w:p w14:paraId="32DF6D3E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lastRenderedPageBreak/>
        <w:t>☐</w:t>
      </w:r>
      <w:r w:rsidRPr="00C617EE">
        <w:rPr>
          <w:lang w:val="it-IT"/>
        </w:rPr>
        <w:tab/>
        <w:t>di volere presentare istanza per il contributo in oggetto al Comune di ____________________ (prov. ____) per le mensilità ____________________.</w:t>
      </w:r>
    </w:p>
    <w:p w14:paraId="406EA755" w14:textId="77777777" w:rsidR="00C40B02" w:rsidRPr="00C617EE" w:rsidRDefault="00000000">
      <w:pPr>
        <w:keepNext/>
        <w:spacing w:before="160" w:after="60"/>
        <w:rPr>
          <w:lang w:val="it-IT"/>
        </w:rPr>
      </w:pPr>
      <w:r w:rsidRPr="00C617EE">
        <w:rPr>
          <w:b/>
          <w:lang w:val="it-IT"/>
        </w:rPr>
        <w:t>Composizione del nucleo familiare (come risulta dall'anagrafe)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0"/>
        <w:gridCol w:w="3969"/>
        <w:gridCol w:w="1984"/>
        <w:gridCol w:w="2721"/>
      </w:tblGrid>
      <w:tr w:rsidR="00C40B02" w14:paraId="71FD237F" w14:textId="77777777">
        <w:tc>
          <w:tcPr>
            <w:tcW w:w="680" w:type="dxa"/>
          </w:tcPr>
          <w:p w14:paraId="7016507A" w14:textId="77777777" w:rsidR="00C40B02" w:rsidRDefault="00000000">
            <w:r>
              <w:rPr>
                <w:b/>
              </w:rPr>
              <w:t>N.</w:t>
            </w:r>
          </w:p>
        </w:tc>
        <w:tc>
          <w:tcPr>
            <w:tcW w:w="3969" w:type="dxa"/>
          </w:tcPr>
          <w:p w14:paraId="231A480A" w14:textId="77777777" w:rsidR="00C40B02" w:rsidRDefault="00000000">
            <w:proofErr w:type="spellStart"/>
            <w:r>
              <w:rPr>
                <w:b/>
              </w:rPr>
              <w:t>Cognome</w:t>
            </w:r>
            <w:proofErr w:type="spellEnd"/>
            <w:r>
              <w:rPr>
                <w:b/>
              </w:rPr>
              <w:t xml:space="preserve"> e </w:t>
            </w:r>
            <w:proofErr w:type="spellStart"/>
            <w:r>
              <w:rPr>
                <w:b/>
              </w:rPr>
              <w:t>nome</w:t>
            </w:r>
            <w:proofErr w:type="spellEnd"/>
          </w:p>
        </w:tc>
        <w:tc>
          <w:tcPr>
            <w:tcW w:w="1984" w:type="dxa"/>
          </w:tcPr>
          <w:p w14:paraId="424A7AE1" w14:textId="77777777" w:rsidR="00C40B02" w:rsidRDefault="00000000">
            <w:r>
              <w:rPr>
                <w:b/>
              </w:rPr>
              <w:t xml:space="preserve">Data di </w:t>
            </w:r>
            <w:proofErr w:type="spellStart"/>
            <w:r>
              <w:rPr>
                <w:b/>
              </w:rPr>
              <w:t>nascita</w:t>
            </w:r>
            <w:proofErr w:type="spellEnd"/>
          </w:p>
        </w:tc>
        <w:tc>
          <w:tcPr>
            <w:tcW w:w="2721" w:type="dxa"/>
          </w:tcPr>
          <w:p w14:paraId="3E58DC03" w14:textId="77777777" w:rsidR="00C40B02" w:rsidRDefault="00000000">
            <w:proofErr w:type="spellStart"/>
            <w:r>
              <w:rPr>
                <w:b/>
              </w:rPr>
              <w:t>Rapporto</w:t>
            </w:r>
            <w:proofErr w:type="spellEnd"/>
            <w:r>
              <w:rPr>
                <w:b/>
              </w:rPr>
              <w:t xml:space="preserve"> di parentela</w:t>
            </w:r>
          </w:p>
        </w:tc>
      </w:tr>
      <w:tr w:rsidR="00C40B02" w14:paraId="181DB21A" w14:textId="77777777">
        <w:tc>
          <w:tcPr>
            <w:tcW w:w="680" w:type="dxa"/>
          </w:tcPr>
          <w:p w14:paraId="1747B91F" w14:textId="77777777" w:rsidR="00C40B02" w:rsidRDefault="00000000">
            <w:r>
              <w:t>1</w:t>
            </w:r>
          </w:p>
        </w:tc>
        <w:tc>
          <w:tcPr>
            <w:tcW w:w="3969" w:type="dxa"/>
          </w:tcPr>
          <w:p w14:paraId="3595A903" w14:textId="77777777" w:rsidR="00C40B02" w:rsidRDefault="00C40B02"/>
        </w:tc>
        <w:tc>
          <w:tcPr>
            <w:tcW w:w="1984" w:type="dxa"/>
          </w:tcPr>
          <w:p w14:paraId="4981AE42" w14:textId="77777777" w:rsidR="00C40B02" w:rsidRDefault="00C40B02"/>
        </w:tc>
        <w:tc>
          <w:tcPr>
            <w:tcW w:w="2721" w:type="dxa"/>
          </w:tcPr>
          <w:p w14:paraId="0F06EF79" w14:textId="77777777" w:rsidR="00C40B02" w:rsidRDefault="00000000">
            <w:r>
              <w:t>RICHIEDENTE</w:t>
            </w:r>
          </w:p>
        </w:tc>
      </w:tr>
      <w:tr w:rsidR="00C40B02" w14:paraId="1E7C1EB3" w14:textId="77777777">
        <w:tc>
          <w:tcPr>
            <w:tcW w:w="680" w:type="dxa"/>
          </w:tcPr>
          <w:p w14:paraId="46464B50" w14:textId="77777777" w:rsidR="00C40B02" w:rsidRDefault="00000000">
            <w:r>
              <w:t>2</w:t>
            </w:r>
          </w:p>
        </w:tc>
        <w:tc>
          <w:tcPr>
            <w:tcW w:w="3969" w:type="dxa"/>
          </w:tcPr>
          <w:p w14:paraId="11C41AED" w14:textId="77777777" w:rsidR="00C40B02" w:rsidRDefault="00C40B02"/>
        </w:tc>
        <w:tc>
          <w:tcPr>
            <w:tcW w:w="1984" w:type="dxa"/>
          </w:tcPr>
          <w:p w14:paraId="2B49A7ED" w14:textId="77777777" w:rsidR="00C40B02" w:rsidRDefault="00C40B02"/>
        </w:tc>
        <w:tc>
          <w:tcPr>
            <w:tcW w:w="2721" w:type="dxa"/>
          </w:tcPr>
          <w:p w14:paraId="43BC00EB" w14:textId="77777777" w:rsidR="00C40B02" w:rsidRDefault="00C40B02"/>
        </w:tc>
      </w:tr>
      <w:tr w:rsidR="00C40B02" w14:paraId="03769729" w14:textId="77777777">
        <w:tc>
          <w:tcPr>
            <w:tcW w:w="680" w:type="dxa"/>
          </w:tcPr>
          <w:p w14:paraId="1AB27F03" w14:textId="77777777" w:rsidR="00C40B02" w:rsidRDefault="00000000">
            <w:r>
              <w:t>3</w:t>
            </w:r>
          </w:p>
        </w:tc>
        <w:tc>
          <w:tcPr>
            <w:tcW w:w="3969" w:type="dxa"/>
          </w:tcPr>
          <w:p w14:paraId="4CBF6297" w14:textId="77777777" w:rsidR="00C40B02" w:rsidRDefault="00C40B02"/>
        </w:tc>
        <w:tc>
          <w:tcPr>
            <w:tcW w:w="1984" w:type="dxa"/>
          </w:tcPr>
          <w:p w14:paraId="65362627" w14:textId="77777777" w:rsidR="00C40B02" w:rsidRDefault="00C40B02"/>
        </w:tc>
        <w:tc>
          <w:tcPr>
            <w:tcW w:w="2721" w:type="dxa"/>
          </w:tcPr>
          <w:p w14:paraId="69628433" w14:textId="77777777" w:rsidR="00C40B02" w:rsidRDefault="00C40B02"/>
        </w:tc>
      </w:tr>
      <w:tr w:rsidR="00C40B02" w14:paraId="0407313F" w14:textId="77777777">
        <w:tc>
          <w:tcPr>
            <w:tcW w:w="680" w:type="dxa"/>
          </w:tcPr>
          <w:p w14:paraId="7791B251" w14:textId="77777777" w:rsidR="00C40B02" w:rsidRDefault="00000000">
            <w:r>
              <w:t>4</w:t>
            </w:r>
          </w:p>
        </w:tc>
        <w:tc>
          <w:tcPr>
            <w:tcW w:w="3969" w:type="dxa"/>
          </w:tcPr>
          <w:p w14:paraId="2B72D6FF" w14:textId="77777777" w:rsidR="00C40B02" w:rsidRDefault="00C40B02"/>
        </w:tc>
        <w:tc>
          <w:tcPr>
            <w:tcW w:w="1984" w:type="dxa"/>
          </w:tcPr>
          <w:p w14:paraId="6FAEBAFE" w14:textId="77777777" w:rsidR="00C40B02" w:rsidRDefault="00C40B02"/>
        </w:tc>
        <w:tc>
          <w:tcPr>
            <w:tcW w:w="2721" w:type="dxa"/>
          </w:tcPr>
          <w:p w14:paraId="1D48919F" w14:textId="77777777" w:rsidR="00C40B02" w:rsidRDefault="00C40B02"/>
        </w:tc>
      </w:tr>
      <w:tr w:rsidR="00C40B02" w14:paraId="10DFA94C" w14:textId="77777777">
        <w:tc>
          <w:tcPr>
            <w:tcW w:w="680" w:type="dxa"/>
          </w:tcPr>
          <w:p w14:paraId="22F8DF02" w14:textId="77777777" w:rsidR="00C40B02" w:rsidRDefault="00000000">
            <w:r>
              <w:t>5</w:t>
            </w:r>
          </w:p>
        </w:tc>
        <w:tc>
          <w:tcPr>
            <w:tcW w:w="3969" w:type="dxa"/>
          </w:tcPr>
          <w:p w14:paraId="40900E24" w14:textId="77777777" w:rsidR="00C40B02" w:rsidRDefault="00C40B02"/>
        </w:tc>
        <w:tc>
          <w:tcPr>
            <w:tcW w:w="1984" w:type="dxa"/>
          </w:tcPr>
          <w:p w14:paraId="717B60AE" w14:textId="77777777" w:rsidR="00C40B02" w:rsidRDefault="00C40B02"/>
        </w:tc>
        <w:tc>
          <w:tcPr>
            <w:tcW w:w="2721" w:type="dxa"/>
          </w:tcPr>
          <w:p w14:paraId="2538D8BE" w14:textId="77777777" w:rsidR="00C40B02" w:rsidRDefault="00C40B02"/>
        </w:tc>
      </w:tr>
      <w:tr w:rsidR="00C40B02" w14:paraId="100F4348" w14:textId="77777777">
        <w:tc>
          <w:tcPr>
            <w:tcW w:w="680" w:type="dxa"/>
          </w:tcPr>
          <w:p w14:paraId="6F6E8BE4" w14:textId="77777777" w:rsidR="00C40B02" w:rsidRDefault="00000000">
            <w:r>
              <w:t>6</w:t>
            </w:r>
          </w:p>
        </w:tc>
        <w:tc>
          <w:tcPr>
            <w:tcW w:w="3969" w:type="dxa"/>
          </w:tcPr>
          <w:p w14:paraId="7EF9AE5F" w14:textId="77777777" w:rsidR="00C40B02" w:rsidRDefault="00C40B02"/>
        </w:tc>
        <w:tc>
          <w:tcPr>
            <w:tcW w:w="1984" w:type="dxa"/>
          </w:tcPr>
          <w:p w14:paraId="4BA37F27" w14:textId="77777777" w:rsidR="00C40B02" w:rsidRDefault="00C40B02"/>
        </w:tc>
        <w:tc>
          <w:tcPr>
            <w:tcW w:w="2721" w:type="dxa"/>
          </w:tcPr>
          <w:p w14:paraId="5A51D2C2" w14:textId="77777777" w:rsidR="00C40B02" w:rsidRDefault="00C40B02"/>
        </w:tc>
      </w:tr>
    </w:tbl>
    <w:p w14:paraId="3494DCBA" w14:textId="77777777" w:rsidR="00C40B02" w:rsidRDefault="00C40B02">
      <w:pPr>
        <w:spacing w:after="40"/>
        <w:jc w:val="both"/>
      </w:pPr>
    </w:p>
    <w:p w14:paraId="4DE48E8E" w14:textId="77777777" w:rsidR="00C40B02" w:rsidRDefault="00000000">
      <w:pPr>
        <w:keepNext/>
        <w:spacing w:before="160" w:after="60"/>
      </w:pPr>
      <w:proofErr w:type="spellStart"/>
      <w:r>
        <w:rPr>
          <w:b/>
        </w:rPr>
        <w:t>Condizioni</w:t>
      </w:r>
      <w:proofErr w:type="spellEnd"/>
      <w:r>
        <w:rPr>
          <w:b/>
        </w:rPr>
        <w:t xml:space="preserve"> di </w:t>
      </w:r>
      <w:proofErr w:type="spellStart"/>
      <w:r>
        <w:rPr>
          <w:b/>
        </w:rPr>
        <w:t>particolare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debolezza</w:t>
      </w:r>
      <w:proofErr w:type="spellEnd"/>
      <w:r>
        <w:rPr>
          <w:b/>
        </w:rPr>
        <w:t xml:space="preserve"> sociale</w:t>
      </w:r>
    </w:p>
    <w:p w14:paraId="543DC643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presenza nel nucleo di componenti ultrasessantacinquenni;</w:t>
      </w:r>
    </w:p>
    <w:p w14:paraId="60EBC8A9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presenza nel nucleo di componenti con disabilità (allegare la certificazione);</w:t>
      </w:r>
    </w:p>
    <w:p w14:paraId="507DF0CE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altra analoga situazione di particolare debolezza sociale (specificare): ______________________________ (la situazione è valutata e attestata dal servizio sociale comunale).</w:t>
      </w:r>
    </w:p>
    <w:p w14:paraId="0A8C00E1" w14:textId="77777777" w:rsidR="00C40B02" w:rsidRPr="00C617EE" w:rsidRDefault="00000000">
      <w:pPr>
        <w:spacing w:before="160" w:after="40"/>
        <w:jc w:val="center"/>
        <w:rPr>
          <w:lang w:val="it-IT"/>
        </w:rPr>
      </w:pPr>
      <w:r w:rsidRPr="00C617EE">
        <w:rPr>
          <w:b/>
          <w:lang w:val="it-IT"/>
        </w:rPr>
        <w:t>DICHIARA INOLTRE</w:t>
      </w:r>
    </w:p>
    <w:p w14:paraId="380A7CC0" w14:textId="77777777" w:rsidR="00C40B02" w:rsidRPr="00C617EE" w:rsidRDefault="00000000">
      <w:pPr>
        <w:tabs>
          <w:tab w:val="left" w:pos="454"/>
        </w:tabs>
        <w:ind w:left="454" w:hanging="340"/>
        <w:jc w:val="both"/>
        <w:rPr>
          <w:lang w:val="it-IT"/>
        </w:rPr>
      </w:pPr>
      <w:r w:rsidRPr="00C617EE">
        <w:rPr>
          <w:lang w:val="it-IT"/>
        </w:rPr>
        <w:t>-</w:t>
      </w:r>
      <w:r w:rsidRPr="00C617EE">
        <w:rPr>
          <w:lang w:val="it-IT"/>
        </w:rPr>
        <w:tab/>
        <w:t>di avere preso visione del bando comunale per l'accesso al Fondo per il sostegno alle abitazioni in locazione, anno 2026, e di accettarne tutte le condizioni e modalità di erogazione;</w:t>
      </w:r>
    </w:p>
    <w:p w14:paraId="05609065" w14:textId="77777777" w:rsidR="00C40B02" w:rsidRPr="00C617EE" w:rsidRDefault="00000000">
      <w:pPr>
        <w:tabs>
          <w:tab w:val="left" w:pos="454"/>
        </w:tabs>
        <w:ind w:left="454" w:hanging="340"/>
        <w:jc w:val="both"/>
        <w:rPr>
          <w:lang w:val="it-IT"/>
        </w:rPr>
      </w:pPr>
      <w:r w:rsidRPr="00C617EE">
        <w:rPr>
          <w:lang w:val="it-IT"/>
        </w:rPr>
        <w:t>-</w:t>
      </w:r>
      <w:r w:rsidRPr="00C617EE">
        <w:rPr>
          <w:lang w:val="it-IT"/>
        </w:rPr>
        <w:tab/>
        <w:t>di sapere che l'erogazione del contributo è subordinata al trasferimento dei fondi regionali e alla presentazione delle ricevute di pagamento del canone relative al 2026, e che il contributo non può eccedere la differenza tra il canone annuo effettivo, al netto degli oneri accessori, e il canone considerato sopportabile in relazione all'ISEE;</w:t>
      </w:r>
    </w:p>
    <w:p w14:paraId="64902078" w14:textId="77777777" w:rsidR="00C40B02" w:rsidRPr="00C617EE" w:rsidRDefault="00000000">
      <w:pPr>
        <w:tabs>
          <w:tab w:val="left" w:pos="454"/>
        </w:tabs>
        <w:ind w:left="454" w:hanging="340"/>
        <w:jc w:val="both"/>
        <w:rPr>
          <w:lang w:val="it-IT"/>
        </w:rPr>
      </w:pPr>
      <w:r w:rsidRPr="00C617EE">
        <w:rPr>
          <w:lang w:val="it-IT"/>
        </w:rPr>
        <w:t>-</w:t>
      </w:r>
      <w:r w:rsidRPr="00C617EE">
        <w:rPr>
          <w:lang w:val="it-IT"/>
        </w:rPr>
        <w:tab/>
        <w:t>di sapere che sulle dichiarazioni rese possono essere eseguiti controlli ai sensi dell'art. 71 del D.P.R. 445/2000 e della normativa in materia di ISEE, anche con l'intervento dell'Agenzia delle Entrate e della Guardia di Finanza;</w:t>
      </w:r>
    </w:p>
    <w:p w14:paraId="083A9B20" w14:textId="77777777" w:rsidR="00C40B02" w:rsidRPr="00C617EE" w:rsidRDefault="00000000">
      <w:pPr>
        <w:tabs>
          <w:tab w:val="left" w:pos="454"/>
        </w:tabs>
        <w:ind w:left="454" w:hanging="340"/>
        <w:jc w:val="both"/>
        <w:rPr>
          <w:lang w:val="it-IT"/>
        </w:rPr>
      </w:pPr>
      <w:r w:rsidRPr="00C617EE">
        <w:rPr>
          <w:lang w:val="it-IT"/>
        </w:rPr>
        <w:t>-</w:t>
      </w:r>
      <w:r w:rsidRPr="00C617EE">
        <w:rPr>
          <w:lang w:val="it-IT"/>
        </w:rPr>
        <w:tab/>
        <w:t>di sapere che non sono ammesse istanze riferite al medesimo periodo in Comuni diversi;</w:t>
      </w:r>
    </w:p>
    <w:p w14:paraId="4B5DD3F2" w14:textId="77777777" w:rsidR="00C40B02" w:rsidRPr="00C617EE" w:rsidRDefault="00000000">
      <w:pPr>
        <w:tabs>
          <w:tab w:val="left" w:pos="454"/>
        </w:tabs>
        <w:ind w:left="454" w:hanging="340"/>
        <w:jc w:val="both"/>
        <w:rPr>
          <w:lang w:val="it-IT"/>
        </w:rPr>
      </w:pPr>
      <w:r w:rsidRPr="00C617EE">
        <w:rPr>
          <w:lang w:val="it-IT"/>
        </w:rPr>
        <w:t>-</w:t>
      </w:r>
      <w:r w:rsidRPr="00C617EE">
        <w:rPr>
          <w:lang w:val="it-IT"/>
        </w:rPr>
        <w:tab/>
        <w:t>di avere ricevuto l'informativa sul trattamento dei dati personali ai sensi dell'art. 13 del Regolamento (UE) 2016/679 (Allegato B).</w:t>
      </w:r>
    </w:p>
    <w:p w14:paraId="6998C307" w14:textId="77777777" w:rsidR="00C40B02" w:rsidRPr="00C617EE" w:rsidRDefault="00000000">
      <w:pPr>
        <w:keepNext/>
        <w:spacing w:before="160" w:after="60"/>
        <w:rPr>
          <w:lang w:val="it-IT"/>
        </w:rPr>
      </w:pPr>
      <w:r w:rsidRPr="00C617EE">
        <w:rPr>
          <w:b/>
          <w:lang w:val="it-IT"/>
        </w:rPr>
        <w:t>Documentazione allegata</w:t>
      </w:r>
    </w:p>
    <w:p w14:paraId="247ED4C3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copia del documento di identità in corso di validità;</w:t>
      </w:r>
    </w:p>
    <w:p w14:paraId="30B501ED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copia dell'attestazione ISEE 2026;</w:t>
      </w:r>
    </w:p>
    <w:p w14:paraId="2B17A6B5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informativa sul trattamento dei dati personali (Allegato B), sottoscritta;</w:t>
      </w:r>
    </w:p>
    <w:p w14:paraId="45633DC7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copia del contratto di locazione registrato;</w:t>
      </w:r>
    </w:p>
    <w:p w14:paraId="0B45D4D6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copia del pagamento dell'imposta di registro 2026 (o della prima registrazione) o attestazione di opzione per la cedolare secca;</w:t>
      </w:r>
    </w:p>
    <w:p w14:paraId="1102CB8B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lastRenderedPageBreak/>
        <w:t>☐</w:t>
      </w:r>
      <w:r w:rsidRPr="00C617EE">
        <w:rPr>
          <w:lang w:val="it-IT"/>
        </w:rPr>
        <w:tab/>
        <w:t>copia delle ricevute di pagamento del canone 2026, fino al mese di agosto;</w:t>
      </w:r>
    </w:p>
    <w:p w14:paraId="33475702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per i cittadini extracomunitari: carta o permesso di soggiorno di tutti i componenti del nucleo;</w:t>
      </w:r>
    </w:p>
    <w:p w14:paraId="52E1B474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se ricorre: provvedimento di separazione legale omologato o di divorzio;</w:t>
      </w:r>
    </w:p>
    <w:p w14:paraId="37D49FFB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se ricorre: certificazione di disabilità;</w:t>
      </w:r>
    </w:p>
    <w:p w14:paraId="730A31DA" w14:textId="77777777" w:rsidR="00C40B02" w:rsidRPr="00C617EE" w:rsidRDefault="00000000">
      <w:pPr>
        <w:tabs>
          <w:tab w:val="left" w:pos="510"/>
        </w:tabs>
        <w:ind w:left="510" w:hanging="397"/>
        <w:jc w:val="both"/>
        <w:rPr>
          <w:lang w:val="it-IT"/>
        </w:rPr>
      </w:pPr>
      <w:r w:rsidRPr="00C617EE">
        <w:rPr>
          <w:lang w:val="it-IT"/>
        </w:rPr>
        <w:t>☐</w:t>
      </w:r>
      <w:r w:rsidRPr="00C617EE">
        <w:rPr>
          <w:lang w:val="it-IT"/>
        </w:rPr>
        <w:tab/>
        <w:t>altra documentazione (specificare): ______________________________.</w:t>
      </w:r>
    </w:p>
    <w:p w14:paraId="692777F2" w14:textId="77777777" w:rsidR="00C40B02" w:rsidRPr="00C617EE" w:rsidRDefault="00000000">
      <w:pPr>
        <w:keepNext/>
        <w:spacing w:before="160" w:after="60"/>
        <w:rPr>
          <w:lang w:val="it-IT"/>
        </w:rPr>
      </w:pPr>
      <w:r w:rsidRPr="00C617EE">
        <w:rPr>
          <w:b/>
          <w:lang w:val="it-IT"/>
        </w:rPr>
        <w:t>Modalità di erogazione</w:t>
      </w:r>
    </w:p>
    <w:p w14:paraId="2A317394" w14:textId="77777777" w:rsidR="00C40B02" w:rsidRPr="00C617EE" w:rsidRDefault="00000000">
      <w:pPr>
        <w:jc w:val="both"/>
        <w:rPr>
          <w:lang w:val="it-IT"/>
        </w:rPr>
      </w:pPr>
      <w:r w:rsidRPr="00C617EE">
        <w:rPr>
          <w:lang w:val="it-IT"/>
        </w:rPr>
        <w:t>Il/la sottoscritto/a chiede che il contributo sia accreditato sul conto corrente intestato al richiedente, IBAN ________________________________________ presso la banca ______________________________.</w:t>
      </w:r>
    </w:p>
    <w:p w14:paraId="462BC77D" w14:textId="0591C51E" w:rsidR="00C40B02" w:rsidRPr="00C617EE" w:rsidRDefault="00000000">
      <w:pPr>
        <w:spacing w:before="240" w:after="280"/>
        <w:rPr>
          <w:lang w:val="it-IT"/>
        </w:rPr>
      </w:pPr>
      <w:r w:rsidRPr="00C617EE">
        <w:rPr>
          <w:lang w:val="it-IT"/>
        </w:rPr>
        <w:t>Bu</w:t>
      </w:r>
      <w:r w:rsidR="006A4D4D">
        <w:rPr>
          <w:lang w:val="it-IT"/>
        </w:rPr>
        <w:t>ltei</w:t>
      </w:r>
      <w:r w:rsidRPr="00C617EE">
        <w:rPr>
          <w:lang w:val="it-IT"/>
        </w:rPr>
        <w:t>, ____/____/________</w:t>
      </w:r>
    </w:p>
    <w:p w14:paraId="1890CE45" w14:textId="77777777" w:rsidR="00C40B02" w:rsidRPr="00C617EE" w:rsidRDefault="00000000">
      <w:pPr>
        <w:jc w:val="right"/>
        <w:rPr>
          <w:lang w:val="it-IT"/>
        </w:rPr>
      </w:pPr>
      <w:r w:rsidRPr="00C617EE">
        <w:rPr>
          <w:lang w:val="it-IT"/>
        </w:rPr>
        <w:t>Il Dichiarante (firma per esteso) ______________________________</w:t>
      </w:r>
    </w:p>
    <w:sectPr w:rsidR="00C40B02" w:rsidRPr="00C617EE" w:rsidSect="00034616"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E82E7" w14:textId="77777777" w:rsidR="005B35B8" w:rsidRDefault="005B35B8">
      <w:pPr>
        <w:spacing w:after="0" w:line="240" w:lineRule="auto"/>
      </w:pPr>
      <w:r>
        <w:separator/>
      </w:r>
    </w:p>
  </w:endnote>
  <w:endnote w:type="continuationSeparator" w:id="0">
    <w:p w14:paraId="39A9EAA0" w14:textId="77777777" w:rsidR="005B35B8" w:rsidRDefault="005B35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98033" w14:textId="77777777" w:rsidR="00C40B02" w:rsidRPr="00C617EE" w:rsidRDefault="00000000">
    <w:pPr>
      <w:pStyle w:val="Pidipagina"/>
      <w:jc w:val="center"/>
      <w:rPr>
        <w:lang w:val="it-IT"/>
      </w:rPr>
    </w:pPr>
    <w:r w:rsidRPr="00C617EE">
      <w:rPr>
        <w:sz w:val="18"/>
        <w:lang w:val="it-IT"/>
      </w:rPr>
      <w:t xml:space="preserve">Allegato A - Istanza contributo locazione L. 431/1998 - Anno 2026 - pagina </w:t>
    </w:r>
    <w:r>
      <w:rPr>
        <w:sz w:val="18"/>
      </w:rPr>
      <w:fldChar w:fldCharType="begin"/>
    </w:r>
    <w:r w:rsidRPr="00C617EE">
      <w:rPr>
        <w:sz w:val="18"/>
        <w:lang w:val="it-IT"/>
      </w:rPr>
      <w:instrText>PAGE</w:instrText>
    </w:r>
    <w:r>
      <w:rPr>
        <w:sz w:val="18"/>
      </w:rPr>
      <w:fldChar w:fldCharType="separate"/>
    </w:r>
    <w:r w:rsidR="00C617EE" w:rsidRPr="00C617EE">
      <w:rPr>
        <w:noProof/>
        <w:sz w:val="18"/>
        <w:lang w:val="it-IT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E5E0E" w14:textId="77777777" w:rsidR="005B35B8" w:rsidRDefault="005B35B8">
      <w:pPr>
        <w:spacing w:after="0" w:line="240" w:lineRule="auto"/>
      </w:pPr>
      <w:r>
        <w:separator/>
      </w:r>
    </w:p>
  </w:footnote>
  <w:footnote w:type="continuationSeparator" w:id="0">
    <w:p w14:paraId="3C0487E9" w14:textId="77777777" w:rsidR="005B35B8" w:rsidRDefault="005B35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88529159">
    <w:abstractNumId w:val="8"/>
  </w:num>
  <w:num w:numId="2" w16cid:durableId="656686874">
    <w:abstractNumId w:val="6"/>
  </w:num>
  <w:num w:numId="3" w16cid:durableId="528101784">
    <w:abstractNumId w:val="5"/>
  </w:num>
  <w:num w:numId="4" w16cid:durableId="283777126">
    <w:abstractNumId w:val="4"/>
  </w:num>
  <w:num w:numId="5" w16cid:durableId="1747797707">
    <w:abstractNumId w:val="7"/>
  </w:num>
  <w:num w:numId="6" w16cid:durableId="1504130885">
    <w:abstractNumId w:val="3"/>
  </w:num>
  <w:num w:numId="7" w16cid:durableId="2030638202">
    <w:abstractNumId w:val="2"/>
  </w:num>
  <w:num w:numId="8" w16cid:durableId="2046176842">
    <w:abstractNumId w:val="1"/>
  </w:num>
  <w:num w:numId="9" w16cid:durableId="956259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B43C3"/>
    <w:rsid w:val="00326F90"/>
    <w:rsid w:val="00536AFC"/>
    <w:rsid w:val="005B35B8"/>
    <w:rsid w:val="006A4D4D"/>
    <w:rsid w:val="006E4B52"/>
    <w:rsid w:val="00AA1D8D"/>
    <w:rsid w:val="00AA5996"/>
    <w:rsid w:val="00B47730"/>
    <w:rsid w:val="00C40B02"/>
    <w:rsid w:val="00C617EE"/>
    <w:rsid w:val="00CB0664"/>
    <w:rsid w:val="00E51E6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D1941D"/>
  <w14:defaultImageDpi w14:val="300"/>
  <w15:docId w15:val="{74125159-3F05-4CED-9CDD-D8876B3CC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00" w:line="259" w:lineRule="auto"/>
    </w:pPr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C617E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617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comunebultei@legpec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1121</Words>
  <Characters>6393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7500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Sebastiana Arca</cp:lastModifiedBy>
  <cp:revision>2</cp:revision>
  <dcterms:created xsi:type="dcterms:W3CDTF">2026-10-23T08:07:00Z</dcterms:created>
  <dcterms:modified xsi:type="dcterms:W3CDTF">2026-10-23T08:07:00Z</dcterms:modified>
  <cp:category/>
</cp:coreProperties>
</file>