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88B5C" w14:textId="77777777" w:rsidR="00E41077" w:rsidRPr="0018647D" w:rsidRDefault="00000000">
      <w:pPr>
        <w:spacing w:after="0"/>
        <w:jc w:val="center"/>
        <w:rPr>
          <w:color w:val="000000" w:themeColor="text1"/>
        </w:rPr>
      </w:pPr>
      <w:r w:rsidRPr="0018647D">
        <w:rPr>
          <w:b/>
          <w:color w:val="000000" w:themeColor="text1"/>
          <w:sz w:val="30"/>
        </w:rPr>
        <w:t>DICHIARAZIONE SOSTITUTIVA DI CERTIFICAZIONE</w:t>
      </w:r>
    </w:p>
    <w:p w14:paraId="60F72A20" w14:textId="77777777" w:rsidR="00E41077" w:rsidRPr="0018647D" w:rsidRDefault="00000000">
      <w:pPr>
        <w:spacing w:after="240"/>
        <w:jc w:val="center"/>
        <w:rPr>
          <w:color w:val="000000" w:themeColor="text1"/>
        </w:rPr>
      </w:pPr>
      <w:r w:rsidRPr="0018647D">
        <w:rPr>
          <w:color w:val="000000" w:themeColor="text1"/>
          <w:sz w:val="21"/>
        </w:rPr>
        <w:t>(Art. 46 del D.P.R. 28.12.2000, n. 445)</w:t>
      </w:r>
    </w:p>
    <w:p w14:paraId="05180870" w14:textId="77777777" w:rsidR="00E41077" w:rsidRPr="0018647D" w:rsidRDefault="00000000">
      <w:pPr>
        <w:keepNext/>
        <w:pBdr>
          <w:bottom w:val="single" w:sz="6" w:space="1" w:color="1F3A5F"/>
        </w:pBdr>
        <w:spacing w:before="280" w:after="80"/>
        <w:rPr>
          <w:color w:val="000000" w:themeColor="text1"/>
        </w:rPr>
      </w:pPr>
      <w:r w:rsidRPr="0018647D">
        <w:rPr>
          <w:b/>
          <w:color w:val="000000" w:themeColor="text1"/>
          <w:sz w:val="25"/>
        </w:rPr>
        <w:t>DATI DEL DICHIARANTE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576"/>
      </w:tblGrid>
      <w:tr w:rsidR="00E41077" w:rsidRPr="0018647D" w14:paraId="22B89225" w14:textId="77777777">
        <w:trPr>
          <w:jc w:val="center"/>
        </w:trPr>
        <w:tc>
          <w:tcPr>
            <w:tcW w:w="2835" w:type="dxa"/>
          </w:tcPr>
          <w:p w14:paraId="06085901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Il/La sottoscritto/a</w:t>
            </w:r>
          </w:p>
        </w:tc>
        <w:tc>
          <w:tcPr>
            <w:tcW w:w="6576" w:type="dxa"/>
          </w:tcPr>
          <w:p w14:paraId="094B2434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_____________________________________________</w:t>
            </w:r>
          </w:p>
        </w:tc>
      </w:tr>
      <w:tr w:rsidR="00E41077" w:rsidRPr="0018647D" w14:paraId="37B696D4" w14:textId="77777777">
        <w:trPr>
          <w:jc w:val="center"/>
        </w:trPr>
        <w:tc>
          <w:tcPr>
            <w:tcW w:w="2835" w:type="dxa"/>
          </w:tcPr>
          <w:p w14:paraId="1DCB5236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Nato/a a</w:t>
            </w:r>
          </w:p>
        </w:tc>
        <w:tc>
          <w:tcPr>
            <w:tcW w:w="6576" w:type="dxa"/>
          </w:tcPr>
          <w:p w14:paraId="1C1DA102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______________________________   (prov. ____)</w:t>
            </w:r>
          </w:p>
        </w:tc>
      </w:tr>
      <w:tr w:rsidR="00E41077" w:rsidRPr="0018647D" w14:paraId="085D730A" w14:textId="77777777">
        <w:trPr>
          <w:jc w:val="center"/>
        </w:trPr>
        <w:tc>
          <w:tcPr>
            <w:tcW w:w="2835" w:type="dxa"/>
          </w:tcPr>
          <w:p w14:paraId="72C51955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Il</w:t>
            </w:r>
          </w:p>
        </w:tc>
        <w:tc>
          <w:tcPr>
            <w:tcW w:w="6576" w:type="dxa"/>
          </w:tcPr>
          <w:p w14:paraId="0E69B550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____ / ____ / ________</w:t>
            </w:r>
          </w:p>
        </w:tc>
      </w:tr>
      <w:tr w:rsidR="00E41077" w:rsidRPr="0018647D" w14:paraId="4F68875A" w14:textId="77777777">
        <w:trPr>
          <w:jc w:val="center"/>
        </w:trPr>
        <w:tc>
          <w:tcPr>
            <w:tcW w:w="2835" w:type="dxa"/>
          </w:tcPr>
          <w:p w14:paraId="04130A39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Residente in</w:t>
            </w:r>
          </w:p>
        </w:tc>
        <w:tc>
          <w:tcPr>
            <w:tcW w:w="6576" w:type="dxa"/>
          </w:tcPr>
          <w:p w14:paraId="697BDA09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______________________________   (prov. ____)</w:t>
            </w:r>
          </w:p>
        </w:tc>
      </w:tr>
      <w:tr w:rsidR="00E41077" w:rsidRPr="0018647D" w14:paraId="7B8441CF" w14:textId="77777777">
        <w:trPr>
          <w:jc w:val="center"/>
        </w:trPr>
        <w:tc>
          <w:tcPr>
            <w:tcW w:w="2835" w:type="dxa"/>
          </w:tcPr>
          <w:p w14:paraId="781D59BD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Via / n.</w:t>
            </w:r>
          </w:p>
        </w:tc>
        <w:tc>
          <w:tcPr>
            <w:tcW w:w="6576" w:type="dxa"/>
          </w:tcPr>
          <w:p w14:paraId="1908A3E5" w14:textId="77777777" w:rsidR="00E41077" w:rsidRPr="0018647D" w:rsidRDefault="00000000">
            <w:pPr>
              <w:spacing w:after="40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___________________________________   n. ______</w:t>
            </w:r>
          </w:p>
        </w:tc>
      </w:tr>
    </w:tbl>
    <w:p w14:paraId="1BDD9631" w14:textId="77777777" w:rsidR="00E41077" w:rsidRPr="0018647D" w:rsidRDefault="00E41077">
      <w:pPr>
        <w:spacing w:after="40"/>
        <w:rPr>
          <w:color w:val="000000" w:themeColor="text1"/>
        </w:rPr>
      </w:pPr>
    </w:p>
    <w:p w14:paraId="1ED7902C" w14:textId="77777777" w:rsidR="00E41077" w:rsidRPr="0018647D" w:rsidRDefault="00000000">
      <w:pPr>
        <w:spacing w:before="120" w:after="40"/>
        <w:jc w:val="center"/>
        <w:rPr>
          <w:color w:val="000000" w:themeColor="text1"/>
        </w:rPr>
      </w:pPr>
      <w:r w:rsidRPr="0018647D">
        <w:rPr>
          <w:b/>
          <w:color w:val="000000" w:themeColor="text1"/>
          <w:sz w:val="24"/>
        </w:rPr>
        <w:t>DICHIARA</w:t>
      </w:r>
    </w:p>
    <w:p w14:paraId="4EC2AE91" w14:textId="77777777" w:rsidR="00E41077" w:rsidRPr="0018647D" w:rsidRDefault="00000000">
      <w:pPr>
        <w:jc w:val="center"/>
        <w:rPr>
          <w:color w:val="000000" w:themeColor="text1"/>
        </w:rPr>
      </w:pPr>
      <w:r w:rsidRPr="0018647D">
        <w:rPr>
          <w:i/>
          <w:color w:val="000000" w:themeColor="text1"/>
          <w:sz w:val="20"/>
        </w:rPr>
        <w:t>(barrare con una X le sole caselle interessate)</w:t>
      </w:r>
    </w:p>
    <w:p w14:paraId="1DAFCE90" w14:textId="77777777" w:rsidR="00E41077" w:rsidRPr="0018647D" w:rsidRDefault="00000000">
      <w:pPr>
        <w:keepNext/>
        <w:spacing w:before="160" w:after="60"/>
        <w:rPr>
          <w:color w:val="000000" w:themeColor="text1"/>
        </w:rPr>
      </w:pPr>
      <w:r w:rsidRPr="0018647D">
        <w:rPr>
          <w:b/>
          <w:color w:val="000000" w:themeColor="text1"/>
        </w:rPr>
        <w:t>A) DIPLOMA DI SCUOLA SECONDARIA DI SECONDO GRADO</w:t>
      </w:r>
    </w:p>
    <w:p w14:paraId="7C9434A3" w14:textId="77777777" w:rsidR="00E41077" w:rsidRPr="0018647D" w:rsidRDefault="00000000">
      <w:pPr>
        <w:spacing w:after="80"/>
        <w:ind w:left="510" w:hanging="510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aver conseguito il diploma per l’anno scolastico 2025/2026</w:t>
      </w:r>
    </w:p>
    <w:p w14:paraId="5CB4589C" w14:textId="75CAA37C" w:rsidR="00E41077" w:rsidRPr="0018647D" w:rsidRDefault="00000000">
      <w:pPr>
        <w:spacing w:after="60"/>
        <w:ind w:left="510"/>
        <w:rPr>
          <w:color w:val="000000" w:themeColor="text1"/>
        </w:rPr>
      </w:pPr>
      <w:proofErr w:type="spellStart"/>
      <w:r w:rsidRPr="0018647D">
        <w:rPr>
          <w:color w:val="000000" w:themeColor="text1"/>
        </w:rPr>
        <w:t>presso</w:t>
      </w:r>
      <w:proofErr w:type="spellEnd"/>
      <w:r w:rsidRPr="0018647D">
        <w:rPr>
          <w:color w:val="000000" w:themeColor="text1"/>
        </w:rPr>
        <w:t xml:space="preserve"> </w:t>
      </w:r>
      <w:proofErr w:type="spellStart"/>
      <w:r w:rsidRPr="0018647D">
        <w:rPr>
          <w:color w:val="000000" w:themeColor="text1"/>
        </w:rPr>
        <w:t>l’istituto</w:t>
      </w:r>
      <w:proofErr w:type="spellEnd"/>
      <w:r w:rsidRPr="0018647D">
        <w:rPr>
          <w:color w:val="000000" w:themeColor="text1"/>
        </w:rPr>
        <w:t xml:space="preserve">  _________________________________</w:t>
      </w:r>
      <w:r w:rsidR="008E6B19" w:rsidRPr="0018647D">
        <w:rPr>
          <w:color w:val="000000" w:themeColor="text1"/>
        </w:rPr>
        <w:t>_____________________________</w:t>
      </w:r>
      <w:r w:rsidRPr="0018647D">
        <w:rPr>
          <w:color w:val="000000" w:themeColor="text1"/>
        </w:rPr>
        <w:t>_______</w:t>
      </w:r>
    </w:p>
    <w:p w14:paraId="0DB83B35" w14:textId="79B6D307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 xml:space="preserve">con </w:t>
      </w:r>
      <w:proofErr w:type="spellStart"/>
      <w:r w:rsidRPr="0018647D">
        <w:rPr>
          <w:color w:val="000000" w:themeColor="text1"/>
        </w:rPr>
        <w:t>sede</w:t>
      </w:r>
      <w:proofErr w:type="spellEnd"/>
      <w:r w:rsidRPr="0018647D">
        <w:rPr>
          <w:color w:val="000000" w:themeColor="text1"/>
        </w:rPr>
        <w:t xml:space="preserve"> a  ____________________________________</w:t>
      </w:r>
      <w:r w:rsidR="008E6B19" w:rsidRPr="0018647D">
        <w:rPr>
          <w:color w:val="000000" w:themeColor="text1"/>
        </w:rPr>
        <w:t>_______________________________</w:t>
      </w:r>
      <w:r w:rsidRPr="0018647D">
        <w:rPr>
          <w:color w:val="000000" w:themeColor="text1"/>
        </w:rPr>
        <w:t>______</w:t>
      </w:r>
    </w:p>
    <w:p w14:paraId="6FC40E42" w14:textId="77777777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con votazione finale di  ______ /100</w:t>
      </w:r>
    </w:p>
    <w:p w14:paraId="4F63E80C" w14:textId="09DB1F29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titolo di studio:  _______________________</w:t>
      </w:r>
      <w:r w:rsidR="008E6B19" w:rsidRPr="0018647D">
        <w:rPr>
          <w:color w:val="000000" w:themeColor="text1"/>
        </w:rPr>
        <w:t>_____________________________</w:t>
      </w:r>
      <w:r w:rsidRPr="0018647D">
        <w:rPr>
          <w:color w:val="000000" w:themeColor="text1"/>
        </w:rPr>
        <w:t>_________________</w:t>
      </w:r>
    </w:p>
    <w:p w14:paraId="46C9E7C1" w14:textId="77777777" w:rsidR="00E41077" w:rsidRPr="0018647D" w:rsidRDefault="00000000">
      <w:pPr>
        <w:spacing w:after="80"/>
        <w:ind w:left="510" w:hanging="510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essere iscritto al primo anno di università</w:t>
      </w:r>
    </w:p>
    <w:p w14:paraId="4ACCB752" w14:textId="0930EEB1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presso la facoltà di  _____________</w:t>
      </w:r>
      <w:r w:rsidR="008E6B19" w:rsidRPr="0018647D">
        <w:rPr>
          <w:color w:val="000000" w:themeColor="text1"/>
        </w:rPr>
        <w:t>_______________________________</w:t>
      </w:r>
      <w:r w:rsidRPr="0018647D">
        <w:rPr>
          <w:color w:val="000000" w:themeColor="text1"/>
        </w:rPr>
        <w:t>_______________________</w:t>
      </w:r>
    </w:p>
    <w:p w14:paraId="2AA1A752" w14:textId="662A2413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 xml:space="preserve">Università degli </w:t>
      </w:r>
      <w:proofErr w:type="spellStart"/>
      <w:r w:rsidRPr="0018647D">
        <w:rPr>
          <w:color w:val="000000" w:themeColor="text1"/>
        </w:rPr>
        <w:t>studi</w:t>
      </w:r>
      <w:proofErr w:type="spellEnd"/>
      <w:r w:rsidRPr="0018647D">
        <w:rPr>
          <w:color w:val="000000" w:themeColor="text1"/>
        </w:rPr>
        <w:t xml:space="preserve"> di  _________</w:t>
      </w:r>
      <w:r w:rsidR="008E6B19" w:rsidRPr="0018647D">
        <w:rPr>
          <w:color w:val="000000" w:themeColor="text1"/>
        </w:rPr>
        <w:t>______________________________</w:t>
      </w:r>
      <w:r w:rsidRPr="0018647D">
        <w:rPr>
          <w:color w:val="000000" w:themeColor="text1"/>
        </w:rPr>
        <w:t>________________________</w:t>
      </w:r>
    </w:p>
    <w:p w14:paraId="169CC929" w14:textId="77777777" w:rsidR="00E41077" w:rsidRPr="0018647D" w:rsidRDefault="00000000">
      <w:pPr>
        <w:keepNext/>
        <w:spacing w:before="160" w:after="60"/>
        <w:rPr>
          <w:color w:val="000000" w:themeColor="text1"/>
        </w:rPr>
      </w:pPr>
      <w:r w:rsidRPr="0018647D">
        <w:rPr>
          <w:b/>
          <w:color w:val="000000" w:themeColor="text1"/>
        </w:rPr>
        <w:t>B) LAUREA</w:t>
      </w:r>
    </w:p>
    <w:p w14:paraId="17DDF19B" w14:textId="77777777" w:rsidR="00E41077" w:rsidRPr="0018647D" w:rsidRDefault="00000000">
      <w:pPr>
        <w:spacing w:after="80"/>
        <w:ind w:left="510" w:hanging="510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aver conseguito la laurea:</w:t>
      </w:r>
    </w:p>
    <w:p w14:paraId="388A7444" w14:textId="77777777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 xml:space="preserve">     ☐ triennale     ☐ magistrale          per l’anno accademico 2025/2026</w:t>
      </w:r>
    </w:p>
    <w:p w14:paraId="329B2DF2" w14:textId="02C2ACA1" w:rsidR="00E41077" w:rsidRPr="0018647D" w:rsidRDefault="00000000">
      <w:pPr>
        <w:spacing w:after="60"/>
        <w:ind w:left="510"/>
        <w:rPr>
          <w:color w:val="000000" w:themeColor="text1"/>
        </w:rPr>
      </w:pPr>
      <w:proofErr w:type="spellStart"/>
      <w:r w:rsidRPr="0018647D">
        <w:rPr>
          <w:color w:val="000000" w:themeColor="text1"/>
        </w:rPr>
        <w:t>presso</w:t>
      </w:r>
      <w:proofErr w:type="spellEnd"/>
      <w:r w:rsidRPr="0018647D">
        <w:rPr>
          <w:color w:val="000000" w:themeColor="text1"/>
        </w:rPr>
        <w:t xml:space="preserve"> la </w:t>
      </w:r>
      <w:proofErr w:type="spellStart"/>
      <w:r w:rsidRPr="0018647D">
        <w:rPr>
          <w:color w:val="000000" w:themeColor="text1"/>
        </w:rPr>
        <w:t>facoltà</w:t>
      </w:r>
      <w:proofErr w:type="spellEnd"/>
      <w:r w:rsidRPr="0018647D">
        <w:rPr>
          <w:color w:val="000000" w:themeColor="text1"/>
        </w:rPr>
        <w:t xml:space="preserve"> di  _______________________</w:t>
      </w:r>
      <w:r w:rsidR="008E6B19" w:rsidRPr="0018647D">
        <w:rPr>
          <w:color w:val="000000" w:themeColor="text1"/>
        </w:rPr>
        <w:t>_______________________________</w:t>
      </w:r>
      <w:r w:rsidRPr="0018647D">
        <w:rPr>
          <w:color w:val="000000" w:themeColor="text1"/>
        </w:rPr>
        <w:t>_____________</w:t>
      </w:r>
    </w:p>
    <w:p w14:paraId="063E5D35" w14:textId="36B7EDEA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 xml:space="preserve">Università degli </w:t>
      </w:r>
      <w:proofErr w:type="spellStart"/>
      <w:r w:rsidRPr="0018647D">
        <w:rPr>
          <w:color w:val="000000" w:themeColor="text1"/>
        </w:rPr>
        <w:t>studi</w:t>
      </w:r>
      <w:proofErr w:type="spellEnd"/>
      <w:r w:rsidRPr="0018647D">
        <w:rPr>
          <w:color w:val="000000" w:themeColor="text1"/>
        </w:rPr>
        <w:t xml:space="preserve"> di  ____________</w:t>
      </w:r>
      <w:r w:rsidR="008E6B19" w:rsidRPr="0018647D">
        <w:rPr>
          <w:color w:val="000000" w:themeColor="text1"/>
        </w:rPr>
        <w:t>______________________________</w:t>
      </w:r>
      <w:r w:rsidRPr="0018647D">
        <w:rPr>
          <w:color w:val="000000" w:themeColor="text1"/>
        </w:rPr>
        <w:t>_____________________</w:t>
      </w:r>
    </w:p>
    <w:p w14:paraId="218A67E3" w14:textId="7E98383D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con sede a  ____________________</w:t>
      </w:r>
      <w:r w:rsidR="008E6B19" w:rsidRPr="0018647D">
        <w:rPr>
          <w:color w:val="000000" w:themeColor="text1"/>
        </w:rPr>
        <w:t>_______________________________</w:t>
      </w:r>
      <w:r w:rsidRPr="0018647D">
        <w:rPr>
          <w:color w:val="000000" w:themeColor="text1"/>
        </w:rPr>
        <w:t>______________________</w:t>
      </w:r>
    </w:p>
    <w:p w14:paraId="55C03AB1" w14:textId="77777777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con votazione finale di  ______ /110</w:t>
      </w:r>
    </w:p>
    <w:p w14:paraId="4A98803A" w14:textId="77777777" w:rsidR="00E41077" w:rsidRPr="0018647D" w:rsidRDefault="00000000">
      <w:pPr>
        <w:spacing w:after="80"/>
        <w:ind w:left="510" w:hanging="510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aver beneficiato dell’assegno di merito comunale per il conseguimento della laurea triennale</w:t>
      </w:r>
    </w:p>
    <w:p w14:paraId="577C0870" w14:textId="77777777" w:rsidR="00E41077" w:rsidRPr="0018647D" w:rsidRDefault="00000000">
      <w:pPr>
        <w:spacing w:after="80"/>
        <w:ind w:left="510" w:hanging="510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non aver beneficiato dell’assegno di merito comunale per il conseguimento della laurea triennale</w:t>
      </w:r>
    </w:p>
    <w:p w14:paraId="4C5C8295" w14:textId="77777777" w:rsidR="00E41077" w:rsidRPr="0018647D" w:rsidRDefault="00000000">
      <w:pPr>
        <w:keepNext/>
        <w:spacing w:before="160" w:after="60"/>
        <w:rPr>
          <w:color w:val="000000" w:themeColor="text1"/>
        </w:rPr>
      </w:pPr>
      <w:r w:rsidRPr="0018647D">
        <w:rPr>
          <w:b/>
          <w:color w:val="000000" w:themeColor="text1"/>
        </w:rPr>
        <w:t>C) MASTER O SCUOLA DI SPECIALIZZAZIONE</w:t>
      </w:r>
    </w:p>
    <w:p w14:paraId="140A7C6D" w14:textId="77777777" w:rsidR="00E41077" w:rsidRPr="0018647D" w:rsidRDefault="00000000" w:rsidP="008E6B19">
      <w:pPr>
        <w:spacing w:after="80"/>
        <w:ind w:left="510" w:hanging="510"/>
        <w:jc w:val="both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essere iscritto e frequentante un master o scuola di specializzazione post-laurea per l’anno accademico 2025/2026</w:t>
      </w:r>
    </w:p>
    <w:p w14:paraId="71542375" w14:textId="4300F674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Master in  ____________________________</w:t>
      </w:r>
      <w:r w:rsidR="008E6B19" w:rsidRPr="0018647D">
        <w:rPr>
          <w:color w:val="000000" w:themeColor="text1"/>
        </w:rPr>
        <w:t>________________________________</w:t>
      </w:r>
      <w:r w:rsidRPr="0018647D">
        <w:rPr>
          <w:color w:val="000000" w:themeColor="text1"/>
        </w:rPr>
        <w:t>______________</w:t>
      </w:r>
    </w:p>
    <w:p w14:paraId="43E132BE" w14:textId="791D8F99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 xml:space="preserve">Scuola di </w:t>
      </w:r>
      <w:proofErr w:type="spellStart"/>
      <w:r w:rsidRPr="0018647D">
        <w:rPr>
          <w:color w:val="000000" w:themeColor="text1"/>
        </w:rPr>
        <w:t>specializzazione</w:t>
      </w:r>
      <w:proofErr w:type="spellEnd"/>
      <w:r w:rsidRPr="0018647D">
        <w:rPr>
          <w:color w:val="000000" w:themeColor="text1"/>
        </w:rPr>
        <w:t xml:space="preserve"> in  ___________</w:t>
      </w:r>
      <w:r w:rsidR="008E6B19" w:rsidRPr="0018647D">
        <w:rPr>
          <w:color w:val="000000" w:themeColor="text1"/>
        </w:rPr>
        <w:t>_____________________________</w:t>
      </w:r>
      <w:r w:rsidRPr="0018647D">
        <w:rPr>
          <w:color w:val="000000" w:themeColor="text1"/>
        </w:rPr>
        <w:t>__________________</w:t>
      </w:r>
    </w:p>
    <w:p w14:paraId="31648ACD" w14:textId="109D031A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lastRenderedPageBreak/>
        <w:t>presso  ________________________</w:t>
      </w:r>
      <w:r w:rsidR="008E6B19" w:rsidRPr="0018647D">
        <w:rPr>
          <w:color w:val="000000" w:themeColor="text1"/>
        </w:rPr>
        <w:t>_____________________________</w:t>
      </w:r>
      <w:r w:rsidRPr="0018647D">
        <w:rPr>
          <w:color w:val="000000" w:themeColor="text1"/>
        </w:rPr>
        <w:t>______________________</w:t>
      </w:r>
    </w:p>
    <w:p w14:paraId="792DA3E6" w14:textId="2F166F73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con sede in  __________________</w:t>
      </w:r>
      <w:r w:rsidR="008E6B19" w:rsidRPr="0018647D">
        <w:rPr>
          <w:color w:val="000000" w:themeColor="text1"/>
        </w:rPr>
        <w:t>______________________________</w:t>
      </w:r>
      <w:r w:rsidRPr="0018647D">
        <w:rPr>
          <w:color w:val="000000" w:themeColor="text1"/>
        </w:rPr>
        <w:t>_______________________</w:t>
      </w:r>
    </w:p>
    <w:p w14:paraId="66F5AF0E" w14:textId="77777777" w:rsidR="00E41077" w:rsidRPr="0018647D" w:rsidRDefault="00000000">
      <w:pPr>
        <w:keepNext/>
        <w:spacing w:before="160" w:after="60"/>
        <w:rPr>
          <w:color w:val="000000" w:themeColor="text1"/>
        </w:rPr>
      </w:pPr>
      <w:r w:rsidRPr="0018647D">
        <w:rPr>
          <w:b/>
          <w:color w:val="000000" w:themeColor="text1"/>
        </w:rPr>
        <w:t>D) TESI DI LAUREA</w:t>
      </w:r>
    </w:p>
    <w:p w14:paraId="7A4999B4" w14:textId="77777777" w:rsidR="00E41077" w:rsidRPr="0018647D" w:rsidRDefault="00000000" w:rsidP="008E6B19">
      <w:pPr>
        <w:spacing w:after="80"/>
        <w:ind w:left="510" w:hanging="510"/>
        <w:jc w:val="both"/>
        <w:rPr>
          <w:color w:val="000000" w:themeColor="text1"/>
        </w:rPr>
      </w:pPr>
      <w:r w:rsidRPr="0018647D">
        <w:rPr>
          <w:color w:val="000000" w:themeColor="text1"/>
          <w:sz w:val="26"/>
        </w:rPr>
        <w:t xml:space="preserve">☐  </w:t>
      </w:r>
      <w:r w:rsidRPr="0018647D">
        <w:rPr>
          <w:color w:val="000000" w:themeColor="text1"/>
        </w:rPr>
        <w:t>di avere discusso una tesi di laurea vecchio ordinamento – triennale – magistrale – master o tesi di dottorato contenente approfondimenti sul territorio sarrocchese in relazione alle sue radici storiche, culturali e naturalistiche o alle caratteristiche socioeconomiche nell’anno accademico 2025/2026</w:t>
      </w:r>
    </w:p>
    <w:p w14:paraId="749A84A0" w14:textId="3FD60B18" w:rsidR="00E41077" w:rsidRPr="0018647D" w:rsidRDefault="00000000">
      <w:pPr>
        <w:spacing w:after="60"/>
        <w:ind w:left="510"/>
        <w:rPr>
          <w:color w:val="000000" w:themeColor="text1"/>
        </w:rPr>
      </w:pPr>
      <w:proofErr w:type="spellStart"/>
      <w:r w:rsidRPr="0018647D">
        <w:rPr>
          <w:color w:val="000000" w:themeColor="text1"/>
        </w:rPr>
        <w:t>presso</w:t>
      </w:r>
      <w:proofErr w:type="spellEnd"/>
      <w:r w:rsidRPr="0018647D">
        <w:rPr>
          <w:color w:val="000000" w:themeColor="text1"/>
        </w:rPr>
        <w:t xml:space="preserve">  _____________________________________</w:t>
      </w:r>
      <w:r w:rsidR="008E6B19" w:rsidRPr="0018647D">
        <w:rPr>
          <w:color w:val="000000" w:themeColor="text1"/>
        </w:rPr>
        <w:t>_____________________________</w:t>
      </w:r>
      <w:r w:rsidRPr="0018647D">
        <w:rPr>
          <w:color w:val="000000" w:themeColor="text1"/>
        </w:rPr>
        <w:t>_________</w:t>
      </w:r>
    </w:p>
    <w:p w14:paraId="66DEE017" w14:textId="7C89C668" w:rsidR="00E41077" w:rsidRPr="0018647D" w:rsidRDefault="00000000">
      <w:pPr>
        <w:spacing w:after="60"/>
        <w:ind w:left="510"/>
        <w:rPr>
          <w:color w:val="000000" w:themeColor="text1"/>
        </w:rPr>
      </w:pPr>
      <w:r w:rsidRPr="0018647D">
        <w:rPr>
          <w:color w:val="000000" w:themeColor="text1"/>
        </w:rPr>
        <w:t>con sede in  _______________________________</w:t>
      </w:r>
      <w:r w:rsidR="008E6B19" w:rsidRPr="0018647D">
        <w:rPr>
          <w:color w:val="000000" w:themeColor="text1"/>
        </w:rPr>
        <w:t>______________________________</w:t>
      </w:r>
      <w:r w:rsidRPr="0018647D">
        <w:rPr>
          <w:color w:val="000000" w:themeColor="text1"/>
        </w:rPr>
        <w:t>__________</w:t>
      </w:r>
    </w:p>
    <w:p w14:paraId="0F47B6D6" w14:textId="77777777" w:rsidR="00E41077" w:rsidRPr="0018647D" w:rsidRDefault="00000000">
      <w:pPr>
        <w:keepNext/>
        <w:pBdr>
          <w:bottom w:val="single" w:sz="6" w:space="1" w:color="1F3A5F"/>
        </w:pBdr>
        <w:spacing w:before="280" w:after="80"/>
        <w:rPr>
          <w:color w:val="000000" w:themeColor="text1"/>
        </w:rPr>
      </w:pPr>
      <w:r w:rsidRPr="0018647D">
        <w:rPr>
          <w:b/>
          <w:color w:val="000000" w:themeColor="text1"/>
          <w:sz w:val="25"/>
        </w:rPr>
        <w:t>PRESA VISIONE E CONSAPEVOLEZZA</w:t>
      </w:r>
    </w:p>
    <w:p w14:paraId="4D3DF979" w14:textId="77777777" w:rsidR="00E41077" w:rsidRPr="0018647D" w:rsidRDefault="00000000" w:rsidP="008E6B19">
      <w:pPr>
        <w:pStyle w:val="Puntoelenco"/>
        <w:spacing w:after="60"/>
        <w:jc w:val="both"/>
        <w:rPr>
          <w:color w:val="000000" w:themeColor="text1"/>
        </w:rPr>
      </w:pPr>
      <w:r w:rsidRPr="0018647D">
        <w:rPr>
          <w:color w:val="000000" w:themeColor="text1"/>
        </w:rPr>
        <w:t>Il sottoscritto dichiara di essere a conoscenza delle sanzioni penali cui incorre in caso di dichiarazione mendace o contenente dati non più rispondenti a verità, come previsto dall’art. 76 del D.P.R. 28.12.2000, n. 445.</w:t>
      </w:r>
    </w:p>
    <w:p w14:paraId="5D98669B" w14:textId="77777777" w:rsidR="00E41077" w:rsidRPr="0018647D" w:rsidRDefault="00000000" w:rsidP="008E6B19">
      <w:pPr>
        <w:pStyle w:val="Puntoelenco"/>
        <w:spacing w:after="60"/>
        <w:jc w:val="both"/>
        <w:rPr>
          <w:color w:val="000000" w:themeColor="text1"/>
        </w:rPr>
      </w:pPr>
      <w:r w:rsidRPr="0018647D">
        <w:rPr>
          <w:color w:val="000000" w:themeColor="text1"/>
        </w:rPr>
        <w:t>Il sottoscritto dichiara di essere a conoscenza dell’art. 75 del D.P.R. 28.12.2000, n. 445, relativo alla decadenza dai benefici eventualmente conseguenti al provvedimento emanato qualora l’Amministrazione, a seguito di controllo, riscontri la non veridicità del contenuto della suddetta dichiarazione.</w:t>
      </w:r>
    </w:p>
    <w:p w14:paraId="3AA5255F" w14:textId="77777777" w:rsidR="00E41077" w:rsidRPr="0018647D" w:rsidRDefault="00000000" w:rsidP="008E6B19">
      <w:pPr>
        <w:pStyle w:val="Puntoelenco"/>
        <w:spacing w:after="60"/>
        <w:jc w:val="both"/>
        <w:rPr>
          <w:color w:val="000000" w:themeColor="text1"/>
        </w:rPr>
      </w:pPr>
      <w:r w:rsidRPr="0018647D">
        <w:rPr>
          <w:color w:val="000000" w:themeColor="text1"/>
        </w:rPr>
        <w:t>Il sottoscritto, ai sensi del D.Lgs. 196/2003 (codice di protezione dei dati personali), dichiara di essere a conoscenza che i propri dati saranno trattati dal Comune di Sarroch per assolvere agli scopi istituzionali ed al principio di pertinenza.</w:t>
      </w:r>
    </w:p>
    <w:p w14:paraId="6C9777EA" w14:textId="77777777" w:rsidR="00E41077" w:rsidRPr="0018647D" w:rsidRDefault="00000000">
      <w:pPr>
        <w:spacing w:before="80"/>
        <w:rPr>
          <w:color w:val="000000" w:themeColor="text1"/>
        </w:rPr>
      </w:pPr>
      <w:r w:rsidRPr="0018647D">
        <w:rPr>
          <w:b/>
          <w:color w:val="000000" w:themeColor="text1"/>
        </w:rPr>
        <w:t xml:space="preserve">Il sottoscritto allega fotocopia di documento di identità in corso di validità </w:t>
      </w:r>
      <w:r w:rsidRPr="0018647D">
        <w:rPr>
          <w:color w:val="000000" w:themeColor="text1"/>
        </w:rPr>
        <w:t>(non allegare se firmata digitalmente).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E41077" w:rsidRPr="0018647D" w14:paraId="76A6A696" w14:textId="77777777">
        <w:tc>
          <w:tcPr>
            <w:tcW w:w="4873" w:type="dxa"/>
          </w:tcPr>
          <w:p w14:paraId="09E03403" w14:textId="77777777" w:rsidR="00E41077" w:rsidRPr="0018647D" w:rsidRDefault="00000000">
            <w:pPr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………………………………………</w:t>
            </w:r>
          </w:p>
        </w:tc>
        <w:tc>
          <w:tcPr>
            <w:tcW w:w="4873" w:type="dxa"/>
          </w:tcPr>
          <w:p w14:paraId="79380F0F" w14:textId="77777777" w:rsidR="00E41077" w:rsidRPr="0018647D" w:rsidRDefault="00000000">
            <w:pPr>
              <w:jc w:val="right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…………………………………………………</w:t>
            </w:r>
          </w:p>
        </w:tc>
      </w:tr>
      <w:tr w:rsidR="00E41077" w:rsidRPr="0018647D" w14:paraId="63AAA029" w14:textId="77777777">
        <w:tc>
          <w:tcPr>
            <w:tcW w:w="4873" w:type="dxa"/>
          </w:tcPr>
          <w:p w14:paraId="7251B729" w14:textId="77777777" w:rsidR="00E41077" w:rsidRPr="0018647D" w:rsidRDefault="00000000">
            <w:pPr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(luogo e data)</w:t>
            </w:r>
          </w:p>
        </w:tc>
        <w:tc>
          <w:tcPr>
            <w:tcW w:w="4873" w:type="dxa"/>
          </w:tcPr>
          <w:p w14:paraId="43EC84AC" w14:textId="77777777" w:rsidR="00E41077" w:rsidRPr="0018647D" w:rsidRDefault="00000000">
            <w:pPr>
              <w:jc w:val="right"/>
              <w:rPr>
                <w:color w:val="000000" w:themeColor="text1"/>
              </w:rPr>
            </w:pPr>
            <w:r w:rsidRPr="0018647D">
              <w:rPr>
                <w:color w:val="000000" w:themeColor="text1"/>
              </w:rPr>
              <w:t>Il dichiarante (firma per esteso e leggibile)</w:t>
            </w:r>
          </w:p>
        </w:tc>
      </w:tr>
    </w:tbl>
    <w:p w14:paraId="23CF3165" w14:textId="77777777" w:rsidR="006820DE" w:rsidRPr="0018647D" w:rsidRDefault="006820DE">
      <w:pPr>
        <w:rPr>
          <w:color w:val="000000" w:themeColor="text1"/>
        </w:rPr>
      </w:pPr>
    </w:p>
    <w:sectPr w:rsidR="006820DE" w:rsidRPr="0018647D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3879041">
    <w:abstractNumId w:val="8"/>
  </w:num>
  <w:num w:numId="2" w16cid:durableId="61343130">
    <w:abstractNumId w:val="6"/>
  </w:num>
  <w:num w:numId="3" w16cid:durableId="276303637">
    <w:abstractNumId w:val="5"/>
  </w:num>
  <w:num w:numId="4" w16cid:durableId="1761219365">
    <w:abstractNumId w:val="4"/>
  </w:num>
  <w:num w:numId="5" w16cid:durableId="1713457189">
    <w:abstractNumId w:val="7"/>
  </w:num>
  <w:num w:numId="6" w16cid:durableId="917788621">
    <w:abstractNumId w:val="3"/>
  </w:num>
  <w:num w:numId="7" w16cid:durableId="1289583550">
    <w:abstractNumId w:val="2"/>
  </w:num>
  <w:num w:numId="8" w16cid:durableId="2029796657">
    <w:abstractNumId w:val="1"/>
  </w:num>
  <w:num w:numId="9" w16cid:durableId="69493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47D"/>
    <w:rsid w:val="0029639D"/>
    <w:rsid w:val="00326F90"/>
    <w:rsid w:val="006820DE"/>
    <w:rsid w:val="00716889"/>
    <w:rsid w:val="008E6B19"/>
    <w:rsid w:val="00AA1D8D"/>
    <w:rsid w:val="00B47730"/>
    <w:rsid w:val="00CB0664"/>
    <w:rsid w:val="00E410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0AF23"/>
  <w14:defaultImageDpi w14:val="300"/>
  <w15:docId w15:val="{3D4C2809-9E4C-E447-B5C6-FEF26FF3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Angelo Tolu - Comune di Sarroch</cp:lastModifiedBy>
  <cp:revision>3</cp:revision>
  <dcterms:created xsi:type="dcterms:W3CDTF">2013-12-23T23:15:00Z</dcterms:created>
  <dcterms:modified xsi:type="dcterms:W3CDTF">2026-10-28T08:52:00Z</dcterms:modified>
  <cp:category/>
</cp:coreProperties>
</file>