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37664" w14:textId="77777777" w:rsidR="008F0AF8" w:rsidRPr="00E63F3A" w:rsidRDefault="008F0AF8" w:rsidP="008F0AF8">
      <w:pPr>
        <w:jc w:val="center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  <w:noProof/>
          <w:lang w:val="it-IT" w:eastAsia="it-IT"/>
        </w:rPr>
        <w:drawing>
          <wp:inline distT="0" distB="0" distL="0" distR="0" wp14:anchorId="072BBDB2" wp14:editId="34191C3F">
            <wp:extent cx="609600" cy="906780"/>
            <wp:effectExtent l="19050" t="0" r="0" b="0"/>
            <wp:docPr id="1" name="Immagine 1" descr="Stemma Bortig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Bortigal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51B032" w14:textId="77777777" w:rsidR="008F0AF8" w:rsidRPr="00E63F3A" w:rsidRDefault="008F0AF8" w:rsidP="008F0AF8">
      <w:pPr>
        <w:jc w:val="center"/>
        <w:rPr>
          <w:rFonts w:ascii="Times New Roman" w:hAnsi="Times New Roman" w:cs="Times New Roman"/>
        </w:rPr>
      </w:pPr>
      <w:proofErr w:type="spellStart"/>
      <w:r w:rsidRPr="00E63F3A">
        <w:rPr>
          <w:rFonts w:ascii="Times New Roman" w:hAnsi="Times New Roman" w:cs="Times New Roman"/>
        </w:rPr>
        <w:t>Comune</w:t>
      </w:r>
      <w:proofErr w:type="spell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Bortigali</w:t>
      </w:r>
      <w:proofErr w:type="spellEnd"/>
    </w:p>
    <w:p w14:paraId="2EE14E26" w14:textId="77777777" w:rsidR="008F0AF8" w:rsidRPr="00E63F3A" w:rsidRDefault="008F0AF8" w:rsidP="008F0AF8">
      <w:pPr>
        <w:jc w:val="center"/>
        <w:rPr>
          <w:rFonts w:ascii="Times New Roman" w:hAnsi="Times New Roman" w:cs="Times New Roman"/>
        </w:rPr>
      </w:pPr>
      <w:proofErr w:type="spellStart"/>
      <w:r w:rsidRPr="00E63F3A">
        <w:rPr>
          <w:rFonts w:ascii="Times New Roman" w:hAnsi="Times New Roman" w:cs="Times New Roman"/>
        </w:rPr>
        <w:t>Provincia</w:t>
      </w:r>
      <w:proofErr w:type="spell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Nuoro</w:t>
      </w:r>
      <w:proofErr w:type="spellEnd"/>
    </w:p>
    <w:p w14:paraId="147FD56F" w14:textId="78D06082" w:rsidR="008F0AF8" w:rsidRPr="00E63F3A" w:rsidRDefault="008F0AF8" w:rsidP="008F0AF8">
      <w:pPr>
        <w:pBdr>
          <w:bottom w:val="single" w:sz="4" w:space="1" w:color="auto"/>
        </w:pBdr>
        <w:jc w:val="center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Via Umberto I n°6, 08012, </w:t>
      </w:r>
      <w:proofErr w:type="spellStart"/>
      <w:r w:rsidRPr="00E63F3A">
        <w:rPr>
          <w:rFonts w:ascii="Times New Roman" w:hAnsi="Times New Roman" w:cs="Times New Roman"/>
        </w:rPr>
        <w:t>Bortigali</w:t>
      </w:r>
      <w:proofErr w:type="spellEnd"/>
      <w:r w:rsidRPr="00E63F3A">
        <w:rPr>
          <w:rFonts w:ascii="Times New Roman" w:hAnsi="Times New Roman" w:cs="Times New Roman"/>
        </w:rPr>
        <w:t xml:space="preserve">, </w:t>
      </w:r>
      <w:r w:rsidRPr="00E63F3A">
        <w:rPr>
          <w:rFonts w:ascii="Times New Roman" w:hAnsi="Times New Roman" w:cs="Times New Roman"/>
        </w:rPr>
        <w:sym w:font="Wingdings" w:char="F028"/>
      </w:r>
      <w:r w:rsidRPr="00E63F3A">
        <w:rPr>
          <w:rFonts w:ascii="Times New Roman" w:hAnsi="Times New Roman" w:cs="Times New Roman"/>
        </w:rPr>
        <w:t xml:space="preserve"> 0785 80530 –e-mail/pec protocollo@pec.comune.bortigali.nu.it</w:t>
      </w:r>
    </w:p>
    <w:p w14:paraId="6B62506E" w14:textId="77777777" w:rsidR="00C950EA" w:rsidRPr="00E63F3A" w:rsidRDefault="00181DEC">
      <w:pPr>
        <w:pStyle w:val="SottotitoloIstituzionale"/>
        <w:jc w:val="center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ALLEGATO A – MODULO DI MANIFESTAZIONE DI INTERESSE</w:t>
      </w:r>
    </w:p>
    <w:p w14:paraId="35B4887E" w14:textId="77777777" w:rsidR="00C950EA" w:rsidRPr="00E63F3A" w:rsidRDefault="00181DEC">
      <w:pPr>
        <w:spacing w:after="340"/>
        <w:jc w:val="center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  <w:b/>
          <w:sz w:val="22"/>
        </w:rPr>
        <w:t>PER LA PARTECIPAZIONE ALL’INIZIATIVA</w:t>
      </w:r>
      <w:r w:rsidRPr="00E63F3A">
        <w:rPr>
          <w:rFonts w:ascii="Times New Roman" w:hAnsi="Times New Roman" w:cs="Times New Roman"/>
          <w:b/>
          <w:sz w:val="22"/>
        </w:rPr>
        <w:br/>
        <w:t xml:space="preserve">“PRIMAVERA NEL CUORE </w:t>
      </w:r>
      <w:r w:rsidRPr="00E63F3A">
        <w:rPr>
          <w:rFonts w:ascii="Times New Roman" w:hAnsi="Times New Roman" w:cs="Times New Roman"/>
          <w:b/>
          <w:sz w:val="22"/>
        </w:rPr>
        <w:t>DELLA SARDEGNA”</w:t>
      </w:r>
    </w:p>
    <w:p w14:paraId="69E51F6A" w14:textId="77777777" w:rsidR="00C950EA" w:rsidRPr="00E63F3A" w:rsidRDefault="00181DEC">
      <w:pPr>
        <w:jc w:val="right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Al </w:t>
      </w:r>
      <w:proofErr w:type="spellStart"/>
      <w:r w:rsidRPr="00E63F3A">
        <w:rPr>
          <w:rFonts w:ascii="Times New Roman" w:hAnsi="Times New Roman" w:cs="Times New Roman"/>
        </w:rPr>
        <w:t>Comune</w:t>
      </w:r>
      <w:proofErr w:type="spell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Bortigali</w:t>
      </w:r>
      <w:proofErr w:type="spellEnd"/>
    </w:p>
    <w:p w14:paraId="15F316F4" w14:textId="77777777" w:rsidR="00C950EA" w:rsidRPr="00E63F3A" w:rsidRDefault="00181DEC">
      <w:pPr>
        <w:rPr>
          <w:rFonts w:ascii="Times New Roman" w:hAnsi="Times New Roman" w:cs="Times New Roman"/>
        </w:rPr>
      </w:pPr>
      <w:proofErr w:type="spellStart"/>
      <w:r w:rsidRPr="00E63F3A">
        <w:rPr>
          <w:rFonts w:ascii="Times New Roman" w:hAnsi="Times New Roman" w:cs="Times New Roman"/>
          <w:b/>
        </w:rPr>
        <w:t>Oggetto</w:t>
      </w:r>
      <w:proofErr w:type="spellEnd"/>
      <w:r w:rsidRPr="00E63F3A">
        <w:rPr>
          <w:rFonts w:ascii="Times New Roman" w:hAnsi="Times New Roman" w:cs="Times New Roman"/>
          <w:b/>
        </w:rPr>
        <w:t xml:space="preserve">: </w:t>
      </w:r>
      <w:proofErr w:type="spellStart"/>
      <w:r w:rsidRPr="00E63F3A">
        <w:rPr>
          <w:rFonts w:ascii="Times New Roman" w:hAnsi="Times New Roman" w:cs="Times New Roman"/>
        </w:rPr>
        <w:t>Manifestazione</w:t>
      </w:r>
      <w:proofErr w:type="spellEnd"/>
      <w:r w:rsidRPr="00E63F3A">
        <w:rPr>
          <w:rFonts w:ascii="Times New Roman" w:hAnsi="Times New Roman" w:cs="Times New Roman"/>
        </w:rPr>
        <w:t xml:space="preserve"> di interesse </w:t>
      </w:r>
      <w:proofErr w:type="spellStart"/>
      <w:r w:rsidRPr="00E63F3A">
        <w:rPr>
          <w:rFonts w:ascii="Times New Roman" w:hAnsi="Times New Roman" w:cs="Times New Roman"/>
        </w:rPr>
        <w:t>alla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partecipazione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all’iniziativa</w:t>
      </w:r>
      <w:proofErr w:type="spellEnd"/>
      <w:r w:rsidRPr="00E63F3A">
        <w:rPr>
          <w:rFonts w:ascii="Times New Roman" w:hAnsi="Times New Roman" w:cs="Times New Roman"/>
        </w:rPr>
        <w:t xml:space="preserve"> “Primavera </w:t>
      </w:r>
      <w:proofErr w:type="spellStart"/>
      <w:r w:rsidRPr="00E63F3A">
        <w:rPr>
          <w:rFonts w:ascii="Times New Roman" w:hAnsi="Times New Roman" w:cs="Times New Roman"/>
        </w:rPr>
        <w:t>nel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cuore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Sardegna</w:t>
      </w:r>
      <w:proofErr w:type="spellEnd"/>
      <w:r w:rsidRPr="00E63F3A">
        <w:rPr>
          <w:rFonts w:ascii="Times New Roman" w:hAnsi="Times New Roman" w:cs="Times New Roman"/>
        </w:rPr>
        <w:t>”.</w:t>
      </w:r>
    </w:p>
    <w:p w14:paraId="29C44245" w14:textId="77777777" w:rsidR="00C950EA" w:rsidRPr="00E63F3A" w:rsidRDefault="00181DEC">
      <w:pPr>
        <w:pStyle w:val="SezioneModulo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1. DATI DEL PROPONENTE</w:t>
      </w:r>
    </w:p>
    <w:p w14:paraId="692F0A4F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Il/La </w:t>
      </w:r>
      <w:proofErr w:type="spellStart"/>
      <w:r w:rsidRPr="00E63F3A">
        <w:rPr>
          <w:rFonts w:ascii="Times New Roman" w:hAnsi="Times New Roman" w:cs="Times New Roman"/>
        </w:rPr>
        <w:t>sottoscritto</w:t>
      </w:r>
      <w:proofErr w:type="spellEnd"/>
      <w:r w:rsidRPr="00E63F3A">
        <w:rPr>
          <w:rFonts w:ascii="Times New Roman" w:hAnsi="Times New Roman" w:cs="Times New Roman"/>
        </w:rPr>
        <w:t>/a _______________________________________________</w:t>
      </w:r>
    </w:p>
    <w:p w14:paraId="4CAB7036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proofErr w:type="spellStart"/>
      <w:r w:rsidRPr="00E63F3A">
        <w:rPr>
          <w:rFonts w:ascii="Times New Roman" w:hAnsi="Times New Roman" w:cs="Times New Roman"/>
        </w:rPr>
        <w:t>Nato</w:t>
      </w:r>
      <w:proofErr w:type="spellEnd"/>
      <w:r w:rsidRPr="00E63F3A">
        <w:rPr>
          <w:rFonts w:ascii="Times New Roman" w:hAnsi="Times New Roman" w:cs="Times New Roman"/>
        </w:rPr>
        <w:t>/a a ______________________________ il _____________________</w:t>
      </w:r>
    </w:p>
    <w:p w14:paraId="67FC9697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In </w:t>
      </w:r>
      <w:proofErr w:type="spellStart"/>
      <w:r w:rsidRPr="00E63F3A">
        <w:rPr>
          <w:rFonts w:ascii="Times New Roman" w:hAnsi="Times New Roman" w:cs="Times New Roman"/>
        </w:rPr>
        <w:t>qualità</w:t>
      </w:r>
      <w:proofErr w:type="spellEnd"/>
      <w:r w:rsidRPr="00E63F3A">
        <w:rPr>
          <w:rFonts w:ascii="Times New Roman" w:hAnsi="Times New Roman" w:cs="Times New Roman"/>
        </w:rPr>
        <w:t xml:space="preserve"> di (</w:t>
      </w:r>
      <w:proofErr w:type="spellStart"/>
      <w:r w:rsidRPr="00E63F3A">
        <w:rPr>
          <w:rFonts w:ascii="Times New Roman" w:hAnsi="Times New Roman" w:cs="Times New Roman"/>
        </w:rPr>
        <w:t>titolare</w:t>
      </w:r>
      <w:proofErr w:type="spellEnd"/>
      <w:r w:rsidRPr="00E63F3A">
        <w:rPr>
          <w:rFonts w:ascii="Times New Roman" w:hAnsi="Times New Roman" w:cs="Times New Roman"/>
        </w:rPr>
        <w:t xml:space="preserve">, </w:t>
      </w:r>
      <w:proofErr w:type="spellStart"/>
      <w:r w:rsidRPr="00E63F3A">
        <w:rPr>
          <w:rFonts w:ascii="Times New Roman" w:hAnsi="Times New Roman" w:cs="Times New Roman"/>
        </w:rPr>
        <w:t>legale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rappresentante</w:t>
      </w:r>
      <w:proofErr w:type="spellEnd"/>
      <w:r w:rsidRPr="00E63F3A">
        <w:rPr>
          <w:rFonts w:ascii="Times New Roman" w:hAnsi="Times New Roman" w:cs="Times New Roman"/>
        </w:rPr>
        <w:t xml:space="preserve">, </w:t>
      </w:r>
      <w:proofErr w:type="spellStart"/>
      <w:r w:rsidRPr="00E63F3A">
        <w:rPr>
          <w:rFonts w:ascii="Times New Roman" w:hAnsi="Times New Roman" w:cs="Times New Roman"/>
        </w:rPr>
        <w:t>privato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cittadino</w:t>
      </w:r>
      <w:proofErr w:type="spellEnd"/>
      <w:r w:rsidRPr="00E63F3A">
        <w:rPr>
          <w:rFonts w:ascii="Times New Roman" w:hAnsi="Times New Roman" w:cs="Times New Roman"/>
        </w:rPr>
        <w:t xml:space="preserve">, </w:t>
      </w:r>
      <w:proofErr w:type="spellStart"/>
      <w:r w:rsidRPr="00E63F3A">
        <w:rPr>
          <w:rFonts w:ascii="Times New Roman" w:hAnsi="Times New Roman" w:cs="Times New Roman"/>
        </w:rPr>
        <w:t>altro</w:t>
      </w:r>
      <w:proofErr w:type="spellEnd"/>
      <w:r w:rsidRPr="00E63F3A">
        <w:rPr>
          <w:rFonts w:ascii="Times New Roman" w:hAnsi="Times New Roman" w:cs="Times New Roman"/>
        </w:rPr>
        <w:t>):</w:t>
      </w:r>
    </w:p>
    <w:p w14:paraId="602A09ED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________________________________________________________________</w:t>
      </w:r>
    </w:p>
    <w:p w14:paraId="47CBB897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proofErr w:type="spellStart"/>
      <w:r w:rsidRPr="00E63F3A">
        <w:rPr>
          <w:rFonts w:ascii="Times New Roman" w:hAnsi="Times New Roman" w:cs="Times New Roman"/>
        </w:rPr>
        <w:t>Dell’attività</w:t>
      </w:r>
      <w:proofErr w:type="spellEnd"/>
      <w:r w:rsidRPr="00E63F3A">
        <w:rPr>
          <w:rFonts w:ascii="Times New Roman" w:hAnsi="Times New Roman" w:cs="Times New Roman"/>
        </w:rPr>
        <w:t>/impresa/</w:t>
      </w:r>
      <w:proofErr w:type="spellStart"/>
      <w:r w:rsidRPr="00E63F3A">
        <w:rPr>
          <w:rFonts w:ascii="Times New Roman" w:hAnsi="Times New Roman" w:cs="Times New Roman"/>
        </w:rPr>
        <w:t>associazione</w:t>
      </w:r>
      <w:proofErr w:type="spellEnd"/>
      <w:r w:rsidRPr="00E63F3A">
        <w:rPr>
          <w:rFonts w:ascii="Times New Roman" w:hAnsi="Times New Roman" w:cs="Times New Roman"/>
        </w:rPr>
        <w:t xml:space="preserve"> (se </w:t>
      </w:r>
      <w:proofErr w:type="spellStart"/>
      <w:r w:rsidRPr="00E63F3A">
        <w:rPr>
          <w:rFonts w:ascii="Times New Roman" w:hAnsi="Times New Roman" w:cs="Times New Roman"/>
        </w:rPr>
        <w:t>applicabile</w:t>
      </w:r>
      <w:proofErr w:type="spellEnd"/>
      <w:r w:rsidRPr="00E63F3A">
        <w:rPr>
          <w:rFonts w:ascii="Times New Roman" w:hAnsi="Times New Roman" w:cs="Times New Roman"/>
        </w:rPr>
        <w:t>):</w:t>
      </w:r>
    </w:p>
    <w:p w14:paraId="6D755D7B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________________________________________________________________</w:t>
      </w:r>
    </w:p>
    <w:p w14:paraId="4A9035B6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Con </w:t>
      </w:r>
      <w:proofErr w:type="spellStart"/>
      <w:r w:rsidRPr="00E63F3A">
        <w:rPr>
          <w:rFonts w:ascii="Times New Roman" w:hAnsi="Times New Roman" w:cs="Times New Roman"/>
        </w:rPr>
        <w:t>sede</w:t>
      </w:r>
      <w:proofErr w:type="spellEnd"/>
      <w:r w:rsidRPr="00E63F3A">
        <w:rPr>
          <w:rFonts w:ascii="Times New Roman" w:hAnsi="Times New Roman" w:cs="Times New Roman"/>
        </w:rPr>
        <w:t xml:space="preserve"> in ____________________________ </w:t>
      </w:r>
      <w:proofErr w:type="spellStart"/>
      <w:r w:rsidRPr="00E63F3A">
        <w:rPr>
          <w:rFonts w:ascii="Times New Roman" w:hAnsi="Times New Roman" w:cs="Times New Roman"/>
        </w:rPr>
        <w:t>Provincia</w:t>
      </w:r>
      <w:proofErr w:type="spellEnd"/>
      <w:r w:rsidRPr="00E63F3A">
        <w:rPr>
          <w:rFonts w:ascii="Times New Roman" w:hAnsi="Times New Roman" w:cs="Times New Roman"/>
        </w:rPr>
        <w:t xml:space="preserve"> _______________</w:t>
      </w:r>
    </w:p>
    <w:p w14:paraId="1969750A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Via/Piazza __________________________________________ n. _________</w:t>
      </w:r>
    </w:p>
    <w:p w14:paraId="7DBBC603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proofErr w:type="spellStart"/>
      <w:r w:rsidRPr="00E63F3A">
        <w:rPr>
          <w:rFonts w:ascii="Times New Roman" w:hAnsi="Times New Roman" w:cs="Times New Roman"/>
        </w:rPr>
        <w:t>Codice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fiscale</w:t>
      </w:r>
      <w:proofErr w:type="spellEnd"/>
      <w:r w:rsidRPr="00E63F3A">
        <w:rPr>
          <w:rFonts w:ascii="Times New Roman" w:hAnsi="Times New Roman" w:cs="Times New Roman"/>
        </w:rPr>
        <w:t>/P. IVA _____________________________________________</w:t>
      </w:r>
    </w:p>
    <w:p w14:paraId="27A868F0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proofErr w:type="spellStart"/>
      <w:r w:rsidRPr="00E63F3A">
        <w:rPr>
          <w:rFonts w:ascii="Times New Roman" w:hAnsi="Times New Roman" w:cs="Times New Roman"/>
        </w:rPr>
        <w:t>Telefono</w:t>
      </w:r>
      <w:proofErr w:type="spellEnd"/>
      <w:r w:rsidRPr="00E63F3A">
        <w:rPr>
          <w:rFonts w:ascii="Times New Roman" w:hAnsi="Times New Roman" w:cs="Times New Roman"/>
        </w:rPr>
        <w:t xml:space="preserve"> ______________________________________________________</w:t>
      </w:r>
    </w:p>
    <w:p w14:paraId="02CE7ECE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E-mail ________________________________________________________</w:t>
      </w:r>
    </w:p>
    <w:p w14:paraId="46E3607B" w14:textId="77777777" w:rsidR="00C950EA" w:rsidRPr="00E63F3A" w:rsidRDefault="00181DEC">
      <w:pPr>
        <w:pStyle w:val="SezioneModulo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2. TIPOLOGIA DI SOGGETTO</w:t>
      </w:r>
    </w:p>
    <w:p w14:paraId="1BF918A5" w14:textId="77777777" w:rsidR="00C950EA" w:rsidRPr="00E63F3A" w:rsidRDefault="00181DEC">
      <w:pPr>
        <w:spacing w:after="8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(</w:t>
      </w:r>
      <w:proofErr w:type="spellStart"/>
      <w:r w:rsidRPr="00E63F3A">
        <w:rPr>
          <w:rFonts w:ascii="Times New Roman" w:hAnsi="Times New Roman" w:cs="Times New Roman"/>
        </w:rPr>
        <w:t>barrare</w:t>
      </w:r>
      <w:proofErr w:type="spellEnd"/>
      <w:r w:rsidRPr="00E63F3A">
        <w:rPr>
          <w:rFonts w:ascii="Times New Roman" w:hAnsi="Times New Roman" w:cs="Times New Roman"/>
        </w:rPr>
        <w:t xml:space="preserve"> la </w:t>
      </w:r>
      <w:proofErr w:type="spellStart"/>
      <w:r w:rsidRPr="00E63F3A">
        <w:rPr>
          <w:rFonts w:ascii="Times New Roman" w:hAnsi="Times New Roman" w:cs="Times New Roman"/>
        </w:rPr>
        <w:t>casella</w:t>
      </w:r>
      <w:proofErr w:type="spellEnd"/>
      <w:r w:rsidRPr="00E63F3A">
        <w:rPr>
          <w:rFonts w:ascii="Times New Roman" w:hAnsi="Times New Roman" w:cs="Times New Roman"/>
        </w:rPr>
        <w:t xml:space="preserve"> di interesse)</w:t>
      </w:r>
    </w:p>
    <w:p w14:paraId="3E3320C6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Operatore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commerciale</w:t>
      </w:r>
      <w:proofErr w:type="spellEnd"/>
    </w:p>
    <w:p w14:paraId="4A7D1390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Artigiano</w:t>
      </w:r>
      <w:proofErr w:type="spellEnd"/>
      <w:proofErr w:type="gramEnd"/>
    </w:p>
    <w:p w14:paraId="3B6447AA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Produttore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agroalimentare</w:t>
      </w:r>
      <w:proofErr w:type="spellEnd"/>
    </w:p>
    <w:p w14:paraId="111E221F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Operatore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ristorazione</w:t>
      </w:r>
      <w:proofErr w:type="spellEnd"/>
      <w:r w:rsidRPr="00E63F3A">
        <w:rPr>
          <w:rFonts w:ascii="Times New Roman" w:hAnsi="Times New Roman" w:cs="Times New Roman"/>
        </w:rPr>
        <w:t xml:space="preserve"> e </w:t>
      </w:r>
      <w:proofErr w:type="spellStart"/>
      <w:r w:rsidRPr="00E63F3A">
        <w:rPr>
          <w:rFonts w:ascii="Times New Roman" w:hAnsi="Times New Roman" w:cs="Times New Roman"/>
        </w:rPr>
        <w:t>somministrazione</w:t>
      </w:r>
      <w:proofErr w:type="spellEnd"/>
    </w:p>
    <w:p w14:paraId="4C0FBF2D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Associazione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culturale</w:t>
      </w:r>
      <w:proofErr w:type="spellEnd"/>
      <w:r w:rsidRPr="00E63F3A">
        <w:rPr>
          <w:rFonts w:ascii="Times New Roman" w:hAnsi="Times New Roman" w:cs="Times New Roman"/>
        </w:rPr>
        <w:t xml:space="preserve">, </w:t>
      </w:r>
      <w:proofErr w:type="spellStart"/>
      <w:r w:rsidRPr="00E63F3A">
        <w:rPr>
          <w:rFonts w:ascii="Times New Roman" w:hAnsi="Times New Roman" w:cs="Times New Roman"/>
        </w:rPr>
        <w:t>sportiva</w:t>
      </w:r>
      <w:proofErr w:type="spellEnd"/>
      <w:r w:rsidRPr="00E63F3A">
        <w:rPr>
          <w:rFonts w:ascii="Times New Roman" w:hAnsi="Times New Roman" w:cs="Times New Roman"/>
        </w:rPr>
        <w:t xml:space="preserve"> o di </w:t>
      </w:r>
      <w:proofErr w:type="spellStart"/>
      <w:r w:rsidRPr="00E63F3A">
        <w:rPr>
          <w:rFonts w:ascii="Times New Roman" w:hAnsi="Times New Roman" w:cs="Times New Roman"/>
        </w:rPr>
        <w:t>volontariato</w:t>
      </w:r>
      <w:proofErr w:type="spellEnd"/>
    </w:p>
    <w:p w14:paraId="1325F8DE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Artista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o </w:t>
      </w:r>
      <w:proofErr w:type="spellStart"/>
      <w:r w:rsidRPr="00E63F3A">
        <w:rPr>
          <w:rFonts w:ascii="Times New Roman" w:hAnsi="Times New Roman" w:cs="Times New Roman"/>
        </w:rPr>
        <w:t>operatore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culturale</w:t>
      </w:r>
      <w:proofErr w:type="spellEnd"/>
    </w:p>
    <w:p w14:paraId="32C9161F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Privato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cittadino</w:t>
      </w:r>
      <w:proofErr w:type="spellEnd"/>
    </w:p>
    <w:p w14:paraId="676262F3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Altro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(</w:t>
      </w:r>
      <w:proofErr w:type="spellStart"/>
      <w:r w:rsidRPr="00E63F3A">
        <w:rPr>
          <w:rFonts w:ascii="Times New Roman" w:hAnsi="Times New Roman" w:cs="Times New Roman"/>
        </w:rPr>
        <w:t>specificare</w:t>
      </w:r>
      <w:proofErr w:type="spellEnd"/>
      <w:r w:rsidRPr="00E63F3A">
        <w:rPr>
          <w:rFonts w:ascii="Times New Roman" w:hAnsi="Times New Roman" w:cs="Times New Roman"/>
        </w:rPr>
        <w:t>) __________________________________</w:t>
      </w:r>
    </w:p>
    <w:p w14:paraId="447AED40" w14:textId="77777777" w:rsidR="00C950EA" w:rsidRPr="00E63F3A" w:rsidRDefault="00181DEC">
      <w:pPr>
        <w:pStyle w:val="SezioneModulo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3. MANIFESTAZIONE DI INTERESSE</w:t>
      </w:r>
    </w:p>
    <w:p w14:paraId="3AEC9C72" w14:textId="77777777" w:rsidR="00C950EA" w:rsidRPr="00E63F3A" w:rsidRDefault="00181DEC">
      <w:pPr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Il/La </w:t>
      </w:r>
      <w:proofErr w:type="spellStart"/>
      <w:r w:rsidRPr="00E63F3A">
        <w:rPr>
          <w:rFonts w:ascii="Times New Roman" w:hAnsi="Times New Roman" w:cs="Times New Roman"/>
        </w:rPr>
        <w:t>sottoscritto</w:t>
      </w:r>
      <w:proofErr w:type="spellEnd"/>
      <w:r w:rsidRPr="00E63F3A">
        <w:rPr>
          <w:rFonts w:ascii="Times New Roman" w:hAnsi="Times New Roman" w:cs="Times New Roman"/>
        </w:rPr>
        <w:t>/a</w:t>
      </w:r>
    </w:p>
    <w:p w14:paraId="223AA658" w14:textId="77777777" w:rsidR="00C950EA" w:rsidRPr="00E63F3A" w:rsidRDefault="00181DEC">
      <w:pPr>
        <w:spacing w:after="140"/>
        <w:jc w:val="center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  <w:b/>
        </w:rPr>
        <w:t>MANIFESTA</w:t>
      </w:r>
    </w:p>
    <w:p w14:paraId="3F0C4B25" w14:textId="77777777" w:rsidR="00C950EA" w:rsidRPr="00E63F3A" w:rsidRDefault="00181DEC">
      <w:pPr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il proprio interesse a </w:t>
      </w:r>
      <w:proofErr w:type="spellStart"/>
      <w:r w:rsidRPr="00E63F3A">
        <w:rPr>
          <w:rFonts w:ascii="Times New Roman" w:hAnsi="Times New Roman" w:cs="Times New Roman"/>
        </w:rPr>
        <w:t>partecipare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all’eventuale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edizione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manifestazione</w:t>
      </w:r>
      <w:proofErr w:type="spellEnd"/>
      <w:r w:rsidRPr="00E63F3A">
        <w:rPr>
          <w:rFonts w:ascii="Times New Roman" w:hAnsi="Times New Roman" w:cs="Times New Roman"/>
        </w:rPr>
        <w:t xml:space="preserve"> “Primavera </w:t>
      </w:r>
      <w:proofErr w:type="spellStart"/>
      <w:r w:rsidRPr="00E63F3A">
        <w:rPr>
          <w:rFonts w:ascii="Times New Roman" w:hAnsi="Times New Roman" w:cs="Times New Roman"/>
        </w:rPr>
        <w:t>nel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cuore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Sardegna</w:t>
      </w:r>
      <w:proofErr w:type="spellEnd"/>
      <w:r w:rsidRPr="00E63F3A">
        <w:rPr>
          <w:rFonts w:ascii="Times New Roman" w:hAnsi="Times New Roman" w:cs="Times New Roman"/>
        </w:rPr>
        <w:t xml:space="preserve">” </w:t>
      </w:r>
      <w:proofErr w:type="spellStart"/>
      <w:r w:rsidRPr="00E63F3A">
        <w:rPr>
          <w:rFonts w:ascii="Times New Roman" w:hAnsi="Times New Roman" w:cs="Times New Roman"/>
        </w:rPr>
        <w:t>nel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Comune</w:t>
      </w:r>
      <w:proofErr w:type="spell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Bortigali</w:t>
      </w:r>
      <w:proofErr w:type="spellEnd"/>
      <w:r w:rsidRPr="00E63F3A">
        <w:rPr>
          <w:rFonts w:ascii="Times New Roman" w:hAnsi="Times New Roman" w:cs="Times New Roman"/>
        </w:rPr>
        <w:t>.</w:t>
      </w:r>
    </w:p>
    <w:p w14:paraId="55ABA7BA" w14:textId="77777777" w:rsidR="00C950EA" w:rsidRPr="00E63F3A" w:rsidRDefault="00181DEC">
      <w:pPr>
        <w:spacing w:after="8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A </w:t>
      </w:r>
      <w:proofErr w:type="spellStart"/>
      <w:r w:rsidRPr="00E63F3A">
        <w:rPr>
          <w:rFonts w:ascii="Times New Roman" w:hAnsi="Times New Roman" w:cs="Times New Roman"/>
        </w:rPr>
        <w:t>tal</w:t>
      </w:r>
      <w:proofErr w:type="spellEnd"/>
      <w:r w:rsidRPr="00E63F3A">
        <w:rPr>
          <w:rFonts w:ascii="Times New Roman" w:hAnsi="Times New Roman" w:cs="Times New Roman"/>
        </w:rPr>
        <w:t xml:space="preserve"> fine, </w:t>
      </w:r>
      <w:proofErr w:type="spellStart"/>
      <w:r w:rsidRPr="00E63F3A">
        <w:rPr>
          <w:rFonts w:ascii="Times New Roman" w:hAnsi="Times New Roman" w:cs="Times New Roman"/>
        </w:rPr>
        <w:t>dichiara</w:t>
      </w:r>
      <w:proofErr w:type="spellEnd"/>
      <w:r w:rsidRPr="00E63F3A">
        <w:rPr>
          <w:rFonts w:ascii="Times New Roman" w:hAnsi="Times New Roman" w:cs="Times New Roman"/>
        </w:rPr>
        <w:t xml:space="preserve"> la propria </w:t>
      </w:r>
      <w:proofErr w:type="spellStart"/>
      <w:r w:rsidRPr="00E63F3A">
        <w:rPr>
          <w:rFonts w:ascii="Times New Roman" w:hAnsi="Times New Roman" w:cs="Times New Roman"/>
        </w:rPr>
        <w:t>disponibilità</w:t>
      </w:r>
      <w:proofErr w:type="spellEnd"/>
      <w:r w:rsidRPr="00E63F3A">
        <w:rPr>
          <w:rFonts w:ascii="Times New Roman" w:hAnsi="Times New Roman" w:cs="Times New Roman"/>
        </w:rPr>
        <w:t xml:space="preserve"> a </w:t>
      </w:r>
      <w:proofErr w:type="spellStart"/>
      <w:r w:rsidRPr="00E63F3A">
        <w:rPr>
          <w:rFonts w:ascii="Times New Roman" w:hAnsi="Times New Roman" w:cs="Times New Roman"/>
        </w:rPr>
        <w:t>contribuire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all’iniziativa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attraverso</w:t>
      </w:r>
      <w:proofErr w:type="spellEnd"/>
      <w:r w:rsidRPr="00E63F3A">
        <w:rPr>
          <w:rFonts w:ascii="Times New Roman" w:hAnsi="Times New Roman" w:cs="Times New Roman"/>
        </w:rPr>
        <w:t xml:space="preserve"> le </w:t>
      </w:r>
      <w:proofErr w:type="spellStart"/>
      <w:r w:rsidRPr="00E63F3A">
        <w:rPr>
          <w:rFonts w:ascii="Times New Roman" w:hAnsi="Times New Roman" w:cs="Times New Roman"/>
        </w:rPr>
        <w:t>seguenti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attività</w:t>
      </w:r>
      <w:proofErr w:type="spellEnd"/>
      <w:r w:rsidRPr="00E63F3A">
        <w:rPr>
          <w:rFonts w:ascii="Times New Roman" w:hAnsi="Times New Roman" w:cs="Times New Roman"/>
        </w:rPr>
        <w:t xml:space="preserve"> (</w:t>
      </w:r>
      <w:proofErr w:type="spellStart"/>
      <w:r w:rsidRPr="00E63F3A">
        <w:rPr>
          <w:rFonts w:ascii="Times New Roman" w:hAnsi="Times New Roman" w:cs="Times New Roman"/>
        </w:rPr>
        <w:t>barrare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una</w:t>
      </w:r>
      <w:proofErr w:type="spellEnd"/>
      <w:r w:rsidRPr="00E63F3A">
        <w:rPr>
          <w:rFonts w:ascii="Times New Roman" w:hAnsi="Times New Roman" w:cs="Times New Roman"/>
        </w:rPr>
        <w:t xml:space="preserve"> o </w:t>
      </w:r>
      <w:proofErr w:type="spellStart"/>
      <w:r w:rsidRPr="00E63F3A">
        <w:rPr>
          <w:rFonts w:ascii="Times New Roman" w:hAnsi="Times New Roman" w:cs="Times New Roman"/>
        </w:rPr>
        <w:t>più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caselle</w:t>
      </w:r>
      <w:proofErr w:type="spellEnd"/>
      <w:r w:rsidRPr="00E63F3A">
        <w:rPr>
          <w:rFonts w:ascii="Times New Roman" w:hAnsi="Times New Roman" w:cs="Times New Roman"/>
        </w:rPr>
        <w:t>):</w:t>
      </w:r>
    </w:p>
    <w:p w14:paraId="354E69E1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lastRenderedPageBreak/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Esposizione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e </w:t>
      </w:r>
      <w:proofErr w:type="spellStart"/>
      <w:r w:rsidRPr="00E63F3A">
        <w:rPr>
          <w:rFonts w:ascii="Times New Roman" w:hAnsi="Times New Roman" w:cs="Times New Roman"/>
        </w:rPr>
        <w:t>vendita</w:t>
      </w:r>
      <w:proofErr w:type="spell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prodotti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tipici</w:t>
      </w:r>
      <w:proofErr w:type="spellEnd"/>
      <w:r w:rsidRPr="00E63F3A">
        <w:rPr>
          <w:rFonts w:ascii="Times New Roman" w:hAnsi="Times New Roman" w:cs="Times New Roman"/>
        </w:rPr>
        <w:t xml:space="preserve"> e/o </w:t>
      </w:r>
      <w:proofErr w:type="spellStart"/>
      <w:r w:rsidRPr="00E63F3A">
        <w:rPr>
          <w:rFonts w:ascii="Times New Roman" w:hAnsi="Times New Roman" w:cs="Times New Roman"/>
        </w:rPr>
        <w:t>artigianali</w:t>
      </w:r>
      <w:proofErr w:type="spellEnd"/>
    </w:p>
    <w:p w14:paraId="1C40B861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Preparazione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e </w:t>
      </w:r>
      <w:proofErr w:type="spellStart"/>
      <w:r w:rsidRPr="00E63F3A">
        <w:rPr>
          <w:rFonts w:ascii="Times New Roman" w:hAnsi="Times New Roman" w:cs="Times New Roman"/>
        </w:rPr>
        <w:t>somministrazione</w:t>
      </w:r>
      <w:proofErr w:type="spell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prodotti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enogastronomici</w:t>
      </w:r>
      <w:proofErr w:type="spellEnd"/>
    </w:p>
    <w:p w14:paraId="79EE1A55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Apertura</w:t>
      </w:r>
      <w:proofErr w:type="gramEnd"/>
      <w:r w:rsidRPr="00E63F3A">
        <w:rPr>
          <w:rFonts w:ascii="Times New Roman" w:hAnsi="Times New Roman" w:cs="Times New Roman"/>
        </w:rPr>
        <w:t xml:space="preserve"> al </w:t>
      </w:r>
      <w:proofErr w:type="spellStart"/>
      <w:r w:rsidRPr="00E63F3A">
        <w:rPr>
          <w:rFonts w:ascii="Times New Roman" w:hAnsi="Times New Roman" w:cs="Times New Roman"/>
        </w:rPr>
        <w:t>pubblico</w:t>
      </w:r>
      <w:proofErr w:type="spell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laboratori</w:t>
      </w:r>
      <w:proofErr w:type="spellEnd"/>
      <w:r w:rsidRPr="00E63F3A">
        <w:rPr>
          <w:rFonts w:ascii="Times New Roman" w:hAnsi="Times New Roman" w:cs="Times New Roman"/>
        </w:rPr>
        <w:t xml:space="preserve">, </w:t>
      </w:r>
      <w:proofErr w:type="spellStart"/>
      <w:r w:rsidRPr="00E63F3A">
        <w:rPr>
          <w:rFonts w:ascii="Times New Roman" w:hAnsi="Times New Roman" w:cs="Times New Roman"/>
        </w:rPr>
        <w:t>botteghe</w:t>
      </w:r>
      <w:proofErr w:type="spellEnd"/>
      <w:r w:rsidRPr="00E63F3A">
        <w:rPr>
          <w:rFonts w:ascii="Times New Roman" w:hAnsi="Times New Roman" w:cs="Times New Roman"/>
        </w:rPr>
        <w:t xml:space="preserve"> o </w:t>
      </w:r>
      <w:proofErr w:type="spellStart"/>
      <w:r w:rsidRPr="00E63F3A">
        <w:rPr>
          <w:rFonts w:ascii="Times New Roman" w:hAnsi="Times New Roman" w:cs="Times New Roman"/>
        </w:rPr>
        <w:t>locali</w:t>
      </w:r>
      <w:proofErr w:type="spellEnd"/>
    </w:p>
    <w:p w14:paraId="3E751874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Dimostrazioni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lavorazioni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artigianali</w:t>
      </w:r>
      <w:proofErr w:type="spellEnd"/>
      <w:r w:rsidRPr="00E63F3A">
        <w:rPr>
          <w:rFonts w:ascii="Times New Roman" w:hAnsi="Times New Roman" w:cs="Times New Roman"/>
        </w:rPr>
        <w:t xml:space="preserve"> e </w:t>
      </w:r>
      <w:proofErr w:type="spellStart"/>
      <w:r w:rsidRPr="00E63F3A">
        <w:rPr>
          <w:rFonts w:ascii="Times New Roman" w:hAnsi="Times New Roman" w:cs="Times New Roman"/>
        </w:rPr>
        <w:t>mestieri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tradizionali</w:t>
      </w:r>
      <w:proofErr w:type="spellEnd"/>
    </w:p>
    <w:p w14:paraId="2D37F16F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Organizzazione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eventi</w:t>
      </w:r>
      <w:proofErr w:type="spellEnd"/>
      <w:r w:rsidRPr="00E63F3A">
        <w:rPr>
          <w:rFonts w:ascii="Times New Roman" w:hAnsi="Times New Roman" w:cs="Times New Roman"/>
        </w:rPr>
        <w:t xml:space="preserve">, </w:t>
      </w:r>
      <w:proofErr w:type="spellStart"/>
      <w:r w:rsidRPr="00E63F3A">
        <w:rPr>
          <w:rFonts w:ascii="Times New Roman" w:hAnsi="Times New Roman" w:cs="Times New Roman"/>
        </w:rPr>
        <w:t>spettacoli</w:t>
      </w:r>
      <w:proofErr w:type="spellEnd"/>
      <w:r w:rsidRPr="00E63F3A">
        <w:rPr>
          <w:rFonts w:ascii="Times New Roman" w:hAnsi="Times New Roman" w:cs="Times New Roman"/>
        </w:rPr>
        <w:t xml:space="preserve"> o </w:t>
      </w:r>
      <w:proofErr w:type="spellStart"/>
      <w:r w:rsidRPr="00E63F3A">
        <w:rPr>
          <w:rFonts w:ascii="Times New Roman" w:hAnsi="Times New Roman" w:cs="Times New Roman"/>
        </w:rPr>
        <w:t>attività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culturali</w:t>
      </w:r>
      <w:proofErr w:type="spellEnd"/>
    </w:p>
    <w:p w14:paraId="5635FA40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Visite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guidate</w:t>
      </w:r>
      <w:proofErr w:type="spellEnd"/>
      <w:r w:rsidRPr="00E63F3A">
        <w:rPr>
          <w:rFonts w:ascii="Times New Roman" w:hAnsi="Times New Roman" w:cs="Times New Roman"/>
        </w:rPr>
        <w:t xml:space="preserve"> e </w:t>
      </w:r>
      <w:proofErr w:type="spellStart"/>
      <w:r w:rsidRPr="00E63F3A">
        <w:rPr>
          <w:rFonts w:ascii="Times New Roman" w:hAnsi="Times New Roman" w:cs="Times New Roman"/>
        </w:rPr>
        <w:t>iniziative</w:t>
      </w:r>
      <w:proofErr w:type="spell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valorizzazione</w:t>
      </w:r>
      <w:proofErr w:type="spellEnd"/>
      <w:r w:rsidRPr="00E63F3A">
        <w:rPr>
          <w:rFonts w:ascii="Times New Roman" w:hAnsi="Times New Roman" w:cs="Times New Roman"/>
        </w:rPr>
        <w:t xml:space="preserve"> del </w:t>
      </w:r>
      <w:proofErr w:type="spellStart"/>
      <w:r w:rsidRPr="00E63F3A">
        <w:rPr>
          <w:rFonts w:ascii="Times New Roman" w:hAnsi="Times New Roman" w:cs="Times New Roman"/>
        </w:rPr>
        <w:t>patrimonio</w:t>
      </w:r>
      <w:proofErr w:type="spellEnd"/>
      <w:r w:rsidRPr="00E63F3A">
        <w:rPr>
          <w:rFonts w:ascii="Times New Roman" w:hAnsi="Times New Roman" w:cs="Times New Roman"/>
        </w:rPr>
        <w:t xml:space="preserve"> locale</w:t>
      </w:r>
    </w:p>
    <w:p w14:paraId="6FCE5BAA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Collaborazione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organizzativa</w:t>
      </w:r>
      <w:proofErr w:type="spellEnd"/>
      <w:r w:rsidRPr="00E63F3A">
        <w:rPr>
          <w:rFonts w:ascii="Times New Roman" w:hAnsi="Times New Roman" w:cs="Times New Roman"/>
        </w:rPr>
        <w:t xml:space="preserve"> e </w:t>
      </w:r>
      <w:proofErr w:type="spellStart"/>
      <w:r w:rsidRPr="00E63F3A">
        <w:rPr>
          <w:rFonts w:ascii="Times New Roman" w:hAnsi="Times New Roman" w:cs="Times New Roman"/>
        </w:rPr>
        <w:t>supporto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manifestazione</w:t>
      </w:r>
      <w:proofErr w:type="spellEnd"/>
    </w:p>
    <w:p w14:paraId="5A9F709B" w14:textId="77777777" w:rsidR="00C950EA" w:rsidRPr="00E63F3A" w:rsidRDefault="00181DEC">
      <w:pPr>
        <w:spacing w:after="40"/>
        <w:ind w:left="227"/>
        <w:rPr>
          <w:rFonts w:ascii="Times New Roman" w:hAnsi="Times New Roman" w:cs="Times New Roman"/>
        </w:rPr>
      </w:pPr>
      <w:proofErr w:type="gramStart"/>
      <w:r w:rsidRPr="00E63F3A">
        <w:rPr>
          <w:rFonts w:ascii="Segoe UI Symbol" w:hAnsi="Segoe UI Symbol" w:cs="Segoe UI Symbol"/>
        </w:rPr>
        <w:t>☐</w:t>
      </w:r>
      <w:r w:rsidRPr="00E63F3A">
        <w:rPr>
          <w:rFonts w:ascii="Times New Roman" w:hAnsi="Times New Roman" w:cs="Times New Roman"/>
        </w:rPr>
        <w:t xml:space="preserve">  </w:t>
      </w:r>
      <w:proofErr w:type="spellStart"/>
      <w:r w:rsidRPr="00E63F3A">
        <w:rPr>
          <w:rFonts w:ascii="Times New Roman" w:hAnsi="Times New Roman" w:cs="Times New Roman"/>
        </w:rPr>
        <w:t>Altra</w:t>
      </w:r>
      <w:proofErr w:type="spellEnd"/>
      <w:proofErr w:type="gram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attività</w:t>
      </w:r>
      <w:proofErr w:type="spellEnd"/>
      <w:r w:rsidRPr="00E63F3A">
        <w:rPr>
          <w:rFonts w:ascii="Times New Roman" w:hAnsi="Times New Roman" w:cs="Times New Roman"/>
        </w:rPr>
        <w:t xml:space="preserve"> (</w:t>
      </w:r>
      <w:proofErr w:type="spellStart"/>
      <w:r w:rsidRPr="00E63F3A">
        <w:rPr>
          <w:rFonts w:ascii="Times New Roman" w:hAnsi="Times New Roman" w:cs="Times New Roman"/>
        </w:rPr>
        <w:t>specificare</w:t>
      </w:r>
      <w:proofErr w:type="spellEnd"/>
      <w:r w:rsidRPr="00E63F3A">
        <w:rPr>
          <w:rFonts w:ascii="Times New Roman" w:hAnsi="Times New Roman" w:cs="Times New Roman"/>
        </w:rPr>
        <w:t>) ______________________________</w:t>
      </w:r>
    </w:p>
    <w:p w14:paraId="31AFE139" w14:textId="77777777" w:rsidR="00C950EA" w:rsidRPr="00E63F3A" w:rsidRDefault="00181DEC">
      <w:pPr>
        <w:pStyle w:val="SezioneModulo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4. DESCRIZIONE DELLA PROPOSTA</w:t>
      </w:r>
    </w:p>
    <w:p w14:paraId="4360054C" w14:textId="77777777" w:rsidR="00C950EA" w:rsidRPr="00E63F3A" w:rsidRDefault="00181DEC">
      <w:pPr>
        <w:spacing w:after="140"/>
        <w:rPr>
          <w:rFonts w:ascii="Times New Roman" w:hAnsi="Times New Roman" w:cs="Times New Roman"/>
        </w:rPr>
      </w:pPr>
      <w:proofErr w:type="spellStart"/>
      <w:r w:rsidRPr="00E63F3A">
        <w:rPr>
          <w:rFonts w:ascii="Times New Roman" w:hAnsi="Times New Roman" w:cs="Times New Roman"/>
        </w:rPr>
        <w:t>Descrivere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sinteticamente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l’attività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che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si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intende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proporre</w:t>
      </w:r>
      <w:proofErr w:type="spellEnd"/>
      <w:r w:rsidRPr="00E63F3A">
        <w:rPr>
          <w:rFonts w:ascii="Times New Roman" w:hAnsi="Times New Roman" w:cs="Times New Roman"/>
        </w:rPr>
        <w:t xml:space="preserve">, </w:t>
      </w:r>
      <w:proofErr w:type="spellStart"/>
      <w:r w:rsidRPr="00E63F3A">
        <w:rPr>
          <w:rFonts w:ascii="Times New Roman" w:hAnsi="Times New Roman" w:cs="Times New Roman"/>
        </w:rPr>
        <w:t>indicando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eventuali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esigenze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organizzative</w:t>
      </w:r>
      <w:proofErr w:type="spellEnd"/>
      <w:r w:rsidRPr="00E63F3A">
        <w:rPr>
          <w:rFonts w:ascii="Times New Roman" w:hAnsi="Times New Roman" w:cs="Times New Roman"/>
        </w:rPr>
        <w:t xml:space="preserve">, </w:t>
      </w:r>
      <w:proofErr w:type="spellStart"/>
      <w:r w:rsidRPr="00E63F3A">
        <w:rPr>
          <w:rFonts w:ascii="Times New Roman" w:hAnsi="Times New Roman" w:cs="Times New Roman"/>
        </w:rPr>
        <w:t>logistiche</w:t>
      </w:r>
      <w:proofErr w:type="spellEnd"/>
      <w:r w:rsidRPr="00E63F3A">
        <w:rPr>
          <w:rFonts w:ascii="Times New Roman" w:hAnsi="Times New Roman" w:cs="Times New Roman"/>
        </w:rPr>
        <w:t xml:space="preserve"> o di </w:t>
      </w:r>
      <w:proofErr w:type="spellStart"/>
      <w:r w:rsidRPr="00E63F3A">
        <w:rPr>
          <w:rFonts w:ascii="Times New Roman" w:hAnsi="Times New Roman" w:cs="Times New Roman"/>
        </w:rPr>
        <w:t>spazi</w:t>
      </w:r>
      <w:proofErr w:type="spellEnd"/>
      <w:r w:rsidRPr="00E63F3A">
        <w:rPr>
          <w:rFonts w:ascii="Times New Roman" w:hAnsi="Times New Roman" w:cs="Times New Roman"/>
        </w:rPr>
        <w:t>.</w:t>
      </w:r>
    </w:p>
    <w:p w14:paraId="55B81A49" w14:textId="09D30316" w:rsidR="00C950EA" w:rsidRPr="00E63F3A" w:rsidRDefault="00181DEC">
      <w:pPr>
        <w:spacing w:after="1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____________________________________________________________________________</w:t>
      </w:r>
      <w:r w:rsidR="00E63F3A">
        <w:rPr>
          <w:rFonts w:ascii="Times New Roman" w:hAnsi="Times New Roman" w:cs="Times New Roman"/>
        </w:rPr>
        <w:t>____________</w:t>
      </w:r>
      <w:r w:rsidRPr="00E63F3A">
        <w:rPr>
          <w:rFonts w:ascii="Times New Roman" w:hAnsi="Times New Roman" w:cs="Times New Roman"/>
        </w:rPr>
        <w:t>____</w:t>
      </w:r>
    </w:p>
    <w:p w14:paraId="12D54F05" w14:textId="2F8CD17C" w:rsidR="00C950EA" w:rsidRPr="00E63F3A" w:rsidRDefault="00181DEC">
      <w:pPr>
        <w:spacing w:after="1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___________________________________________________________________________</w:t>
      </w:r>
      <w:r w:rsidR="00E63F3A">
        <w:rPr>
          <w:rFonts w:ascii="Times New Roman" w:hAnsi="Times New Roman" w:cs="Times New Roman"/>
        </w:rPr>
        <w:t>_____________</w:t>
      </w:r>
      <w:r w:rsidRPr="00E63F3A">
        <w:rPr>
          <w:rFonts w:ascii="Times New Roman" w:hAnsi="Times New Roman" w:cs="Times New Roman"/>
        </w:rPr>
        <w:t>_____</w:t>
      </w:r>
    </w:p>
    <w:p w14:paraId="1C4526E5" w14:textId="3722541D" w:rsidR="00C950EA" w:rsidRPr="00E63F3A" w:rsidRDefault="00181DEC">
      <w:pPr>
        <w:spacing w:after="1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________________________________________________________________________________</w:t>
      </w:r>
      <w:r w:rsidR="00E63F3A">
        <w:rPr>
          <w:rFonts w:ascii="Times New Roman" w:hAnsi="Times New Roman" w:cs="Times New Roman"/>
        </w:rPr>
        <w:t>_____________</w:t>
      </w:r>
    </w:p>
    <w:p w14:paraId="23F1DBE3" w14:textId="1B45CB00" w:rsidR="00C950EA" w:rsidRPr="00E63F3A" w:rsidRDefault="00181DEC">
      <w:pPr>
        <w:spacing w:after="1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________________________________________________________________________________</w:t>
      </w:r>
      <w:r w:rsidR="00E63F3A">
        <w:rPr>
          <w:rFonts w:ascii="Times New Roman" w:hAnsi="Times New Roman" w:cs="Times New Roman"/>
        </w:rPr>
        <w:t>_____________</w:t>
      </w:r>
    </w:p>
    <w:p w14:paraId="108D4BE4" w14:textId="56671087" w:rsidR="00C950EA" w:rsidRPr="00E63F3A" w:rsidRDefault="00181DEC">
      <w:pPr>
        <w:spacing w:after="1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________________________________________________________________________________</w:t>
      </w:r>
      <w:r w:rsidR="00E63F3A">
        <w:rPr>
          <w:rFonts w:ascii="Times New Roman" w:hAnsi="Times New Roman" w:cs="Times New Roman"/>
        </w:rPr>
        <w:t>_____________</w:t>
      </w:r>
    </w:p>
    <w:p w14:paraId="17A514B1" w14:textId="77777777" w:rsidR="00C950EA" w:rsidRPr="00E63F3A" w:rsidRDefault="00181DEC">
      <w:pPr>
        <w:pStyle w:val="SezioneModulo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5. DICHIARAZIONI</w:t>
      </w:r>
    </w:p>
    <w:p w14:paraId="331779E2" w14:textId="77777777" w:rsidR="00C950EA" w:rsidRPr="00E63F3A" w:rsidRDefault="00181DEC">
      <w:pPr>
        <w:spacing w:after="60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Il/La </w:t>
      </w:r>
      <w:proofErr w:type="spellStart"/>
      <w:r w:rsidRPr="00E63F3A">
        <w:rPr>
          <w:rFonts w:ascii="Times New Roman" w:hAnsi="Times New Roman" w:cs="Times New Roman"/>
        </w:rPr>
        <w:t>sottoscritto</w:t>
      </w:r>
      <w:proofErr w:type="spellEnd"/>
      <w:r w:rsidRPr="00E63F3A">
        <w:rPr>
          <w:rFonts w:ascii="Times New Roman" w:hAnsi="Times New Roman" w:cs="Times New Roman"/>
        </w:rPr>
        <w:t xml:space="preserve">/a </w:t>
      </w:r>
      <w:proofErr w:type="spellStart"/>
      <w:r w:rsidRPr="00E63F3A">
        <w:rPr>
          <w:rFonts w:ascii="Times New Roman" w:hAnsi="Times New Roman" w:cs="Times New Roman"/>
        </w:rPr>
        <w:t>dichiara</w:t>
      </w:r>
      <w:proofErr w:type="spellEnd"/>
      <w:r w:rsidRPr="00E63F3A">
        <w:rPr>
          <w:rFonts w:ascii="Times New Roman" w:hAnsi="Times New Roman" w:cs="Times New Roman"/>
        </w:rPr>
        <w:t>:</w:t>
      </w:r>
    </w:p>
    <w:p w14:paraId="26AB93B1" w14:textId="77777777" w:rsidR="00C950EA" w:rsidRPr="00E63F3A" w:rsidRDefault="00181DEC" w:rsidP="00E63F3A">
      <w:pPr>
        <w:pStyle w:val="Puntoelenco"/>
        <w:spacing w:after="60"/>
        <w:jc w:val="both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di aver </w:t>
      </w:r>
      <w:proofErr w:type="spellStart"/>
      <w:r w:rsidRPr="00E63F3A">
        <w:rPr>
          <w:rFonts w:ascii="Times New Roman" w:hAnsi="Times New Roman" w:cs="Times New Roman"/>
        </w:rPr>
        <w:t>preso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visione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dell’avviso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pubblico</w:t>
      </w:r>
      <w:proofErr w:type="spellEnd"/>
      <w:r w:rsidRPr="00E63F3A">
        <w:rPr>
          <w:rFonts w:ascii="Times New Roman" w:hAnsi="Times New Roman" w:cs="Times New Roman"/>
        </w:rPr>
        <w:t xml:space="preserve"> del </w:t>
      </w:r>
      <w:proofErr w:type="spellStart"/>
      <w:r w:rsidRPr="00E63F3A">
        <w:rPr>
          <w:rFonts w:ascii="Times New Roman" w:hAnsi="Times New Roman" w:cs="Times New Roman"/>
        </w:rPr>
        <w:t>Comune</w:t>
      </w:r>
      <w:proofErr w:type="spell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Bortigali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relativo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raccolta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delle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manifestazioni</w:t>
      </w:r>
      <w:proofErr w:type="spellEnd"/>
      <w:r w:rsidRPr="00E63F3A">
        <w:rPr>
          <w:rFonts w:ascii="Times New Roman" w:hAnsi="Times New Roman" w:cs="Times New Roman"/>
        </w:rPr>
        <w:t xml:space="preserve"> di interesse;</w:t>
      </w:r>
    </w:p>
    <w:p w14:paraId="1F4DB6CF" w14:textId="77777777" w:rsidR="00C950EA" w:rsidRPr="00E63F3A" w:rsidRDefault="00181DEC" w:rsidP="00E63F3A">
      <w:pPr>
        <w:pStyle w:val="Puntoelenco"/>
        <w:spacing w:after="60"/>
        <w:jc w:val="both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di </w:t>
      </w:r>
      <w:proofErr w:type="spellStart"/>
      <w:r w:rsidRPr="00E63F3A">
        <w:rPr>
          <w:rFonts w:ascii="Times New Roman" w:hAnsi="Times New Roman" w:cs="Times New Roman"/>
        </w:rPr>
        <w:t>essere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consapevole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che</w:t>
      </w:r>
      <w:proofErr w:type="spellEnd"/>
      <w:r w:rsidRPr="00E63F3A">
        <w:rPr>
          <w:rFonts w:ascii="Times New Roman" w:hAnsi="Times New Roman" w:cs="Times New Roman"/>
        </w:rPr>
        <w:t xml:space="preserve"> la </w:t>
      </w:r>
      <w:proofErr w:type="spellStart"/>
      <w:r w:rsidRPr="00E63F3A">
        <w:rPr>
          <w:rFonts w:ascii="Times New Roman" w:hAnsi="Times New Roman" w:cs="Times New Roman"/>
        </w:rPr>
        <w:t>presente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manifestazione</w:t>
      </w:r>
      <w:proofErr w:type="spellEnd"/>
      <w:r w:rsidRPr="00E63F3A">
        <w:rPr>
          <w:rFonts w:ascii="Times New Roman" w:hAnsi="Times New Roman" w:cs="Times New Roman"/>
        </w:rPr>
        <w:t xml:space="preserve"> di interesse ha carattere </w:t>
      </w:r>
      <w:proofErr w:type="spellStart"/>
      <w:r w:rsidRPr="00E63F3A">
        <w:rPr>
          <w:rFonts w:ascii="Times New Roman" w:hAnsi="Times New Roman" w:cs="Times New Roman"/>
        </w:rPr>
        <w:t>esclusivamente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esplorativo</w:t>
      </w:r>
      <w:proofErr w:type="spellEnd"/>
      <w:r w:rsidRPr="00E63F3A">
        <w:rPr>
          <w:rFonts w:ascii="Times New Roman" w:hAnsi="Times New Roman" w:cs="Times New Roman"/>
        </w:rPr>
        <w:t xml:space="preserve"> e non </w:t>
      </w:r>
      <w:proofErr w:type="spellStart"/>
      <w:r w:rsidRPr="00E63F3A">
        <w:rPr>
          <w:rFonts w:ascii="Times New Roman" w:hAnsi="Times New Roman" w:cs="Times New Roman"/>
        </w:rPr>
        <w:t>costituisce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impegno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vincolante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partecipazione</w:t>
      </w:r>
      <w:proofErr w:type="spellEnd"/>
      <w:r w:rsidRPr="00E63F3A">
        <w:rPr>
          <w:rFonts w:ascii="Times New Roman" w:hAnsi="Times New Roman" w:cs="Times New Roman"/>
        </w:rPr>
        <w:t>;</w:t>
      </w:r>
    </w:p>
    <w:p w14:paraId="036ADDF2" w14:textId="77777777" w:rsidR="00C950EA" w:rsidRPr="00E63F3A" w:rsidRDefault="00181DEC" w:rsidP="00E63F3A">
      <w:pPr>
        <w:pStyle w:val="Puntoelenco"/>
        <w:spacing w:after="60"/>
        <w:jc w:val="both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di </w:t>
      </w:r>
      <w:proofErr w:type="spellStart"/>
      <w:r w:rsidRPr="00E63F3A">
        <w:rPr>
          <w:rFonts w:ascii="Times New Roman" w:hAnsi="Times New Roman" w:cs="Times New Roman"/>
        </w:rPr>
        <w:t>essere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consapevole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che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l’eventuale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realizzazione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manifestazione</w:t>
      </w:r>
      <w:proofErr w:type="spellEnd"/>
      <w:r w:rsidRPr="00E63F3A">
        <w:rPr>
          <w:rFonts w:ascii="Times New Roman" w:hAnsi="Times New Roman" w:cs="Times New Roman"/>
        </w:rPr>
        <w:t xml:space="preserve"> è </w:t>
      </w:r>
      <w:proofErr w:type="spellStart"/>
      <w:r w:rsidRPr="00E63F3A">
        <w:rPr>
          <w:rFonts w:ascii="Times New Roman" w:hAnsi="Times New Roman" w:cs="Times New Roman"/>
        </w:rPr>
        <w:t>subordinata</w:t>
      </w:r>
      <w:proofErr w:type="spellEnd"/>
      <w:r w:rsidRPr="00E63F3A">
        <w:rPr>
          <w:rFonts w:ascii="Times New Roman" w:hAnsi="Times New Roman" w:cs="Times New Roman"/>
        </w:rPr>
        <w:t xml:space="preserve"> alle successive </w:t>
      </w:r>
      <w:proofErr w:type="spellStart"/>
      <w:r w:rsidRPr="00E63F3A">
        <w:rPr>
          <w:rFonts w:ascii="Times New Roman" w:hAnsi="Times New Roman" w:cs="Times New Roman"/>
        </w:rPr>
        <w:t>valutazioni</w:t>
      </w:r>
      <w:proofErr w:type="spellEnd"/>
      <w:r w:rsidRPr="00E63F3A">
        <w:rPr>
          <w:rFonts w:ascii="Times New Roman" w:hAnsi="Times New Roman" w:cs="Times New Roman"/>
        </w:rPr>
        <w:t xml:space="preserve"> e </w:t>
      </w:r>
      <w:proofErr w:type="spellStart"/>
      <w:r w:rsidRPr="00E63F3A">
        <w:rPr>
          <w:rFonts w:ascii="Times New Roman" w:hAnsi="Times New Roman" w:cs="Times New Roman"/>
        </w:rPr>
        <w:t>determinazioni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dell’Amministrazione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Comunale</w:t>
      </w:r>
      <w:proofErr w:type="spellEnd"/>
      <w:r w:rsidRPr="00E63F3A">
        <w:rPr>
          <w:rFonts w:ascii="Times New Roman" w:hAnsi="Times New Roman" w:cs="Times New Roman"/>
        </w:rPr>
        <w:t>;</w:t>
      </w:r>
    </w:p>
    <w:p w14:paraId="35D14FFA" w14:textId="77777777" w:rsidR="00C950EA" w:rsidRPr="00E63F3A" w:rsidRDefault="00181DEC" w:rsidP="00E63F3A">
      <w:pPr>
        <w:pStyle w:val="Puntoelenco"/>
        <w:spacing w:after="60"/>
        <w:jc w:val="both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di </w:t>
      </w:r>
      <w:proofErr w:type="spellStart"/>
      <w:r w:rsidRPr="00E63F3A">
        <w:rPr>
          <w:rFonts w:ascii="Times New Roman" w:hAnsi="Times New Roman" w:cs="Times New Roman"/>
        </w:rPr>
        <w:t>essere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disponibile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gramStart"/>
      <w:r w:rsidRPr="00E63F3A">
        <w:rPr>
          <w:rFonts w:ascii="Times New Roman" w:hAnsi="Times New Roman" w:cs="Times New Roman"/>
        </w:rPr>
        <w:t>a</w:t>
      </w:r>
      <w:proofErr w:type="gram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essere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contattato</w:t>
      </w:r>
      <w:proofErr w:type="spellEnd"/>
      <w:r w:rsidRPr="00E63F3A">
        <w:rPr>
          <w:rFonts w:ascii="Times New Roman" w:hAnsi="Times New Roman" w:cs="Times New Roman"/>
        </w:rPr>
        <w:t xml:space="preserve">/a </w:t>
      </w:r>
      <w:proofErr w:type="spellStart"/>
      <w:r w:rsidRPr="00E63F3A">
        <w:rPr>
          <w:rFonts w:ascii="Times New Roman" w:hAnsi="Times New Roman" w:cs="Times New Roman"/>
        </w:rPr>
        <w:t>dall’Amministrazione</w:t>
      </w:r>
      <w:proofErr w:type="spellEnd"/>
      <w:r w:rsidRPr="00E63F3A">
        <w:rPr>
          <w:rFonts w:ascii="Times New Roman" w:hAnsi="Times New Roman" w:cs="Times New Roman"/>
        </w:rPr>
        <w:t xml:space="preserve"> per </w:t>
      </w:r>
      <w:proofErr w:type="spellStart"/>
      <w:r w:rsidRPr="00E63F3A">
        <w:rPr>
          <w:rFonts w:ascii="Times New Roman" w:hAnsi="Times New Roman" w:cs="Times New Roman"/>
        </w:rPr>
        <w:t>eventuali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incontri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organizzativi</w:t>
      </w:r>
      <w:proofErr w:type="spellEnd"/>
      <w:r w:rsidRPr="00E63F3A">
        <w:rPr>
          <w:rFonts w:ascii="Times New Roman" w:hAnsi="Times New Roman" w:cs="Times New Roman"/>
        </w:rPr>
        <w:t xml:space="preserve"> e </w:t>
      </w:r>
      <w:proofErr w:type="spellStart"/>
      <w:r w:rsidRPr="00E63F3A">
        <w:rPr>
          <w:rFonts w:ascii="Times New Roman" w:hAnsi="Times New Roman" w:cs="Times New Roman"/>
        </w:rPr>
        <w:t>approfondimenti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proposta</w:t>
      </w:r>
      <w:proofErr w:type="spellEnd"/>
      <w:r w:rsidRPr="00E63F3A">
        <w:rPr>
          <w:rFonts w:ascii="Times New Roman" w:hAnsi="Times New Roman" w:cs="Times New Roman"/>
        </w:rPr>
        <w:t>;</w:t>
      </w:r>
    </w:p>
    <w:p w14:paraId="39F5F31A" w14:textId="77777777" w:rsidR="00C950EA" w:rsidRPr="00E63F3A" w:rsidRDefault="00181DEC" w:rsidP="00E63F3A">
      <w:pPr>
        <w:pStyle w:val="Puntoelenco"/>
        <w:spacing w:after="60"/>
        <w:jc w:val="both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di </w:t>
      </w:r>
      <w:proofErr w:type="spellStart"/>
      <w:r w:rsidRPr="00E63F3A">
        <w:rPr>
          <w:rFonts w:ascii="Times New Roman" w:hAnsi="Times New Roman" w:cs="Times New Roman"/>
        </w:rPr>
        <w:t>essere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consapevole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che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l’eventuale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partecipazione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effettiva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potrà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essere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subordinata</w:t>
      </w:r>
      <w:proofErr w:type="spellEnd"/>
      <w:r w:rsidRPr="00E63F3A">
        <w:rPr>
          <w:rFonts w:ascii="Times New Roman" w:hAnsi="Times New Roman" w:cs="Times New Roman"/>
        </w:rPr>
        <w:t xml:space="preserve"> al rispetto </w:t>
      </w:r>
      <w:proofErr w:type="spellStart"/>
      <w:r w:rsidRPr="00E63F3A">
        <w:rPr>
          <w:rFonts w:ascii="Times New Roman" w:hAnsi="Times New Roman" w:cs="Times New Roman"/>
        </w:rPr>
        <w:t>delle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disposizioni</w:t>
      </w:r>
      <w:proofErr w:type="spellEnd"/>
      <w:r w:rsidRPr="00E63F3A">
        <w:rPr>
          <w:rFonts w:ascii="Times New Roman" w:hAnsi="Times New Roman" w:cs="Times New Roman"/>
        </w:rPr>
        <w:t xml:space="preserve"> normative e </w:t>
      </w:r>
      <w:proofErr w:type="spellStart"/>
      <w:r w:rsidRPr="00E63F3A">
        <w:rPr>
          <w:rFonts w:ascii="Times New Roman" w:hAnsi="Times New Roman" w:cs="Times New Roman"/>
        </w:rPr>
        <w:t>regolamentari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applicabili</w:t>
      </w:r>
      <w:proofErr w:type="spellEnd"/>
      <w:r w:rsidRPr="00E63F3A">
        <w:rPr>
          <w:rFonts w:ascii="Times New Roman" w:hAnsi="Times New Roman" w:cs="Times New Roman"/>
        </w:rPr>
        <w:t xml:space="preserve"> alle </w:t>
      </w:r>
      <w:proofErr w:type="spellStart"/>
      <w:r w:rsidRPr="00E63F3A">
        <w:rPr>
          <w:rFonts w:ascii="Times New Roman" w:hAnsi="Times New Roman" w:cs="Times New Roman"/>
        </w:rPr>
        <w:t>attività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proposte</w:t>
      </w:r>
      <w:proofErr w:type="spellEnd"/>
      <w:r w:rsidRPr="00E63F3A">
        <w:rPr>
          <w:rFonts w:ascii="Times New Roman" w:hAnsi="Times New Roman" w:cs="Times New Roman"/>
        </w:rPr>
        <w:t>.</w:t>
      </w:r>
    </w:p>
    <w:p w14:paraId="2B7BF8A6" w14:textId="77777777" w:rsidR="00C950EA" w:rsidRPr="00E63F3A" w:rsidRDefault="00181DEC">
      <w:pPr>
        <w:pStyle w:val="SezioneModulo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6. TRATTAMENTO DEI DATI PERSONALI</w:t>
      </w:r>
    </w:p>
    <w:p w14:paraId="4DFEC7BA" w14:textId="77777777" w:rsidR="00C950EA" w:rsidRPr="00E63F3A" w:rsidRDefault="00181DEC">
      <w:pPr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Il/La </w:t>
      </w:r>
      <w:proofErr w:type="spellStart"/>
      <w:r w:rsidRPr="00E63F3A">
        <w:rPr>
          <w:rFonts w:ascii="Times New Roman" w:hAnsi="Times New Roman" w:cs="Times New Roman"/>
        </w:rPr>
        <w:t>sottoscritto</w:t>
      </w:r>
      <w:proofErr w:type="spellEnd"/>
      <w:r w:rsidRPr="00E63F3A">
        <w:rPr>
          <w:rFonts w:ascii="Times New Roman" w:hAnsi="Times New Roman" w:cs="Times New Roman"/>
        </w:rPr>
        <w:t xml:space="preserve">/a </w:t>
      </w:r>
      <w:proofErr w:type="spellStart"/>
      <w:r w:rsidRPr="00E63F3A">
        <w:rPr>
          <w:rFonts w:ascii="Times New Roman" w:hAnsi="Times New Roman" w:cs="Times New Roman"/>
        </w:rPr>
        <w:t>dichiara</w:t>
      </w:r>
      <w:proofErr w:type="spellEnd"/>
      <w:r w:rsidRPr="00E63F3A">
        <w:rPr>
          <w:rFonts w:ascii="Times New Roman" w:hAnsi="Times New Roman" w:cs="Times New Roman"/>
        </w:rPr>
        <w:t xml:space="preserve"> di aver </w:t>
      </w:r>
      <w:proofErr w:type="spellStart"/>
      <w:r w:rsidRPr="00E63F3A">
        <w:rPr>
          <w:rFonts w:ascii="Times New Roman" w:hAnsi="Times New Roman" w:cs="Times New Roman"/>
        </w:rPr>
        <w:t>preso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visione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dell’informativa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sul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trattamento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dati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personali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resa</w:t>
      </w:r>
      <w:proofErr w:type="spellEnd"/>
      <w:r w:rsidRPr="00E63F3A">
        <w:rPr>
          <w:rFonts w:ascii="Times New Roman" w:hAnsi="Times New Roman" w:cs="Times New Roman"/>
        </w:rPr>
        <w:t xml:space="preserve"> dal </w:t>
      </w:r>
      <w:proofErr w:type="spellStart"/>
      <w:r w:rsidRPr="00E63F3A">
        <w:rPr>
          <w:rFonts w:ascii="Times New Roman" w:hAnsi="Times New Roman" w:cs="Times New Roman"/>
        </w:rPr>
        <w:t>Comune</w:t>
      </w:r>
      <w:proofErr w:type="spellEnd"/>
      <w:r w:rsidRPr="00E63F3A">
        <w:rPr>
          <w:rFonts w:ascii="Times New Roman" w:hAnsi="Times New Roman" w:cs="Times New Roman"/>
        </w:rPr>
        <w:t xml:space="preserve"> di </w:t>
      </w:r>
      <w:proofErr w:type="spellStart"/>
      <w:r w:rsidRPr="00E63F3A">
        <w:rPr>
          <w:rFonts w:ascii="Times New Roman" w:hAnsi="Times New Roman" w:cs="Times New Roman"/>
        </w:rPr>
        <w:t>Bortigali</w:t>
      </w:r>
      <w:proofErr w:type="spellEnd"/>
      <w:r w:rsidRPr="00E63F3A">
        <w:rPr>
          <w:rFonts w:ascii="Times New Roman" w:hAnsi="Times New Roman" w:cs="Times New Roman"/>
        </w:rPr>
        <w:t xml:space="preserve"> ai sensi </w:t>
      </w:r>
      <w:proofErr w:type="spellStart"/>
      <w:r w:rsidRPr="00E63F3A">
        <w:rPr>
          <w:rFonts w:ascii="Times New Roman" w:hAnsi="Times New Roman" w:cs="Times New Roman"/>
        </w:rPr>
        <w:t>degli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articoli</w:t>
      </w:r>
      <w:proofErr w:type="spellEnd"/>
      <w:r w:rsidRPr="00E63F3A">
        <w:rPr>
          <w:rFonts w:ascii="Times New Roman" w:hAnsi="Times New Roman" w:cs="Times New Roman"/>
        </w:rPr>
        <w:t xml:space="preserve"> 13 e 14 del </w:t>
      </w:r>
      <w:proofErr w:type="spellStart"/>
      <w:r w:rsidRPr="00E63F3A">
        <w:rPr>
          <w:rFonts w:ascii="Times New Roman" w:hAnsi="Times New Roman" w:cs="Times New Roman"/>
        </w:rPr>
        <w:t>Regolamento</w:t>
      </w:r>
      <w:proofErr w:type="spellEnd"/>
      <w:r w:rsidRPr="00E63F3A">
        <w:rPr>
          <w:rFonts w:ascii="Times New Roman" w:hAnsi="Times New Roman" w:cs="Times New Roman"/>
        </w:rPr>
        <w:t xml:space="preserve"> (UE) 2016/679, con </w:t>
      </w:r>
      <w:proofErr w:type="spellStart"/>
      <w:r w:rsidRPr="00E63F3A">
        <w:rPr>
          <w:rFonts w:ascii="Times New Roman" w:hAnsi="Times New Roman" w:cs="Times New Roman"/>
        </w:rPr>
        <w:t>riferimento</w:t>
      </w:r>
      <w:proofErr w:type="spellEnd"/>
      <w:r w:rsidRPr="00E63F3A">
        <w:rPr>
          <w:rFonts w:ascii="Times New Roman" w:hAnsi="Times New Roman" w:cs="Times New Roman"/>
        </w:rPr>
        <w:t xml:space="preserve"> alle </w:t>
      </w:r>
      <w:proofErr w:type="spellStart"/>
      <w:r w:rsidRPr="00E63F3A">
        <w:rPr>
          <w:rFonts w:ascii="Times New Roman" w:hAnsi="Times New Roman" w:cs="Times New Roman"/>
        </w:rPr>
        <w:t>finalità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connesse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raccolta</w:t>
      </w:r>
      <w:proofErr w:type="spellEnd"/>
      <w:r w:rsidRPr="00E63F3A">
        <w:rPr>
          <w:rFonts w:ascii="Times New Roman" w:hAnsi="Times New Roman" w:cs="Times New Roman"/>
        </w:rPr>
        <w:t xml:space="preserve"> e </w:t>
      </w:r>
      <w:proofErr w:type="spellStart"/>
      <w:r w:rsidRPr="00E63F3A">
        <w:rPr>
          <w:rFonts w:ascii="Times New Roman" w:hAnsi="Times New Roman" w:cs="Times New Roman"/>
        </w:rPr>
        <w:t>alla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gestione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delle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manifestazioni</w:t>
      </w:r>
      <w:proofErr w:type="spellEnd"/>
      <w:r w:rsidRPr="00E63F3A">
        <w:rPr>
          <w:rFonts w:ascii="Times New Roman" w:hAnsi="Times New Roman" w:cs="Times New Roman"/>
        </w:rPr>
        <w:t xml:space="preserve"> di interesse.</w:t>
      </w:r>
    </w:p>
    <w:p w14:paraId="42411917" w14:textId="77777777" w:rsidR="00C950EA" w:rsidRPr="00E63F3A" w:rsidRDefault="00181DEC">
      <w:pPr>
        <w:pStyle w:val="SezioneModulo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7. PRESENTAZIONE DEL MODULO</w:t>
      </w:r>
    </w:p>
    <w:p w14:paraId="1BC4280F" w14:textId="6B1A80FC" w:rsidR="00E63F3A" w:rsidRDefault="00181DEC" w:rsidP="00181DEC">
      <w:pPr>
        <w:jc w:val="both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 xml:space="preserve">Il </w:t>
      </w:r>
      <w:proofErr w:type="spellStart"/>
      <w:r w:rsidRPr="00E63F3A">
        <w:rPr>
          <w:rFonts w:ascii="Times New Roman" w:hAnsi="Times New Roman" w:cs="Times New Roman"/>
        </w:rPr>
        <w:t>presente</w:t>
      </w:r>
      <w:proofErr w:type="spellEnd"/>
      <w:r w:rsidRPr="00E63F3A">
        <w:rPr>
          <w:rFonts w:ascii="Times New Roman" w:hAnsi="Times New Roman" w:cs="Times New Roman"/>
        </w:rPr>
        <w:t xml:space="preserve"> modulo, </w:t>
      </w:r>
      <w:proofErr w:type="spellStart"/>
      <w:r w:rsidRPr="00E63F3A">
        <w:rPr>
          <w:rFonts w:ascii="Times New Roman" w:hAnsi="Times New Roman" w:cs="Times New Roman"/>
        </w:rPr>
        <w:t>debitamente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compilato</w:t>
      </w:r>
      <w:proofErr w:type="spellEnd"/>
      <w:r w:rsidRPr="00E63F3A">
        <w:rPr>
          <w:rFonts w:ascii="Times New Roman" w:hAnsi="Times New Roman" w:cs="Times New Roman"/>
        </w:rPr>
        <w:t xml:space="preserve">, </w:t>
      </w:r>
      <w:proofErr w:type="spellStart"/>
      <w:r w:rsidRPr="00E63F3A">
        <w:rPr>
          <w:rFonts w:ascii="Times New Roman" w:hAnsi="Times New Roman" w:cs="Times New Roman"/>
        </w:rPr>
        <w:t>dovrà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essere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trasmesso</w:t>
      </w:r>
      <w:proofErr w:type="spellEnd"/>
      <w:r w:rsidRPr="00E63F3A">
        <w:rPr>
          <w:rFonts w:ascii="Times New Roman" w:hAnsi="Times New Roman" w:cs="Times New Roman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all’indirizzo</w:t>
      </w:r>
      <w:proofErr w:type="spellEnd"/>
      <w:r w:rsidRPr="00E63F3A">
        <w:rPr>
          <w:rFonts w:ascii="Times New Roman" w:hAnsi="Times New Roman" w:cs="Times New Roman"/>
        </w:rPr>
        <w:t xml:space="preserve"> e-mail:</w:t>
      </w:r>
      <w:r>
        <w:rPr>
          <w:rFonts w:ascii="Times New Roman" w:hAnsi="Times New Roman" w:cs="Times New Roman"/>
        </w:rPr>
        <w:t xml:space="preserve"> </w:t>
      </w:r>
      <w:r w:rsidRPr="00181DEC">
        <w:rPr>
          <w:rFonts w:ascii="Times New Roman" w:hAnsi="Times New Roman" w:cs="Times New Roman"/>
          <w:color w:val="0070C0"/>
          <w:u w:val="single"/>
        </w:rPr>
        <w:t>protocollo@pec.comune.bortigali.nu.it</w:t>
      </w:r>
      <w:r w:rsidRPr="00181DEC">
        <w:rPr>
          <w:rFonts w:ascii="Times New Roman" w:hAnsi="Times New Roman" w:cs="Times New Roman"/>
          <w:color w:val="0070C0"/>
        </w:rPr>
        <w:t xml:space="preserve"> </w:t>
      </w:r>
      <w:proofErr w:type="spellStart"/>
      <w:r w:rsidRPr="00E63F3A">
        <w:rPr>
          <w:rFonts w:ascii="Times New Roman" w:hAnsi="Times New Roman" w:cs="Times New Roman"/>
        </w:rPr>
        <w:t>entro</w:t>
      </w:r>
      <w:proofErr w:type="spellEnd"/>
      <w:r w:rsidRPr="00E63F3A">
        <w:rPr>
          <w:rFonts w:ascii="Times New Roman" w:hAnsi="Times New Roman" w:cs="Times New Roman"/>
        </w:rPr>
        <w:t xml:space="preserve"> il </w:t>
      </w:r>
      <w:r>
        <w:rPr>
          <w:rFonts w:ascii="Times New Roman" w:hAnsi="Times New Roman" w:cs="Times New Roman"/>
        </w:rPr>
        <w:t>16.11.2026</w:t>
      </w:r>
    </w:p>
    <w:p w14:paraId="38CCD35E" w14:textId="77777777" w:rsidR="00181DEC" w:rsidRDefault="00181DEC" w:rsidP="00181DEC">
      <w:pPr>
        <w:rPr>
          <w:rFonts w:ascii="Times New Roman" w:hAnsi="Times New Roman" w:cs="Times New Roman"/>
        </w:rPr>
      </w:pPr>
    </w:p>
    <w:p w14:paraId="1F375944" w14:textId="1BDD81AA" w:rsidR="00C950EA" w:rsidRPr="00E63F3A" w:rsidRDefault="00181DEC">
      <w:pPr>
        <w:spacing w:after="320"/>
        <w:rPr>
          <w:rFonts w:ascii="Times New Roman" w:hAnsi="Times New Roman" w:cs="Times New Roman"/>
        </w:rPr>
      </w:pPr>
      <w:proofErr w:type="spellStart"/>
      <w:r w:rsidRPr="00E63F3A">
        <w:rPr>
          <w:rFonts w:ascii="Times New Roman" w:hAnsi="Times New Roman" w:cs="Times New Roman"/>
        </w:rPr>
        <w:t>Luogo</w:t>
      </w:r>
      <w:proofErr w:type="spellEnd"/>
      <w:r w:rsidRPr="00E63F3A">
        <w:rPr>
          <w:rFonts w:ascii="Times New Roman" w:hAnsi="Times New Roman" w:cs="Times New Roman"/>
        </w:rPr>
        <w:t xml:space="preserve"> e data __________________________________</w:t>
      </w:r>
    </w:p>
    <w:p w14:paraId="29684864" w14:textId="77777777" w:rsidR="00C950EA" w:rsidRPr="00E63F3A" w:rsidRDefault="00181DEC">
      <w:pPr>
        <w:jc w:val="right"/>
        <w:rPr>
          <w:rFonts w:ascii="Times New Roman" w:hAnsi="Times New Roman" w:cs="Times New Roman"/>
        </w:rPr>
      </w:pPr>
      <w:proofErr w:type="spellStart"/>
      <w:r w:rsidRPr="00E63F3A">
        <w:rPr>
          <w:rFonts w:ascii="Times New Roman" w:hAnsi="Times New Roman" w:cs="Times New Roman"/>
          <w:b/>
        </w:rPr>
        <w:t>Firma</w:t>
      </w:r>
      <w:proofErr w:type="spellEnd"/>
      <w:r w:rsidRPr="00E63F3A">
        <w:rPr>
          <w:rFonts w:ascii="Times New Roman" w:hAnsi="Times New Roman" w:cs="Times New Roman"/>
          <w:b/>
        </w:rPr>
        <w:t xml:space="preserve"> del </w:t>
      </w:r>
      <w:proofErr w:type="spellStart"/>
      <w:r w:rsidRPr="00E63F3A">
        <w:rPr>
          <w:rFonts w:ascii="Times New Roman" w:hAnsi="Times New Roman" w:cs="Times New Roman"/>
          <w:b/>
        </w:rPr>
        <w:t>proponente</w:t>
      </w:r>
      <w:proofErr w:type="spellEnd"/>
    </w:p>
    <w:p w14:paraId="20ADF122" w14:textId="77777777" w:rsidR="00C950EA" w:rsidRPr="00E63F3A" w:rsidRDefault="00181DEC">
      <w:pPr>
        <w:jc w:val="right"/>
        <w:rPr>
          <w:rFonts w:ascii="Times New Roman" w:hAnsi="Times New Roman" w:cs="Times New Roman"/>
        </w:rPr>
      </w:pPr>
      <w:r w:rsidRPr="00E63F3A">
        <w:rPr>
          <w:rFonts w:ascii="Times New Roman" w:hAnsi="Times New Roman" w:cs="Times New Roman"/>
        </w:rPr>
        <w:t>____________________________________</w:t>
      </w:r>
    </w:p>
    <w:sectPr w:rsidR="00C950EA" w:rsidRPr="00E63F3A" w:rsidSect="00034616">
      <w:footerReference w:type="default" r:id="rId9"/>
      <w:pgSz w:w="11906" w:h="16838"/>
      <w:pgMar w:top="1191" w:right="1276" w:bottom="1077" w:left="1276" w:header="51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8591" w14:textId="77777777" w:rsidR="00C313A1" w:rsidRDefault="00C313A1">
      <w:pPr>
        <w:spacing w:after="0" w:line="240" w:lineRule="auto"/>
      </w:pPr>
      <w:r>
        <w:separator/>
      </w:r>
    </w:p>
  </w:endnote>
  <w:endnote w:type="continuationSeparator" w:id="0">
    <w:p w14:paraId="6EF78531" w14:textId="77777777" w:rsidR="00C313A1" w:rsidRDefault="00C3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E5CB6" w14:textId="77777777" w:rsidR="00C950EA" w:rsidRDefault="00181DEC">
    <w:pPr>
      <w:pStyle w:val="Pidipagina"/>
      <w:jc w:val="center"/>
    </w:pPr>
    <w:proofErr w:type="spellStart"/>
    <w:r>
      <w:rPr>
        <w:color w:val="596269"/>
        <w:sz w:val="16"/>
      </w:rPr>
      <w:t>Comune</w:t>
    </w:r>
    <w:proofErr w:type="spellEnd"/>
    <w:r>
      <w:rPr>
        <w:color w:val="596269"/>
        <w:sz w:val="16"/>
      </w:rPr>
      <w:t xml:space="preserve"> di </w:t>
    </w:r>
    <w:proofErr w:type="spellStart"/>
    <w:proofErr w:type="gramStart"/>
    <w:r>
      <w:rPr>
        <w:color w:val="596269"/>
        <w:sz w:val="16"/>
      </w:rPr>
      <w:t>Bortigali</w:t>
    </w:r>
    <w:proofErr w:type="spellEnd"/>
    <w:r>
      <w:rPr>
        <w:color w:val="596269"/>
        <w:sz w:val="16"/>
      </w:rPr>
      <w:t xml:space="preserve">  |</w:t>
    </w:r>
    <w:proofErr w:type="gramEnd"/>
    <w:r>
      <w:rPr>
        <w:color w:val="596269"/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8F0AF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D9C11" w14:textId="77777777" w:rsidR="00C313A1" w:rsidRDefault="00C313A1">
      <w:pPr>
        <w:spacing w:after="0" w:line="240" w:lineRule="auto"/>
      </w:pPr>
      <w:r>
        <w:separator/>
      </w:r>
    </w:p>
  </w:footnote>
  <w:footnote w:type="continuationSeparator" w:id="0">
    <w:p w14:paraId="264E93A6" w14:textId="77777777" w:rsidR="00C313A1" w:rsidRDefault="00C31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7352385">
    <w:abstractNumId w:val="8"/>
  </w:num>
  <w:num w:numId="2" w16cid:durableId="1649822493">
    <w:abstractNumId w:val="6"/>
  </w:num>
  <w:num w:numId="3" w16cid:durableId="1624573096">
    <w:abstractNumId w:val="5"/>
  </w:num>
  <w:num w:numId="4" w16cid:durableId="149568169">
    <w:abstractNumId w:val="4"/>
  </w:num>
  <w:num w:numId="5" w16cid:durableId="579678014">
    <w:abstractNumId w:val="7"/>
  </w:num>
  <w:num w:numId="6" w16cid:durableId="307327747">
    <w:abstractNumId w:val="3"/>
  </w:num>
  <w:num w:numId="7" w16cid:durableId="1149133026">
    <w:abstractNumId w:val="2"/>
  </w:num>
  <w:num w:numId="8" w16cid:durableId="1576739308">
    <w:abstractNumId w:val="1"/>
  </w:num>
  <w:num w:numId="9" w16cid:durableId="247464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1DEC"/>
    <w:rsid w:val="0029639D"/>
    <w:rsid w:val="00326F90"/>
    <w:rsid w:val="0058680A"/>
    <w:rsid w:val="00706D41"/>
    <w:rsid w:val="008F0AF8"/>
    <w:rsid w:val="009C73E0"/>
    <w:rsid w:val="00AA1D8D"/>
    <w:rsid w:val="00B47730"/>
    <w:rsid w:val="00C313A1"/>
    <w:rsid w:val="00C950EA"/>
    <w:rsid w:val="00CB0664"/>
    <w:rsid w:val="00E63F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EF3B7"/>
  <w14:defaultImageDpi w14:val="300"/>
  <w15:docId w15:val="{15584338-61AD-4FF5-8BCF-8902C975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 w:line="262" w:lineRule="auto"/>
    </w:pPr>
    <w:rPr>
      <w:rFonts w:ascii="Arial" w:hAnsi="Arial"/>
      <w:color w:val="192A39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oloIstituzionale">
    <w:name w:val="TitoloIstituzionale"/>
    <w:basedOn w:val="Normale"/>
    <w:pPr>
      <w:keepNext/>
      <w:spacing w:after="80"/>
    </w:pPr>
    <w:rPr>
      <w:b/>
      <w:sz w:val="28"/>
    </w:rPr>
  </w:style>
  <w:style w:type="paragraph" w:customStyle="1" w:styleId="SottotitoloIstituzionale">
    <w:name w:val="SottotitoloIstituzionale"/>
    <w:basedOn w:val="Normale"/>
    <w:pPr>
      <w:keepNext/>
      <w:spacing w:after="240"/>
    </w:pPr>
    <w:rPr>
      <w:b/>
      <w:sz w:val="22"/>
    </w:rPr>
  </w:style>
  <w:style w:type="paragraph" w:customStyle="1" w:styleId="SezioneModulo">
    <w:name w:val="SezioneModulo"/>
    <w:basedOn w:val="Normale"/>
    <w:pPr>
      <w:keepNext/>
      <w:spacing w:before="160" w:after="8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Amministrativo</cp:lastModifiedBy>
  <cp:revision>5</cp:revision>
  <dcterms:created xsi:type="dcterms:W3CDTF">2013-12-23T23:15:00Z</dcterms:created>
  <dcterms:modified xsi:type="dcterms:W3CDTF">2026-10-30T10:45:00Z</dcterms:modified>
  <cp:category/>
</cp:coreProperties>
</file>